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نیازمندی های تورنتو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نیازمندی های تورنتو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91272707*9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91117*377*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Shivaf129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9177*7*7*0</w:t>
            </w:r>
          </w:p>
        </w:tc>
        <w:tc>
          <w:tcPr>
            <w:tcW w:type="dxa" w:w="1728"/>
          </w:tcPr>
          <w:p>
            <w:r>
              <w:t>Yas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Yasyasami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9131409332</w:t>
            </w:r>
          </w:p>
        </w:tc>
        <w:tc>
          <w:tcPr>
            <w:tcW w:type="dxa" w:w="1728"/>
          </w:tcPr>
          <w:p>
            <w:r>
              <w:t>Tashrifat</w:t>
            </w:r>
          </w:p>
        </w:tc>
        <w:tc>
          <w:tcPr>
            <w:tcW w:type="dxa" w:w="1728"/>
          </w:tcPr>
          <w:p>
            <w:r>
              <w:t>Amlak</w:t>
            </w:r>
          </w:p>
        </w:tc>
        <w:tc>
          <w:tcPr>
            <w:tcW w:type="dxa" w:w="1728"/>
          </w:tcPr>
          <w:p>
            <w:r>
              <w:t>Tashrif_at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91273**309</w:t>
            </w:r>
          </w:p>
        </w:tc>
        <w:tc>
          <w:tcPr>
            <w:tcW w:type="dxa" w:w="1728"/>
          </w:tcPr>
          <w:p>
            <w:r>
              <w:t>Ali.H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alih17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912449*441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Amirhamid1350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912**4*173</w:t>
            </w:r>
          </w:p>
        </w:tc>
        <w:tc>
          <w:tcPr>
            <w:tcW w:type="dxa" w:w="1728"/>
          </w:tcPr>
          <w:p>
            <w:r>
              <w:t>Melika</w:t>
            </w:r>
          </w:p>
        </w:tc>
        <w:tc>
          <w:tcPr>
            <w:tcW w:type="dxa" w:w="1728"/>
          </w:tcPr>
          <w:p>
            <w:r>
              <w:t>Azadbadi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91232*34**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amir_h_es81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9024700*0*</w:t>
            </w:r>
          </w:p>
        </w:tc>
        <w:tc>
          <w:tcPr>
            <w:tcW w:type="dxa" w:w="1728"/>
          </w:tcPr>
          <w:p>
            <w:r>
              <w:t>Web Value</w:t>
            </w:r>
          </w:p>
        </w:tc>
        <w:tc>
          <w:tcPr>
            <w:tcW w:type="dxa" w:w="1728"/>
          </w:tcPr>
          <w:p>
            <w:r>
              <w:t>Agency</w:t>
            </w:r>
          </w:p>
        </w:tc>
        <w:tc>
          <w:tcPr>
            <w:tcW w:type="dxa" w:w="1728"/>
          </w:tcPr>
          <w:p>
            <w:r>
              <w:t>webvaluecrm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912*71924*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Ali0mohamadii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91133*2133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mahekh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917**30407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Rezambn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91224****9</w:t>
            </w:r>
          </w:p>
        </w:tc>
        <w:tc>
          <w:tcPr>
            <w:tcW w:type="dxa" w:w="1728"/>
          </w:tcPr>
          <w:p>
            <w:r>
              <w:t>Pouria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Poouria133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912**03*23</w:t>
            </w:r>
          </w:p>
        </w:tc>
        <w:tc>
          <w:tcPr>
            <w:tcW w:type="dxa" w:w="1728"/>
          </w:tcPr>
          <w:p>
            <w:r>
              <w:t>hamideh.gholamiyan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hamidehgholamiyan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933**13429</w:t>
            </w:r>
          </w:p>
        </w:tc>
        <w:tc>
          <w:tcPr>
            <w:tcW w:type="dxa" w:w="1728"/>
          </w:tcPr>
          <w:p>
            <w:r>
              <w:t>↪Farideh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Farideh18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91230*9**4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Sadabad moghaddam</w:t>
            </w:r>
          </w:p>
        </w:tc>
        <w:tc>
          <w:tcPr>
            <w:tcW w:type="dxa" w:w="1728"/>
          </w:tcPr>
          <w:p>
            <w:r>
              <w:t>saeed_s_moghaddam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912390**72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912*1****4</w:t>
            </w:r>
          </w:p>
        </w:tc>
        <w:tc>
          <w:tcPr>
            <w:tcW w:type="dxa" w:w="1728"/>
          </w:tcPr>
          <w:p>
            <w:r>
              <w:t>Amir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amirreza514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91224**2*0</w:t>
            </w:r>
          </w:p>
        </w:tc>
        <w:tc>
          <w:tcPr>
            <w:tcW w:type="dxa" w:w="1728"/>
          </w:tcPr>
          <w:p>
            <w:r>
              <w:t>AY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abcdefgh77777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9911**7*44</w:t>
            </w:r>
          </w:p>
        </w:tc>
        <w:tc>
          <w:tcPr>
            <w:tcW w:type="dxa" w:w="1728"/>
          </w:tcPr>
          <w:p>
            <w:r>
              <w:t>ramyar</w:t>
            </w:r>
          </w:p>
        </w:tc>
        <w:tc>
          <w:tcPr>
            <w:tcW w:type="dxa" w:w="1728"/>
          </w:tcPr>
          <w:p>
            <w:r>
              <w:t>karami</w:t>
            </w:r>
          </w:p>
        </w:tc>
        <w:tc>
          <w:tcPr>
            <w:tcW w:type="dxa" w:w="1728"/>
          </w:tcPr>
          <w:p>
            <w:r>
              <w:t>ramyarkarami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912319229*</w:t>
            </w:r>
          </w:p>
        </w:tc>
        <w:tc>
          <w:tcPr>
            <w:tcW w:type="dxa" w:w="1728"/>
          </w:tcPr>
          <w:p>
            <w:r>
              <w:t>Ava</w:t>
            </w:r>
          </w:p>
        </w:tc>
        <w:tc>
          <w:tcPr>
            <w:tcW w:type="dxa" w:w="1728"/>
          </w:tcPr>
          <w:p>
            <w:r>
              <w:t>Payandeh</w:t>
            </w:r>
          </w:p>
        </w:tc>
        <w:tc>
          <w:tcPr>
            <w:tcW w:type="dxa" w:w="1728"/>
          </w:tcPr>
          <w:p>
            <w:r>
              <w:t>avapayandeh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91214949**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Zolghadr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912*0*207*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Kh Ros</w:t>
            </w:r>
          </w:p>
        </w:tc>
        <w:tc>
          <w:tcPr>
            <w:tcW w:type="dxa" w:w="1728"/>
          </w:tcPr>
          <w:p>
            <w:r>
              <w:t>arostkh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930*47*090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Kramodini1349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9123023779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A_foroughi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912*223*47</w:t>
            </w:r>
          </w:p>
        </w:tc>
        <w:tc>
          <w:tcPr>
            <w:tcW w:type="dxa" w:w="1728"/>
          </w:tcPr>
          <w:p>
            <w:r>
              <w:t>h@mid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hamidreza_zamanii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9379370*4*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M1a2h3a4k55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9123*41*7*</w:t>
            </w:r>
          </w:p>
        </w:tc>
        <w:tc>
          <w:tcPr>
            <w:tcW w:type="dxa" w:w="1728"/>
          </w:tcPr>
          <w:p>
            <w:r>
              <w:t>Taher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912**31**7</w:t>
            </w:r>
          </w:p>
        </w:tc>
        <w:tc>
          <w:tcPr>
            <w:tcW w:type="dxa" w:w="1728"/>
          </w:tcPr>
          <w:p>
            <w:r>
              <w:t>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am12122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91232709*4</w:t>
            </w:r>
          </w:p>
        </w:tc>
        <w:tc>
          <w:tcPr>
            <w:tcW w:type="dxa" w:w="1728"/>
          </w:tcPr>
          <w:p>
            <w:r>
              <w:t>mb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mbathai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912*4*9413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shmi51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937**71373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maryamfeyzollahi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91*92**921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mortezaashafiei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91**0719*7</w:t>
            </w:r>
          </w:p>
        </w:tc>
        <w:tc>
          <w:tcPr>
            <w:tcW w:type="dxa" w:w="1728"/>
          </w:tcPr>
          <w:p>
            <w:r>
              <w:t>Mary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mary_4320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91*30097**</w:t>
            </w:r>
          </w:p>
        </w:tc>
        <w:tc>
          <w:tcPr>
            <w:tcW w:type="dxa" w:w="1728"/>
          </w:tcPr>
          <w:p>
            <w:r>
              <w:t>danesh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913114*492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Jamshidi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9111799272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ImanDordizadeh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91731*940*</w:t>
            </w:r>
          </w:p>
        </w:tc>
        <w:tc>
          <w:tcPr>
            <w:tcW w:type="dxa" w:w="1728"/>
          </w:tcPr>
          <w:p>
            <w:r>
              <w:t>Fariba</w:t>
            </w:r>
          </w:p>
        </w:tc>
        <w:tc>
          <w:tcPr>
            <w:tcW w:type="dxa" w:w="1728"/>
          </w:tcPr>
          <w:p>
            <w:r>
              <w:t>Dehghani</w:t>
            </w:r>
          </w:p>
        </w:tc>
        <w:tc>
          <w:tcPr>
            <w:tcW w:type="dxa" w:w="1728"/>
          </w:tcPr>
          <w:p>
            <w:r>
              <w:t>dehghanifa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91211*147*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912*34*0*2</w:t>
            </w:r>
          </w:p>
        </w:tc>
        <w:tc>
          <w:tcPr>
            <w:tcW w:type="dxa" w:w="1728"/>
          </w:tcPr>
          <w:p>
            <w:r>
              <w:t>Sepideh</w:t>
            </w:r>
          </w:p>
        </w:tc>
        <w:tc>
          <w:tcPr>
            <w:tcW w:type="dxa" w:w="1728"/>
          </w:tcPr>
          <w:p>
            <w:r>
              <w:t>Zakeri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93**704**0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Dr_4ever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990013*220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9171119274</w:t>
            </w:r>
          </w:p>
        </w:tc>
        <w:tc>
          <w:tcPr>
            <w:tcW w:type="dxa" w:w="1728"/>
          </w:tcPr>
          <w:p>
            <w:r>
              <w:t>Jamal</w:t>
            </w:r>
          </w:p>
        </w:tc>
        <w:tc>
          <w:tcPr>
            <w:tcW w:type="dxa" w:w="1728"/>
          </w:tcPr>
          <w:p>
            <w:r>
              <w:t>Takparvar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912101**11</w:t>
            </w:r>
          </w:p>
        </w:tc>
        <w:tc>
          <w:tcPr>
            <w:tcW w:type="dxa" w:w="1728"/>
          </w:tcPr>
          <w:p>
            <w:r>
              <w:t>Samsam</w:t>
            </w:r>
          </w:p>
        </w:tc>
        <w:tc>
          <w:tcPr>
            <w:tcW w:type="dxa" w:w="1728"/>
          </w:tcPr>
          <w:p>
            <w:r>
              <w:t>Zolghadr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930*7*73**</w:t>
            </w:r>
          </w:p>
        </w:tc>
        <w:tc>
          <w:tcPr>
            <w:tcW w:type="dxa" w:w="1728"/>
          </w:tcPr>
          <w:p>
            <w:r>
              <w:t>Macrowave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912727*07*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.sah</w:t>
            </w:r>
          </w:p>
        </w:tc>
        <w:tc>
          <w:tcPr>
            <w:tcW w:type="dxa" w:w="1728"/>
          </w:tcPr>
          <w:p>
            <w:r>
              <w:t>maryamhh48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912472774*</w:t>
            </w:r>
          </w:p>
        </w:tc>
        <w:tc>
          <w:tcPr>
            <w:tcW w:type="dxa" w:w="1728"/>
          </w:tcPr>
          <w:p>
            <w:r>
              <w:t>Samaneh</w:t>
            </w:r>
          </w:p>
        </w:tc>
        <w:tc>
          <w:tcPr>
            <w:tcW w:type="dxa" w:w="1728"/>
          </w:tcPr>
          <w:p>
            <w:r>
              <w:t>Nazarieh</w:t>
            </w:r>
          </w:p>
        </w:tc>
        <w:tc>
          <w:tcPr>
            <w:tcW w:type="dxa" w:w="1728"/>
          </w:tcPr>
          <w:p>
            <w:r>
              <w:t>Samanenazariieh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9397020272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9304343**0</w:t>
            </w:r>
          </w:p>
        </w:tc>
        <w:tc>
          <w:tcPr>
            <w:tcW w:type="dxa" w:w="1728"/>
          </w:tcPr>
          <w:p>
            <w:r>
              <w:t>Abo</w:t>
            </w:r>
          </w:p>
        </w:tc>
        <w:tc>
          <w:tcPr>
            <w:tcW w:type="dxa" w:w="1728"/>
          </w:tcPr>
          <w:p>
            <w:r>
              <w:t>Hauni</w:t>
            </w:r>
          </w:p>
        </w:tc>
        <w:tc>
          <w:tcPr>
            <w:tcW w:type="dxa" w:w="1728"/>
          </w:tcPr>
          <w:p>
            <w:r>
              <w:t>bahram4343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91220*2*2*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Shahnazari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912*394902</w:t>
            </w:r>
          </w:p>
        </w:tc>
        <w:tc>
          <w:tcPr>
            <w:tcW w:type="dxa" w:w="1728"/>
          </w:tcPr>
          <w:p>
            <w:r>
              <w:t>Azadeh.P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91214*2*2*</w:t>
            </w:r>
          </w:p>
        </w:tc>
        <w:tc>
          <w:tcPr>
            <w:tcW w:type="dxa" w:w="1728"/>
          </w:tcPr>
          <w:p>
            <w:r>
              <w:t>HNR</w:t>
            </w:r>
          </w:p>
        </w:tc>
        <w:tc>
          <w:tcPr>
            <w:tcW w:type="dxa" w:w="1728"/>
          </w:tcPr>
          <w:p>
            <w:r>
              <w:t>Khodadadi</w:t>
            </w:r>
          </w:p>
        </w:tc>
        <w:tc>
          <w:tcPr>
            <w:tcW w:type="dxa" w:w="1728"/>
          </w:tcPr>
          <w:p>
            <w:r>
              <w:t>HNR48557885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912*9**303</w:t>
            </w:r>
          </w:p>
        </w:tc>
        <w:tc>
          <w:tcPr>
            <w:tcW w:type="dxa" w:w="1728"/>
          </w:tcPr>
          <w:p>
            <w:r>
              <w:t>Mahkam Salehani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Mahkamdoor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913170*2*0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ehsan6280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99191421**</w:t>
            </w:r>
          </w:p>
        </w:tc>
        <w:tc>
          <w:tcPr>
            <w:tcW w:type="dxa" w:w="1728"/>
          </w:tcPr>
          <w:p>
            <w:r>
              <w:t>آرمان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Mr_Arman_K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91117**910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Mazraeh</w:t>
            </w:r>
          </w:p>
        </w:tc>
        <w:tc>
          <w:tcPr>
            <w:tcW w:type="dxa" w:w="1728"/>
          </w:tcPr>
          <w:p>
            <w:r>
              <w:t>Reza_mazraeh82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9124301219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Shoj</w:t>
            </w:r>
          </w:p>
        </w:tc>
        <w:tc>
          <w:tcPr>
            <w:tcW w:type="dxa" w:w="1728"/>
          </w:tcPr>
          <w:p>
            <w:r>
              <w:t>rezaereza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91244000*1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912317447*</w:t>
            </w:r>
          </w:p>
        </w:tc>
        <w:tc>
          <w:tcPr>
            <w:tcW w:type="dxa" w:w="1728"/>
          </w:tcPr>
          <w:p>
            <w:r>
              <w:t>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pegtaheri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92240494*9</w:t>
            </w:r>
          </w:p>
        </w:tc>
        <w:tc>
          <w:tcPr>
            <w:tcW w:type="dxa" w:w="1728"/>
          </w:tcPr>
          <w:p>
            <w:r>
              <w:t>NIKIZH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Nikkizh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912497443*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9124974438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91213**714</w:t>
            </w:r>
          </w:p>
        </w:tc>
        <w:tc>
          <w:tcPr>
            <w:tcW w:type="dxa" w:w="1728"/>
          </w:tcPr>
          <w:p>
            <w:r>
              <w:t>Hosein</w:t>
            </w:r>
          </w:p>
        </w:tc>
        <w:tc>
          <w:tcPr>
            <w:tcW w:type="dxa" w:w="1728"/>
          </w:tcPr>
          <w:p>
            <w:r>
              <w:t>Bozorgi</w:t>
            </w:r>
          </w:p>
        </w:tc>
        <w:tc>
          <w:tcPr>
            <w:tcW w:type="dxa" w:w="1728"/>
          </w:tcPr>
          <w:p>
            <w:r>
              <w:t>hobo75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912394774*</w:t>
            </w:r>
          </w:p>
        </w:tc>
        <w:tc>
          <w:tcPr>
            <w:tcW w:type="dxa" w:w="1728"/>
          </w:tcPr>
          <w:p>
            <w:r>
              <w:t>Mehr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mehriii25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9123271**3</w:t>
            </w:r>
          </w:p>
        </w:tc>
        <w:tc>
          <w:tcPr>
            <w:tcW w:type="dxa" w:w="1728"/>
          </w:tcPr>
          <w:p>
            <w:r>
              <w:t>Mansour</w:t>
            </w:r>
          </w:p>
        </w:tc>
        <w:tc>
          <w:tcPr>
            <w:tcW w:type="dxa" w:w="1728"/>
          </w:tcPr>
          <w:p>
            <w:r>
              <w:t>Razmand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912*0*1*97</w:t>
            </w:r>
          </w:p>
        </w:tc>
        <w:tc>
          <w:tcPr>
            <w:tcW w:type="dxa" w:w="1728"/>
          </w:tcPr>
          <w:p>
            <w:r>
              <w:t>نسترن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9121343*17</w:t>
            </w:r>
          </w:p>
        </w:tc>
        <w:tc>
          <w:tcPr>
            <w:tcW w:type="dxa" w:w="1728"/>
          </w:tcPr>
          <w:p>
            <w:r>
              <w:t>Peyman</w:t>
            </w:r>
          </w:p>
        </w:tc>
        <w:tc>
          <w:tcPr>
            <w:tcW w:type="dxa" w:w="1728"/>
          </w:tcPr>
          <w:p>
            <w:r>
              <w:t>🌏 👑</w:t>
            </w:r>
          </w:p>
        </w:tc>
        <w:tc>
          <w:tcPr>
            <w:tcW w:type="dxa" w:w="1728"/>
          </w:tcPr>
          <w:p>
            <w:r>
              <w:t>Peymanjahanshahi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917*1**390</w:t>
            </w:r>
          </w:p>
        </w:tc>
        <w:tc>
          <w:tcPr>
            <w:tcW w:type="dxa" w:w="1728"/>
          </w:tcPr>
          <w:p>
            <w:r>
              <w:t>Nazanin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NazaninKassaei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93912017**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sina_kia_ni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912*437*11</w:t>
            </w:r>
          </w:p>
        </w:tc>
        <w:tc>
          <w:tcPr>
            <w:tcW w:type="dxa" w:w="1728"/>
          </w:tcPr>
          <w:p>
            <w:r>
              <w:t>Mozhgan</w:t>
            </w:r>
          </w:p>
        </w:tc>
        <w:tc>
          <w:tcPr>
            <w:tcW w:type="dxa" w:w="1728"/>
          </w:tcPr>
          <w:p>
            <w:r>
              <w:t>Gh</w:t>
            </w:r>
          </w:p>
        </w:tc>
        <w:tc>
          <w:tcPr>
            <w:tcW w:type="dxa" w:w="1728"/>
          </w:tcPr>
          <w:p>
            <w:r>
              <w:t>Mozhgan_Q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9397431*9*</w:t>
            </w:r>
          </w:p>
        </w:tc>
        <w:tc>
          <w:tcPr>
            <w:tcW w:type="dxa" w:w="1728"/>
          </w:tcPr>
          <w:p>
            <w:r>
              <w:t>Metamorphosis</w:t>
            </w:r>
          </w:p>
        </w:tc>
        <w:tc>
          <w:tcPr>
            <w:tcW w:type="dxa" w:w="1728"/>
          </w:tcPr>
          <w:p>
            <w:r>
              <w:t>-,-</w:t>
            </w:r>
          </w:p>
        </w:tc>
        <w:tc>
          <w:tcPr>
            <w:tcW w:type="dxa" w:w="1728"/>
          </w:tcPr>
          <w:p>
            <w:r>
              <w:t>Metamorphosis7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9129171**4</w:t>
            </w:r>
          </w:p>
        </w:tc>
        <w:tc>
          <w:tcPr>
            <w:tcW w:type="dxa" w:w="1728"/>
          </w:tcPr>
          <w:p>
            <w:r>
              <w:t>sahra...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tabooshkan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912*1***29</w:t>
            </w:r>
          </w:p>
        </w:tc>
        <w:tc>
          <w:tcPr>
            <w:tcW w:type="dxa" w:w="1728"/>
          </w:tcPr>
          <w:p>
            <w:r>
              <w:t>Paria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912221*109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Ghasemi</w:t>
            </w:r>
          </w:p>
        </w:tc>
        <w:tc>
          <w:tcPr>
            <w:tcW w:type="dxa" w:w="1728"/>
          </w:tcPr>
          <w:p>
            <w:r>
              <w:t>aliighasemii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9124049*73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>
              <w:t>mzl</w:t>
            </w:r>
          </w:p>
        </w:tc>
        <w:tc>
          <w:tcPr>
            <w:tcW w:type="dxa" w:w="1728"/>
          </w:tcPr>
          <w:p>
            <w:r>
              <w:t>meranmazloomi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91210*7*32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Shirazi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910473497*</w:t>
            </w:r>
          </w:p>
        </w:tc>
        <w:tc>
          <w:tcPr>
            <w:tcW w:type="dxa" w:w="1728"/>
          </w:tcPr>
          <w:p>
            <w:r>
              <w:t>Nature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Moh20S2019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9391**0*03</w:t>
            </w:r>
          </w:p>
        </w:tc>
        <w:tc>
          <w:tcPr>
            <w:tcW w:type="dxa" w:w="1728"/>
          </w:tcPr>
          <w:p>
            <w:r>
              <w:t>روزگار سیاه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rzegare_kheyal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93**113***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Farzad_Azoji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93*3*92*00</w:t>
            </w:r>
          </w:p>
        </w:tc>
        <w:tc>
          <w:tcPr>
            <w:tcW w:type="dxa" w:w="1728"/>
          </w:tcPr>
          <w:p>
            <w:r>
              <w:t>Shadi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ShadHappiness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  <w:tr>
        <w:tc>
          <w:tcPr>
            <w:tcW w:type="dxa" w:w="1728"/>
          </w:tcPr>
          <w:p>
            <w:r>
              <w:t>922*240*70</w:t>
            </w:r>
          </w:p>
        </w:tc>
        <w:tc>
          <w:tcPr>
            <w:tcW w:type="dxa" w:w="1728"/>
          </w:tcPr>
          <w:p>
            <w:r>
              <w:t>369☘️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sz_369369</w:t>
            </w:r>
          </w:p>
        </w:tc>
        <w:tc>
          <w:tcPr>
            <w:tcW w:type="dxa" w:w="1728"/>
          </w:tcPr>
          <w:p>
            <w:r>
              <w:t>🔔نیازمندی های تورنتو🔔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نیازمندی های تورنتو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