
<file path=[Content_Types].xml><?xml version="1.0" encoding="utf-8"?>
<Types xmlns="http://schemas.openxmlformats.org/package/2006/content-types">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B17C5D3" w14:textId="667809B3" w:rsidR="00096A11" w:rsidRPr="00BC300A" w:rsidRDefault="00816319" w:rsidP="00BC300A">
      <w:pPr>
        <w:pStyle w:val="Title"/>
        <w:rPr>
          <w:rtl/>
        </w:rPr>
      </w:pPr>
      <w:r w:rsidRPr="00BC300A">
        <w:rPr>
          <w:rFonts w:hint="cs"/>
          <w:rtl/>
        </w:rPr>
        <w:t xml:space="preserve">دانلود بانک موبایل </w:t>
      </w:r>
      <w:proofErr w:type="spellStart"/>
      <w:r w:rsidR="003A6E3D" w:rsidRPr="00BC300A">
        <w:t>نيازمندي هاي ايراني هاي ونكوور Iranian Vancouver Agahi</w:t>
      </w:r>
      <w:proofErr w:type="spellEnd"/>
    </w:p>
    <w:p w14:paraId="041EFE09" w14:textId="77777777" w:rsidR="00816319" w:rsidRPr="00BC300A" w:rsidRDefault="00816319" w:rsidP="00BC300A">
      <w:pPr>
        <w:rPr>
          <w:rtl/>
        </w:rPr>
      </w:pPr>
      <w:r w:rsidRPr="00BC300A">
        <w:rPr>
          <w:rtl/>
        </w:rPr>
        <w:t>در موتور جستجو</w:t>
      </w:r>
      <w:r w:rsidRPr="00BC300A">
        <w:rPr>
          <w:rFonts w:hint="cs"/>
          <w:rtl/>
        </w:rPr>
        <w:t>ی</w:t>
      </w:r>
      <w:r w:rsidRPr="00BC300A">
        <w:rPr>
          <w:rtl/>
        </w:rPr>
        <w:t xml:space="preserve"> ا</w:t>
      </w:r>
      <w:r w:rsidRPr="00BC300A">
        <w:rPr>
          <w:rFonts w:hint="cs"/>
          <w:rtl/>
        </w:rPr>
        <w:t>یده‌کاو،</w:t>
      </w:r>
      <w:r w:rsidRPr="00BC300A">
        <w:rPr>
          <w:rtl/>
        </w:rPr>
        <w:t xml:space="preserve"> ا</w:t>
      </w:r>
      <w:r w:rsidRPr="00BC300A">
        <w:rPr>
          <w:rFonts w:hint="cs"/>
          <w:rtl/>
        </w:rPr>
        <w:t>ین</w:t>
      </w:r>
      <w:r w:rsidRPr="00BC300A">
        <w:rPr>
          <w:rtl/>
        </w:rPr>
        <w:t xml:space="preserve"> امکان وجود دارد تا به بانک موبا</w:t>
      </w:r>
      <w:r w:rsidRPr="00BC300A">
        <w:rPr>
          <w:rFonts w:hint="cs"/>
          <w:rtl/>
        </w:rPr>
        <w:t>یل</w:t>
      </w:r>
      <w:r w:rsidRPr="00BC300A">
        <w:rPr>
          <w:rtl/>
        </w:rPr>
        <w:t xml:space="preserve"> مشاغل و </w:t>
      </w:r>
      <w:r w:rsidRPr="00BC300A">
        <w:rPr>
          <w:rFonts w:hint="cs"/>
          <w:rtl/>
        </w:rPr>
        <w:t>یا</w:t>
      </w:r>
      <w:r w:rsidRPr="00BC300A">
        <w:rPr>
          <w:rtl/>
        </w:rPr>
        <w:t xml:space="preserve"> هر بخش</w:t>
      </w:r>
      <w:r w:rsidRPr="00BC300A">
        <w:rPr>
          <w:rFonts w:hint="cs"/>
          <w:rtl/>
        </w:rPr>
        <w:t>ی</w:t>
      </w:r>
      <w:r w:rsidRPr="00BC300A">
        <w:rPr>
          <w:rtl/>
        </w:rPr>
        <w:t xml:space="preserve"> از جامعه که مشتر</w:t>
      </w:r>
      <w:r w:rsidRPr="00BC300A">
        <w:rPr>
          <w:rFonts w:hint="cs"/>
          <w:rtl/>
        </w:rPr>
        <w:t>یان</w:t>
      </w:r>
      <w:r w:rsidRPr="00BC300A">
        <w:rPr>
          <w:rtl/>
        </w:rPr>
        <w:t xml:space="preserve"> خوب</w:t>
      </w:r>
      <w:r w:rsidRPr="00BC300A">
        <w:rPr>
          <w:rFonts w:hint="cs"/>
          <w:rtl/>
        </w:rPr>
        <w:t>ی</w:t>
      </w:r>
      <w:r w:rsidRPr="00BC300A">
        <w:rPr>
          <w:rtl/>
        </w:rPr>
        <w:t xml:space="preserve"> برا</w:t>
      </w:r>
      <w:r w:rsidRPr="00BC300A">
        <w:rPr>
          <w:rFonts w:hint="cs"/>
          <w:rtl/>
        </w:rPr>
        <w:t>ی</w:t>
      </w:r>
      <w:r w:rsidRPr="00BC300A">
        <w:rPr>
          <w:rtl/>
        </w:rPr>
        <w:t xml:space="preserve"> شما هستند، دسترس</w:t>
      </w:r>
      <w:r w:rsidRPr="00BC300A">
        <w:rPr>
          <w:rFonts w:hint="cs"/>
          <w:rtl/>
        </w:rPr>
        <w:t>ی</w:t>
      </w:r>
      <w:r w:rsidRPr="00BC300A">
        <w:rPr>
          <w:rtl/>
        </w:rPr>
        <w:t xml:space="preserve"> </w:t>
      </w:r>
      <w:r w:rsidRPr="00BC300A">
        <w:rPr>
          <w:rFonts w:hint="cs"/>
          <w:rtl/>
        </w:rPr>
        <w:t>یابید</w:t>
      </w:r>
      <w:r w:rsidRPr="00BC300A">
        <w:rPr>
          <w:rtl/>
        </w:rPr>
        <w:t>. در ا</w:t>
      </w:r>
      <w:r w:rsidRPr="00BC300A">
        <w:rPr>
          <w:rFonts w:hint="cs"/>
          <w:rtl/>
        </w:rPr>
        <w:t>ین</w:t>
      </w:r>
      <w:r w:rsidRPr="00BC300A">
        <w:rPr>
          <w:rtl/>
        </w:rPr>
        <w:t xml:space="preserve"> فا</w:t>
      </w:r>
      <w:r w:rsidRPr="00BC300A">
        <w:rPr>
          <w:rFonts w:hint="cs"/>
          <w:rtl/>
        </w:rPr>
        <w:t>یل</w:t>
      </w:r>
      <w:r w:rsidRPr="00BC300A">
        <w:rPr>
          <w:rtl/>
        </w:rPr>
        <w:t xml:space="preserve"> بخش</w:t>
      </w:r>
      <w:r w:rsidRPr="00BC300A">
        <w:rPr>
          <w:rFonts w:hint="cs"/>
          <w:rtl/>
        </w:rPr>
        <w:t>ی</w:t>
      </w:r>
      <w:r w:rsidRPr="00BC300A">
        <w:rPr>
          <w:rtl/>
        </w:rPr>
        <w:t xml:space="preserve"> از بانک شماره موبا</w:t>
      </w:r>
      <w:r w:rsidRPr="00BC300A">
        <w:rPr>
          <w:rFonts w:hint="cs"/>
          <w:rtl/>
        </w:rPr>
        <w:t>یل</w:t>
      </w:r>
      <w:r w:rsidRPr="00BC300A">
        <w:rPr>
          <w:rtl/>
        </w:rPr>
        <w:t xml:space="preserve">  از گروه  تلگرام</w:t>
      </w:r>
      <w:r w:rsidRPr="00BC300A">
        <w:rPr>
          <w:rFonts w:hint="cs"/>
          <w:rtl/>
        </w:rPr>
        <w:t>ی</w:t>
      </w:r>
      <w:r w:rsidRPr="00BC300A">
        <w:rPr>
          <w:rtl/>
        </w:rPr>
        <w:t xml:space="preserve"> </w:t>
      </w:r>
      <w:proofErr w:type="spellStart"/>
      <w:r w:rsidRPr="00BC300A">
        <w:t>نيازمندي هاي ايراني هاي ونكوور Iranian Vancouver Agahi</w:t>
      </w:r>
      <w:proofErr w:type="spellEnd"/>
      <w:r w:rsidRPr="00BC300A">
        <w:rPr>
          <w:rtl/>
        </w:rPr>
        <w:t xml:space="preserve"> آورده شده است. برا</w:t>
      </w:r>
      <w:r w:rsidRPr="00BC300A">
        <w:rPr>
          <w:rFonts w:hint="cs"/>
          <w:rtl/>
        </w:rPr>
        <w:t>ی</w:t>
      </w:r>
      <w:r w:rsidRPr="00BC300A">
        <w:rPr>
          <w:rtl/>
        </w:rPr>
        <w:t xml:space="preserve"> ارائه بانک تلفن کاملا هدفمند از مشاغل و </w:t>
      </w:r>
      <w:r w:rsidRPr="00BC300A">
        <w:rPr>
          <w:rFonts w:hint="cs"/>
          <w:rtl/>
        </w:rPr>
        <w:t>یا</w:t>
      </w:r>
      <w:r w:rsidRPr="00BC300A">
        <w:rPr>
          <w:rtl/>
        </w:rPr>
        <w:t xml:space="preserve"> د</w:t>
      </w:r>
      <w:r w:rsidRPr="00BC300A">
        <w:rPr>
          <w:rFonts w:hint="cs"/>
          <w:rtl/>
        </w:rPr>
        <w:t>یگر</w:t>
      </w:r>
      <w:r w:rsidRPr="00BC300A">
        <w:rPr>
          <w:rtl/>
        </w:rPr>
        <w:t xml:space="preserve"> بخش‌ها</w:t>
      </w:r>
      <w:r w:rsidRPr="00BC300A">
        <w:rPr>
          <w:rFonts w:hint="cs"/>
          <w:rtl/>
        </w:rPr>
        <w:t>ی</w:t>
      </w:r>
      <w:r w:rsidRPr="00BC300A">
        <w:rPr>
          <w:rtl/>
        </w:rPr>
        <w:t xml:space="preserve"> جامعه، شما و </w:t>
      </w:r>
      <w:r w:rsidRPr="00BC300A">
        <w:rPr>
          <w:rFonts w:hint="cs"/>
          <w:rtl/>
        </w:rPr>
        <w:t>یا</w:t>
      </w:r>
      <w:r w:rsidRPr="00BC300A">
        <w:rPr>
          <w:rtl/>
        </w:rPr>
        <w:t xml:space="preserve"> ما به ن</w:t>
      </w:r>
      <w:r w:rsidRPr="00BC300A">
        <w:rPr>
          <w:rFonts w:hint="cs"/>
          <w:rtl/>
        </w:rPr>
        <w:t>یابت</w:t>
      </w:r>
      <w:r w:rsidRPr="00BC300A">
        <w:rPr>
          <w:rtl/>
        </w:rPr>
        <w:t xml:space="preserve"> از شما در ا</w:t>
      </w:r>
      <w:r w:rsidRPr="00BC300A">
        <w:rPr>
          <w:rFonts w:hint="cs"/>
          <w:rtl/>
        </w:rPr>
        <w:t>یده‌کاو،</w:t>
      </w:r>
      <w:r w:rsidRPr="00BC300A">
        <w:rPr>
          <w:rtl/>
        </w:rPr>
        <w:t xml:space="preserve"> جستجو م</w:t>
      </w:r>
      <w:r w:rsidRPr="00BC300A">
        <w:rPr>
          <w:rFonts w:hint="cs"/>
          <w:rtl/>
        </w:rPr>
        <w:t>ی‌زنیم</w:t>
      </w:r>
      <w:r w:rsidRPr="00BC300A">
        <w:rPr>
          <w:rtl/>
        </w:rPr>
        <w:t xml:space="preserve"> و گروه‌ها </w:t>
      </w:r>
      <w:r w:rsidRPr="00BC300A">
        <w:rPr>
          <w:rFonts w:hint="cs"/>
          <w:rtl/>
        </w:rPr>
        <w:t>یا</w:t>
      </w:r>
      <w:r w:rsidRPr="00BC300A">
        <w:rPr>
          <w:rtl/>
        </w:rPr>
        <w:t xml:space="preserve"> کانال‌ها</w:t>
      </w:r>
      <w:r w:rsidRPr="00BC300A">
        <w:rPr>
          <w:rFonts w:hint="cs"/>
          <w:rtl/>
        </w:rPr>
        <w:t>یی</w:t>
      </w:r>
      <w:r w:rsidRPr="00BC300A">
        <w:rPr>
          <w:rtl/>
        </w:rPr>
        <w:t xml:space="preserve"> از تلگرام را پ</w:t>
      </w:r>
      <w:r w:rsidRPr="00BC300A">
        <w:rPr>
          <w:rFonts w:hint="cs"/>
          <w:rtl/>
        </w:rPr>
        <w:t>یدا</w:t>
      </w:r>
      <w:r w:rsidRPr="00BC300A">
        <w:rPr>
          <w:rtl/>
        </w:rPr>
        <w:t xml:space="preserve"> م</w:t>
      </w:r>
      <w:r w:rsidRPr="00BC300A">
        <w:rPr>
          <w:rFonts w:hint="cs"/>
          <w:rtl/>
        </w:rPr>
        <w:t>ی‌کنیم</w:t>
      </w:r>
      <w:r w:rsidRPr="00BC300A">
        <w:rPr>
          <w:rtl/>
        </w:rPr>
        <w:t xml:space="preserve"> که اعضا و </w:t>
      </w:r>
      <w:r w:rsidRPr="00BC300A">
        <w:rPr>
          <w:rFonts w:hint="cs"/>
          <w:rtl/>
        </w:rPr>
        <w:t>یا</w:t>
      </w:r>
      <w:r w:rsidRPr="00BC300A">
        <w:rPr>
          <w:rtl/>
        </w:rPr>
        <w:t xml:space="preserve"> مد</w:t>
      </w:r>
      <w:r w:rsidRPr="00BC300A">
        <w:rPr>
          <w:rFonts w:hint="cs"/>
          <w:rtl/>
        </w:rPr>
        <w:t>یران</w:t>
      </w:r>
      <w:r w:rsidRPr="00BC300A">
        <w:rPr>
          <w:rtl/>
        </w:rPr>
        <w:t xml:space="preserve"> آن‌ها مشتر</w:t>
      </w:r>
      <w:r w:rsidRPr="00BC300A">
        <w:rPr>
          <w:rFonts w:hint="cs"/>
          <w:rtl/>
        </w:rPr>
        <w:t>یان</w:t>
      </w:r>
      <w:r w:rsidRPr="00BC300A">
        <w:rPr>
          <w:rtl/>
        </w:rPr>
        <w:t xml:space="preserve"> خوب</w:t>
      </w:r>
      <w:r w:rsidRPr="00BC300A">
        <w:rPr>
          <w:rFonts w:hint="cs"/>
          <w:rtl/>
        </w:rPr>
        <w:t>ی</w:t>
      </w:r>
      <w:r w:rsidRPr="00BC300A">
        <w:rPr>
          <w:rtl/>
        </w:rPr>
        <w:t xml:space="preserve"> برا</w:t>
      </w:r>
      <w:r w:rsidRPr="00BC300A">
        <w:rPr>
          <w:rFonts w:hint="cs"/>
          <w:rtl/>
        </w:rPr>
        <w:t>ی</w:t>
      </w:r>
      <w:r w:rsidRPr="00BC300A">
        <w:rPr>
          <w:rtl/>
        </w:rPr>
        <w:t xml:space="preserve"> کسب‌وکار شما هستند. در ا</w:t>
      </w:r>
      <w:r w:rsidRPr="00BC300A">
        <w:rPr>
          <w:rFonts w:hint="cs"/>
          <w:rtl/>
        </w:rPr>
        <w:t>یده‌کاو</w:t>
      </w:r>
      <w:r w:rsidRPr="00BC300A">
        <w:rPr>
          <w:rtl/>
        </w:rPr>
        <w:t xml:space="preserve"> ا</w:t>
      </w:r>
      <w:r w:rsidRPr="00BC300A">
        <w:rPr>
          <w:rFonts w:hint="cs"/>
          <w:rtl/>
        </w:rPr>
        <w:t>ین</w:t>
      </w:r>
      <w:r w:rsidRPr="00BC300A">
        <w:rPr>
          <w:rtl/>
        </w:rPr>
        <w:t xml:space="preserve"> امکان فراهم آمده است تا برا</w:t>
      </w:r>
      <w:r w:rsidRPr="00BC300A">
        <w:rPr>
          <w:rFonts w:hint="cs"/>
          <w:rtl/>
        </w:rPr>
        <w:t>ی</w:t>
      </w:r>
      <w:r w:rsidRPr="00BC300A">
        <w:rPr>
          <w:rtl/>
        </w:rPr>
        <w:t xml:space="preserve"> بازار</w:t>
      </w:r>
      <w:r w:rsidRPr="00BC300A">
        <w:rPr>
          <w:rFonts w:hint="cs"/>
          <w:rtl/>
        </w:rPr>
        <w:t>یابی</w:t>
      </w:r>
      <w:r w:rsidRPr="00BC300A">
        <w:rPr>
          <w:rtl/>
        </w:rPr>
        <w:t xml:space="preserve"> </w:t>
      </w:r>
      <w:r w:rsidRPr="00BC300A">
        <w:rPr>
          <w:rFonts w:hint="cs"/>
          <w:rtl/>
        </w:rPr>
        <w:t>هدفمند</w:t>
      </w:r>
      <w:r w:rsidRPr="00BC300A">
        <w:rPr>
          <w:rtl/>
        </w:rPr>
        <w:t xml:space="preserve"> تلفن موبا</w:t>
      </w:r>
      <w:r w:rsidRPr="00BC300A">
        <w:rPr>
          <w:rFonts w:hint="cs"/>
          <w:rtl/>
        </w:rPr>
        <w:t>یل</w:t>
      </w:r>
      <w:r w:rsidRPr="00BC300A">
        <w:rPr>
          <w:rtl/>
        </w:rPr>
        <w:t xml:space="preserve"> اعضا</w:t>
      </w:r>
      <w:r w:rsidRPr="00BC300A">
        <w:rPr>
          <w:rFonts w:hint="cs"/>
          <w:rtl/>
        </w:rPr>
        <w:t>ی</w:t>
      </w:r>
      <w:r w:rsidRPr="00BC300A">
        <w:rPr>
          <w:rtl/>
        </w:rPr>
        <w:t xml:space="preserve"> و </w:t>
      </w:r>
      <w:r w:rsidRPr="00BC300A">
        <w:rPr>
          <w:rFonts w:hint="cs"/>
          <w:rtl/>
        </w:rPr>
        <w:t>یا</w:t>
      </w:r>
      <w:r w:rsidRPr="00BC300A">
        <w:rPr>
          <w:rtl/>
        </w:rPr>
        <w:t xml:space="preserve"> مد</w:t>
      </w:r>
      <w:r w:rsidRPr="00BC300A">
        <w:rPr>
          <w:rFonts w:hint="cs"/>
          <w:rtl/>
        </w:rPr>
        <w:t>یران</w:t>
      </w:r>
      <w:r w:rsidRPr="00BC300A">
        <w:rPr>
          <w:rtl/>
        </w:rPr>
        <w:t xml:space="preserve"> گروه‌ها و </w:t>
      </w:r>
      <w:r w:rsidRPr="00BC300A">
        <w:rPr>
          <w:rFonts w:hint="cs"/>
          <w:rtl/>
        </w:rPr>
        <w:t>یا</w:t>
      </w:r>
      <w:r w:rsidRPr="00BC300A">
        <w:rPr>
          <w:rtl/>
        </w:rPr>
        <w:t xml:space="preserve"> کانال‌ها تلگرام</w:t>
      </w:r>
      <w:r w:rsidRPr="00BC300A">
        <w:rPr>
          <w:rFonts w:hint="cs"/>
          <w:rtl/>
        </w:rPr>
        <w:t>ی</w:t>
      </w:r>
      <w:r w:rsidRPr="00BC300A">
        <w:rPr>
          <w:rtl/>
        </w:rPr>
        <w:t xml:space="preserve"> را دانود کن</w:t>
      </w:r>
      <w:r w:rsidRPr="00BC300A">
        <w:rPr>
          <w:rFonts w:hint="cs"/>
          <w:rtl/>
        </w:rPr>
        <w:t>ید</w:t>
      </w:r>
      <w:r w:rsidRPr="00BC300A">
        <w:rPr>
          <w:rtl/>
        </w:rPr>
        <w:t>.</w:t>
      </w:r>
    </w:p>
    <w:p w14:paraId="27262132" w14:textId="77777777" w:rsidR="00816319" w:rsidRDefault="00816319" w:rsidP="00BC300A">
      <w:pPr>
        <w:rPr>
          <w:rtl/>
        </w:rPr>
      </w:pPr>
      <w:r>
        <w:rPr>
          <w:rFonts w:hint="cs"/>
          <w:rtl/>
        </w:rPr>
        <w:t>مشاوره</w:t>
      </w:r>
      <w:r>
        <w:rPr>
          <w:rtl/>
        </w:rPr>
        <w:t>: ارسال پ</w:t>
      </w:r>
      <w:r>
        <w:rPr>
          <w:rFonts w:hint="cs"/>
          <w:rtl/>
        </w:rPr>
        <w:t>یام</w:t>
      </w:r>
      <w:r>
        <w:rPr>
          <w:rtl/>
        </w:rPr>
        <w:t xml:space="preserve"> به 09121۴0023۷  در تلگرام</w:t>
      </w:r>
    </w:p>
    <w:p w14:paraId="754D9FC7" w14:textId="5DB0F718" w:rsidR="00254F72" w:rsidRPr="004543B7" w:rsidRDefault="00254F72" w:rsidP="004543B7">
      <w:pPr>
        <w:rPr>
          <w:b/>
          <w:bCs/>
          <w:sz w:val="20"/>
          <w:szCs w:val="20"/>
        </w:rPr>
      </w:pPr>
      <w:r w:rsidRPr="00254F72">
        <w:rPr>
          <w:rFonts w:hint="cs"/>
          <w:b/>
          <w:bCs/>
          <w:sz w:val="20"/>
          <w:szCs w:val="20"/>
          <w:rtl/>
        </w:rPr>
        <w:t>بخش‌هایی</w:t>
      </w:r>
      <w:r w:rsidRPr="00254F72">
        <w:rPr>
          <w:b/>
          <w:bCs/>
          <w:sz w:val="20"/>
          <w:szCs w:val="20"/>
          <w:rtl/>
        </w:rPr>
        <w:t xml:space="preserve"> از شماره‌ها به * تغ</w:t>
      </w:r>
      <w:r w:rsidRPr="00254F72">
        <w:rPr>
          <w:rFonts w:hint="cs"/>
          <w:b/>
          <w:bCs/>
          <w:sz w:val="20"/>
          <w:szCs w:val="20"/>
          <w:rtl/>
        </w:rPr>
        <w:t>ییر</w:t>
      </w:r>
      <w:r w:rsidRPr="00254F72">
        <w:rPr>
          <w:b/>
          <w:bCs/>
          <w:sz w:val="20"/>
          <w:szCs w:val="20"/>
          <w:rtl/>
        </w:rPr>
        <w:t xml:space="preserve"> </w:t>
      </w:r>
      <w:r w:rsidRPr="00254F72">
        <w:rPr>
          <w:rFonts w:hint="cs"/>
          <w:b/>
          <w:bCs/>
          <w:sz w:val="20"/>
          <w:szCs w:val="20"/>
          <w:rtl/>
        </w:rPr>
        <w:t>یافته</w:t>
      </w:r>
      <w:r w:rsidRPr="00254F72">
        <w:rPr>
          <w:b/>
          <w:bCs/>
          <w:sz w:val="20"/>
          <w:szCs w:val="20"/>
          <w:rtl/>
        </w:rPr>
        <w:t xml:space="preserve"> است. لطفا برا</w:t>
      </w:r>
      <w:r w:rsidRPr="00254F72">
        <w:rPr>
          <w:rFonts w:hint="cs"/>
          <w:b/>
          <w:bCs/>
          <w:sz w:val="20"/>
          <w:szCs w:val="20"/>
          <w:rtl/>
        </w:rPr>
        <w:t>ی</w:t>
      </w:r>
      <w:r w:rsidRPr="00254F72">
        <w:rPr>
          <w:b/>
          <w:bCs/>
          <w:sz w:val="20"/>
          <w:szCs w:val="20"/>
          <w:rtl/>
        </w:rPr>
        <w:t xml:space="preserve"> در</w:t>
      </w:r>
      <w:r w:rsidRPr="00254F72">
        <w:rPr>
          <w:rFonts w:hint="cs"/>
          <w:b/>
          <w:bCs/>
          <w:sz w:val="20"/>
          <w:szCs w:val="20"/>
          <w:rtl/>
        </w:rPr>
        <w:t>یافت</w:t>
      </w:r>
      <w:r w:rsidRPr="00254F72">
        <w:rPr>
          <w:b/>
          <w:bCs/>
          <w:sz w:val="20"/>
          <w:szCs w:val="20"/>
          <w:rtl/>
        </w:rPr>
        <w:t xml:space="preserve"> کامل شماره‌ها، به 09121۴0023۷  در تلگرام پ</w:t>
      </w:r>
      <w:r w:rsidRPr="00254F72">
        <w:rPr>
          <w:rFonts w:hint="cs"/>
          <w:b/>
          <w:bCs/>
          <w:sz w:val="20"/>
          <w:szCs w:val="20"/>
          <w:rtl/>
        </w:rPr>
        <w:t>یام</w:t>
      </w:r>
      <w:r w:rsidRPr="00254F72">
        <w:rPr>
          <w:b/>
          <w:bCs/>
          <w:sz w:val="20"/>
          <w:szCs w:val="20"/>
          <w:rtl/>
        </w:rPr>
        <w:t xml:space="preserve"> ارسال فرما</w:t>
      </w:r>
      <w:r w:rsidRPr="00254F72">
        <w:rPr>
          <w:rFonts w:hint="cs"/>
          <w:b/>
          <w:bCs/>
          <w:sz w:val="20"/>
          <w:szCs w:val="20"/>
          <w:rtl/>
        </w:rPr>
        <w:t>یید</w:t>
      </w:r>
      <w:r w:rsidRPr="00254F72">
        <w:rPr>
          <w:b/>
          <w:bCs/>
          <w:sz w:val="20"/>
          <w:szCs w:val="20"/>
          <w:rtl/>
        </w:rPr>
        <w:t>.</w:t>
      </w:r>
    </w:p>
    <w:tbl>
      <w:tblPr>
        <w:tblStyle w:val="TableGrid"/>
        <w:tblW w:type="auto" w:w="0"/>
        <w:tblLayout w:type="fixed"/>
        <w:tblLook w:firstColumn="1" w:firstRow="1" w:lastColumn="0" w:lastRow="0" w:noHBand="0" w:noVBand="1" w:val="04A0"/>
      </w:tblPr>
      <w:tblGrid>
        <w:gridCol w:w="1728"/>
        <w:gridCol w:w="1728"/>
        <w:gridCol w:w="1728"/>
        <w:gridCol w:w="1728"/>
        <w:gridCol w:w="1728"/>
      </w:tblGrid>
      <w:tr>
        <w:tc>
          <w:tcPr>
            <w:tcW w:type="dxa" w:w="1728"/>
          </w:tcPr>
          <w:p>
            <w:r>
              <w:t>شماره موبایل</w:t>
            </w:r>
          </w:p>
        </w:tc>
        <w:tc>
          <w:tcPr>
            <w:tcW w:type="dxa" w:w="1728"/>
          </w:tcPr>
          <w:p>
            <w:r>
              <w:t>نام</w:t>
            </w:r>
          </w:p>
        </w:tc>
        <w:tc>
          <w:tcPr>
            <w:tcW w:type="dxa" w:w="1728"/>
          </w:tcPr>
          <w:p>
            <w:r>
              <w:t>نام خانوادگی</w:t>
            </w:r>
          </w:p>
        </w:tc>
        <w:tc>
          <w:tcPr>
            <w:tcW w:type="dxa" w:w="1728"/>
          </w:tcPr>
          <w:p>
            <w:r>
              <w:t>نام کاربری تلگرام</w:t>
            </w:r>
          </w:p>
        </w:tc>
        <w:tc>
          <w:tcPr>
            <w:tcW w:type="dxa" w:w="1728"/>
          </w:tcPr>
          <w:p>
            <w:r>
              <w:t>گروه تلگرامی مبدا</w:t>
            </w:r>
          </w:p>
        </w:tc>
      </w:tr>
      <w:tr>
        <w:tc>
          <w:tcPr>
            <w:tcW w:type="dxa" w:w="1728"/>
          </w:tcPr>
          <w:p>
            <w:r>
              <w:t>912****004</w:t>
            </w:r>
          </w:p>
        </w:tc>
        <w:tc>
          <w:tcPr>
            <w:tcW w:type="dxa" w:w="1728"/>
          </w:tcPr>
          <w:p>
            <w:r>
              <w:t>Ghazale</w:t>
            </w:r>
          </w:p>
        </w:tc>
        <w:tc>
          <w:tcPr>
            <w:tcW w:type="dxa" w:w="1728"/>
          </w:tcPr>
          <w:p>
            <w:r>
              <w:t>Bakhtiari</w:t>
            </w:r>
          </w:p>
        </w:tc>
        <w:tc>
          <w:tcPr>
            <w:tcW w:type="dxa" w:w="1728"/>
          </w:tcPr>
          <w:p>
            <w:r>
              <w:t>GhazaleBakhtiari</w:t>
            </w:r>
          </w:p>
        </w:tc>
        <w:tc>
          <w:tcPr>
            <w:tcW w:type="dxa" w:w="1728"/>
          </w:tcPr>
          <w:p>
            <w:r>
              <w:t>نيازمندي هاي ايراني هاي ونكوور Iranian Vancouver Agahi</w:t>
            </w:r>
          </w:p>
        </w:tc>
      </w:tr>
      <w:tr>
        <w:tc>
          <w:tcPr>
            <w:tcW w:type="dxa" w:w="1728"/>
          </w:tcPr>
          <w:p>
            <w:r>
              <w:t>930*247*0*</w:t>
            </w:r>
          </w:p>
        </w:tc>
        <w:tc>
          <w:tcPr>
            <w:tcW w:type="dxa" w:w="1728"/>
          </w:tcPr>
          <w:p>
            <w:r>
              <w:t>Shahla</w:t>
            </w:r>
          </w:p>
        </w:tc>
        <w:tc>
          <w:tcPr>
            <w:tcW w:type="dxa" w:w="1728"/>
          </w:tcPr>
          <w:p>
            <w:r/>
          </w:p>
        </w:tc>
        <w:tc>
          <w:tcPr>
            <w:tcW w:type="dxa" w:w="1728"/>
          </w:tcPr>
          <w:p>
            <w:r>
              <w:t>shahla_shahroodi</w:t>
            </w:r>
          </w:p>
        </w:tc>
        <w:tc>
          <w:tcPr>
            <w:tcW w:type="dxa" w:w="1728"/>
          </w:tcPr>
          <w:p>
            <w:r>
              <w:t>نيازمندي هاي ايراني هاي ونكوور Iranian Vancouver Agahi</w:t>
            </w:r>
          </w:p>
        </w:tc>
      </w:tr>
      <w:tr>
        <w:tc>
          <w:tcPr>
            <w:tcW w:type="dxa" w:w="1728"/>
          </w:tcPr>
          <w:p>
            <w:r>
              <w:t>912*9*1773</w:t>
            </w:r>
          </w:p>
        </w:tc>
        <w:tc>
          <w:tcPr>
            <w:tcW w:type="dxa" w:w="1728"/>
          </w:tcPr>
          <w:p>
            <w:r>
              <w:t>Kh</w:t>
            </w:r>
          </w:p>
        </w:tc>
        <w:tc>
          <w:tcPr>
            <w:tcW w:type="dxa" w:w="1728"/>
          </w:tcPr>
          <w:p>
            <w:r/>
          </w:p>
        </w:tc>
        <w:tc>
          <w:tcPr>
            <w:tcW w:type="dxa" w:w="1728"/>
          </w:tcPr>
          <w:p>
            <w:r>
              <w:t>None</w:t>
            </w:r>
          </w:p>
        </w:tc>
        <w:tc>
          <w:tcPr>
            <w:tcW w:type="dxa" w:w="1728"/>
          </w:tcPr>
          <w:p>
            <w:r>
              <w:t>نيازمندي هاي ايراني هاي ونكوور Iranian Vancouver Agahi</w:t>
            </w:r>
          </w:p>
        </w:tc>
      </w:tr>
      <w:tr>
        <w:tc>
          <w:tcPr>
            <w:tcW w:type="dxa" w:w="1728"/>
          </w:tcPr>
          <w:p>
            <w:r>
              <w:t>912*721134</w:t>
            </w:r>
          </w:p>
        </w:tc>
        <w:tc>
          <w:tcPr>
            <w:tcW w:type="dxa" w:w="1728"/>
          </w:tcPr>
          <w:p>
            <w:r>
              <w:t>Vahid.</w:t>
            </w:r>
          </w:p>
        </w:tc>
        <w:tc>
          <w:tcPr>
            <w:tcW w:type="dxa" w:w="1728"/>
          </w:tcPr>
          <w:p>
            <w:r>
              <w:t>Ghobadifar</w:t>
            </w:r>
          </w:p>
        </w:tc>
        <w:tc>
          <w:tcPr>
            <w:tcW w:type="dxa" w:w="1728"/>
          </w:tcPr>
          <w:p>
            <w:r>
              <w:t>None</w:t>
            </w:r>
          </w:p>
        </w:tc>
        <w:tc>
          <w:tcPr>
            <w:tcW w:type="dxa" w:w="1728"/>
          </w:tcPr>
          <w:p>
            <w:r>
              <w:t>نيازمندي هاي ايراني هاي ونكوور Iranian Vancouver Agahi</w:t>
            </w:r>
          </w:p>
        </w:tc>
      </w:tr>
      <w:tr>
        <w:tc>
          <w:tcPr>
            <w:tcW w:type="dxa" w:w="1728"/>
          </w:tcPr>
          <w:p>
            <w:r>
              <w:t>912*1*7*93</w:t>
            </w:r>
          </w:p>
        </w:tc>
        <w:tc>
          <w:tcPr>
            <w:tcW w:type="dxa" w:w="1728"/>
          </w:tcPr>
          <w:p>
            <w:r>
              <w:t>Nothing to Display</w:t>
            </w:r>
          </w:p>
        </w:tc>
        <w:tc>
          <w:tcPr>
            <w:tcW w:type="dxa" w:w="1728"/>
          </w:tcPr>
          <w:p>
            <w:r/>
          </w:p>
        </w:tc>
        <w:tc>
          <w:tcPr>
            <w:tcW w:type="dxa" w:w="1728"/>
          </w:tcPr>
          <w:p>
            <w:r>
              <w:t>Nothingtodisplay</w:t>
            </w:r>
          </w:p>
        </w:tc>
        <w:tc>
          <w:tcPr>
            <w:tcW w:type="dxa" w:w="1728"/>
          </w:tcPr>
          <w:p>
            <w:r>
              <w:t>نيازمندي هاي ايراني هاي ونكوور Iranian Vancouver Agahi</w:t>
            </w:r>
          </w:p>
        </w:tc>
      </w:tr>
      <w:tr>
        <w:tc>
          <w:tcPr>
            <w:tcW w:type="dxa" w:w="1728"/>
          </w:tcPr>
          <w:p>
            <w:r>
              <w:t>91233*1134</w:t>
            </w:r>
          </w:p>
        </w:tc>
        <w:tc>
          <w:tcPr>
            <w:tcW w:type="dxa" w:w="1728"/>
          </w:tcPr>
          <w:p>
            <w:r>
              <w:t>Fariborz</w:t>
            </w:r>
          </w:p>
        </w:tc>
        <w:tc>
          <w:tcPr>
            <w:tcW w:type="dxa" w:w="1728"/>
          </w:tcPr>
          <w:p>
            <w:r>
              <w:t>YAGHOOBI VAYEGHAN</w:t>
            </w:r>
          </w:p>
        </w:tc>
        <w:tc>
          <w:tcPr>
            <w:tcW w:type="dxa" w:w="1728"/>
          </w:tcPr>
          <w:p>
            <w:r>
              <w:t>fariborzyaghoobivayeghan</w:t>
            </w:r>
          </w:p>
        </w:tc>
        <w:tc>
          <w:tcPr>
            <w:tcW w:type="dxa" w:w="1728"/>
          </w:tcPr>
          <w:p>
            <w:r>
              <w:t>نيازمندي هاي ايراني هاي ونكوور Iranian Vancouver Agahi</w:t>
            </w:r>
          </w:p>
        </w:tc>
      </w:tr>
      <w:tr>
        <w:tc>
          <w:tcPr>
            <w:tcW w:type="dxa" w:w="1728"/>
          </w:tcPr>
          <w:p>
            <w:r>
              <w:t>912*107*90</w:t>
            </w:r>
          </w:p>
        </w:tc>
        <w:tc>
          <w:tcPr>
            <w:tcW w:type="dxa" w:w="1728"/>
          </w:tcPr>
          <w:p>
            <w:r>
              <w:t>Mehdi</w:t>
            </w:r>
          </w:p>
        </w:tc>
        <w:tc>
          <w:tcPr>
            <w:tcW w:type="dxa" w:w="1728"/>
          </w:tcPr>
          <w:p>
            <w:r/>
          </w:p>
        </w:tc>
        <w:tc>
          <w:tcPr>
            <w:tcW w:type="dxa" w:w="1728"/>
          </w:tcPr>
          <w:p>
            <w:r>
              <w:t>Mehdi_6182</w:t>
            </w:r>
          </w:p>
        </w:tc>
        <w:tc>
          <w:tcPr>
            <w:tcW w:type="dxa" w:w="1728"/>
          </w:tcPr>
          <w:p>
            <w:r>
              <w:t>نيازمندي هاي ايراني هاي ونكوور Iranian Vancouver Agahi</w:t>
            </w:r>
          </w:p>
        </w:tc>
      </w:tr>
      <w:tr>
        <w:tc>
          <w:tcPr>
            <w:tcW w:type="dxa" w:w="1728"/>
          </w:tcPr>
          <w:p>
            <w:r>
              <w:t>91233*73*4</w:t>
            </w:r>
          </w:p>
        </w:tc>
        <w:tc>
          <w:tcPr>
            <w:tcW w:type="dxa" w:w="1728"/>
          </w:tcPr>
          <w:p>
            <w:r>
              <w:t>AL</w:t>
            </w:r>
          </w:p>
        </w:tc>
        <w:tc>
          <w:tcPr>
            <w:tcW w:type="dxa" w:w="1728"/>
          </w:tcPr>
          <w:p>
            <w:r/>
          </w:p>
        </w:tc>
        <w:tc>
          <w:tcPr>
            <w:tcW w:type="dxa" w:w="1728"/>
          </w:tcPr>
          <w:p>
            <w:r/>
          </w:p>
        </w:tc>
        <w:tc>
          <w:tcPr>
            <w:tcW w:type="dxa" w:w="1728"/>
          </w:tcPr>
          <w:p>
            <w:r>
              <w:t>نيازمندي هاي ايراني هاي ونكوور Iranian Vancouver Agahi</w:t>
            </w:r>
          </w:p>
        </w:tc>
      </w:tr>
      <w:tr>
        <w:tc>
          <w:tcPr>
            <w:tcW w:type="dxa" w:w="1728"/>
          </w:tcPr>
          <w:p>
            <w:r>
              <w:t>91211**722</w:t>
            </w:r>
          </w:p>
        </w:tc>
        <w:tc>
          <w:tcPr>
            <w:tcW w:type="dxa" w:w="1728"/>
          </w:tcPr>
          <w:p>
            <w:r>
              <w:t>Hadi</w:t>
            </w:r>
          </w:p>
        </w:tc>
        <w:tc>
          <w:tcPr>
            <w:tcW w:type="dxa" w:w="1728"/>
          </w:tcPr>
          <w:p>
            <w:r>
              <w:t>Gheisari</w:t>
            </w:r>
          </w:p>
        </w:tc>
        <w:tc>
          <w:tcPr>
            <w:tcW w:type="dxa" w:w="1728"/>
          </w:tcPr>
          <w:p>
            <w:r>
              <w:t>Hadigheisari</w:t>
            </w:r>
          </w:p>
        </w:tc>
        <w:tc>
          <w:tcPr>
            <w:tcW w:type="dxa" w:w="1728"/>
          </w:tcPr>
          <w:p>
            <w:r>
              <w:t>نيازمندي هاي ايراني هاي ونكوور Iranian Vancouver Agahi</w:t>
            </w:r>
          </w:p>
        </w:tc>
      </w:tr>
      <w:tr>
        <w:tc>
          <w:tcPr>
            <w:tcW w:type="dxa" w:w="1728"/>
          </w:tcPr>
          <w:p>
            <w:r>
              <w:t>91234**107</w:t>
            </w:r>
          </w:p>
        </w:tc>
        <w:tc>
          <w:tcPr>
            <w:tcW w:type="dxa" w:w="1728"/>
          </w:tcPr>
          <w:p>
            <w:r>
              <w:t>Mary</w:t>
            </w:r>
          </w:p>
        </w:tc>
        <w:tc>
          <w:tcPr>
            <w:tcW w:type="dxa" w:w="1728"/>
          </w:tcPr>
          <w:p>
            <w:r/>
          </w:p>
        </w:tc>
        <w:tc>
          <w:tcPr>
            <w:tcW w:type="dxa" w:w="1728"/>
          </w:tcPr>
          <w:p>
            <w:r/>
          </w:p>
        </w:tc>
        <w:tc>
          <w:tcPr>
            <w:tcW w:type="dxa" w:w="1728"/>
          </w:tcPr>
          <w:p>
            <w:r>
              <w:t>نيازمندي هاي ايراني هاي ونكوور Iranian Vancouver Agahi</w:t>
            </w:r>
          </w:p>
        </w:tc>
      </w:tr>
      <w:tr>
        <w:tc>
          <w:tcPr>
            <w:tcW w:type="dxa" w:w="1728"/>
          </w:tcPr>
          <w:p>
            <w:r>
              <w:t>9397*34712</w:t>
            </w:r>
          </w:p>
        </w:tc>
        <w:tc>
          <w:tcPr>
            <w:tcW w:type="dxa" w:w="1728"/>
          </w:tcPr>
          <w:p>
            <w:r>
              <w:t>Samira</w:t>
            </w:r>
          </w:p>
        </w:tc>
        <w:tc>
          <w:tcPr>
            <w:tcW w:type="dxa" w:w="1728"/>
          </w:tcPr>
          <w:p>
            <w:r/>
          </w:p>
        </w:tc>
        <w:tc>
          <w:tcPr>
            <w:tcW w:type="dxa" w:w="1728"/>
          </w:tcPr>
          <w:p>
            <w:r/>
          </w:p>
        </w:tc>
        <w:tc>
          <w:tcPr>
            <w:tcW w:type="dxa" w:w="1728"/>
          </w:tcPr>
          <w:p>
            <w:r>
              <w:t>نيازمندي هاي ايراني هاي ونكوور Iranian Vancouver Agahi</w:t>
            </w:r>
          </w:p>
        </w:tc>
      </w:tr>
      <w:tr>
        <w:tc>
          <w:tcPr>
            <w:tcW w:type="dxa" w:w="1728"/>
          </w:tcPr>
          <w:p>
            <w:r>
              <w:t>9124*971*0</w:t>
            </w:r>
          </w:p>
        </w:tc>
        <w:tc>
          <w:tcPr>
            <w:tcW w:type="dxa" w:w="1728"/>
          </w:tcPr>
          <w:p>
            <w:r>
              <w:t>Fateme</w:t>
            </w:r>
          </w:p>
        </w:tc>
        <w:tc>
          <w:tcPr>
            <w:tcW w:type="dxa" w:w="1728"/>
          </w:tcPr>
          <w:p>
            <w:r/>
          </w:p>
        </w:tc>
        <w:tc>
          <w:tcPr>
            <w:tcW w:type="dxa" w:w="1728"/>
          </w:tcPr>
          <w:p>
            <w:r>
              <w:t>atraki65</w:t>
            </w:r>
          </w:p>
        </w:tc>
        <w:tc>
          <w:tcPr>
            <w:tcW w:type="dxa" w:w="1728"/>
          </w:tcPr>
          <w:p>
            <w:r>
              <w:t>نيازمندي هاي ايراني هاي ونكوور Iranian Vancouver Agahi</w:t>
            </w:r>
          </w:p>
        </w:tc>
      </w:tr>
      <w:tr>
        <w:tc>
          <w:tcPr>
            <w:tcW w:type="dxa" w:w="1728"/>
          </w:tcPr>
          <w:p>
            <w:r>
              <w:t>912217*2*4</w:t>
            </w:r>
          </w:p>
        </w:tc>
        <w:tc>
          <w:tcPr>
            <w:tcW w:type="dxa" w:w="1728"/>
          </w:tcPr>
          <w:p>
            <w:r>
              <w:t>v</w:t>
            </w:r>
          </w:p>
        </w:tc>
        <w:tc>
          <w:tcPr>
            <w:tcW w:type="dxa" w:w="1728"/>
          </w:tcPr>
          <w:p>
            <w:r/>
          </w:p>
        </w:tc>
        <w:tc>
          <w:tcPr>
            <w:tcW w:type="dxa" w:w="1728"/>
          </w:tcPr>
          <w:p>
            <w:r>
              <w:t>venmttt</w:t>
            </w:r>
          </w:p>
        </w:tc>
        <w:tc>
          <w:tcPr>
            <w:tcW w:type="dxa" w:w="1728"/>
          </w:tcPr>
          <w:p>
            <w:r>
              <w:t>نيازمندي هاي ايراني هاي ونكوور Iranian Vancouver Agahi</w:t>
            </w:r>
          </w:p>
        </w:tc>
      </w:tr>
      <w:tr>
        <w:tc>
          <w:tcPr>
            <w:tcW w:type="dxa" w:w="1728"/>
          </w:tcPr>
          <w:p>
            <w:r>
              <w:t>912310*077</w:t>
            </w:r>
          </w:p>
        </w:tc>
        <w:tc>
          <w:tcPr>
            <w:tcW w:type="dxa" w:w="1728"/>
          </w:tcPr>
          <w:p>
            <w:r>
              <w:t>Hz</w:t>
            </w:r>
          </w:p>
        </w:tc>
        <w:tc>
          <w:tcPr>
            <w:tcW w:type="dxa" w:w="1728"/>
          </w:tcPr>
          <w:p>
            <w:r/>
          </w:p>
        </w:tc>
        <w:tc>
          <w:tcPr>
            <w:tcW w:type="dxa" w:w="1728"/>
          </w:tcPr>
          <w:p>
            <w:r>
              <w:t>None</w:t>
            </w:r>
          </w:p>
        </w:tc>
        <w:tc>
          <w:tcPr>
            <w:tcW w:type="dxa" w:w="1728"/>
          </w:tcPr>
          <w:p>
            <w:r>
              <w:t>نيازمندي هاي ايراني هاي ونكوور Iranian Vancouver Agahi</w:t>
            </w:r>
          </w:p>
        </w:tc>
      </w:tr>
      <w:tr>
        <w:tc>
          <w:tcPr>
            <w:tcW w:type="dxa" w:w="1728"/>
          </w:tcPr>
          <w:p>
            <w:r>
              <w:t>939071*24*</w:t>
            </w:r>
          </w:p>
        </w:tc>
        <w:tc>
          <w:tcPr>
            <w:tcW w:type="dxa" w:w="1728"/>
          </w:tcPr>
          <w:p>
            <w:r>
              <w:t>Nunu</w:t>
            </w:r>
          </w:p>
        </w:tc>
        <w:tc>
          <w:tcPr>
            <w:tcW w:type="dxa" w:w="1728"/>
          </w:tcPr>
          <w:p>
            <w:r/>
          </w:p>
        </w:tc>
        <w:tc>
          <w:tcPr>
            <w:tcW w:type="dxa" w:w="1728"/>
          </w:tcPr>
          <w:p>
            <w:r>
              <w:t>nunusam95</w:t>
            </w:r>
          </w:p>
        </w:tc>
        <w:tc>
          <w:tcPr>
            <w:tcW w:type="dxa" w:w="1728"/>
          </w:tcPr>
          <w:p>
            <w:r>
              <w:t>نيازمندي هاي ايراني هاي ونكوور Iranian Vancouver Agahi</w:t>
            </w:r>
          </w:p>
        </w:tc>
      </w:tr>
      <w:tr>
        <w:tc>
          <w:tcPr>
            <w:tcW w:type="dxa" w:w="1728"/>
          </w:tcPr>
          <w:p>
            <w:r>
              <w:t>9112274*0*</w:t>
            </w:r>
          </w:p>
        </w:tc>
        <w:tc>
          <w:tcPr>
            <w:tcW w:type="dxa" w:w="1728"/>
          </w:tcPr>
          <w:p>
            <w:r>
              <w:t>Niloofar</w:t>
            </w:r>
          </w:p>
        </w:tc>
        <w:tc>
          <w:tcPr>
            <w:tcW w:type="dxa" w:w="1728"/>
          </w:tcPr>
          <w:p>
            <w:r/>
          </w:p>
        </w:tc>
        <w:tc>
          <w:tcPr>
            <w:tcW w:type="dxa" w:w="1728"/>
          </w:tcPr>
          <w:p>
            <w:r>
              <w:t>Jesuisniloo</w:t>
            </w:r>
          </w:p>
        </w:tc>
        <w:tc>
          <w:tcPr>
            <w:tcW w:type="dxa" w:w="1728"/>
          </w:tcPr>
          <w:p>
            <w:r>
              <w:t>نيازمندي هاي ايراني هاي ونكوور Iranian Vancouver Agahi</w:t>
            </w:r>
          </w:p>
        </w:tc>
      </w:tr>
      <w:tr>
        <w:tc>
          <w:tcPr>
            <w:tcW w:type="dxa" w:w="1728"/>
          </w:tcPr>
          <w:p>
            <w:r>
              <w:t>912*2*4900</w:t>
            </w:r>
          </w:p>
        </w:tc>
        <w:tc>
          <w:tcPr>
            <w:tcW w:type="dxa" w:w="1728"/>
          </w:tcPr>
          <w:p>
            <w:r>
              <w:t>Maryam</w:t>
            </w:r>
          </w:p>
        </w:tc>
        <w:tc>
          <w:tcPr>
            <w:tcW w:type="dxa" w:w="1728"/>
          </w:tcPr>
          <w:p>
            <w:r>
              <w:t>Ba</w:t>
            </w:r>
          </w:p>
        </w:tc>
        <w:tc>
          <w:tcPr>
            <w:tcW w:type="dxa" w:w="1728"/>
          </w:tcPr>
          <w:p>
            <w:r>
              <w:t>marmar2020</w:t>
            </w:r>
          </w:p>
        </w:tc>
        <w:tc>
          <w:tcPr>
            <w:tcW w:type="dxa" w:w="1728"/>
          </w:tcPr>
          <w:p>
            <w:r>
              <w:t>نيازمندي هاي ايراني هاي ونكوور Iranian Vancouver Agahi</w:t>
            </w:r>
          </w:p>
        </w:tc>
      </w:tr>
      <w:tr>
        <w:tc>
          <w:tcPr>
            <w:tcW w:type="dxa" w:w="1728"/>
          </w:tcPr>
          <w:p>
            <w:r>
              <w:t>91**349919</w:t>
            </w:r>
          </w:p>
        </w:tc>
        <w:tc>
          <w:tcPr>
            <w:tcW w:type="dxa" w:w="1728"/>
          </w:tcPr>
          <w:p>
            <w:r>
              <w:t>امیر</w:t>
            </w:r>
          </w:p>
        </w:tc>
        <w:tc>
          <w:tcPr>
            <w:tcW w:type="dxa" w:w="1728"/>
          </w:tcPr>
          <w:p>
            <w:r>
              <w:t>محمدی</w:t>
            </w:r>
          </w:p>
        </w:tc>
        <w:tc>
          <w:tcPr>
            <w:tcW w:type="dxa" w:w="1728"/>
          </w:tcPr>
          <w:p>
            <w:r>
              <w:t>mohamadi_amir</w:t>
            </w:r>
          </w:p>
        </w:tc>
        <w:tc>
          <w:tcPr>
            <w:tcW w:type="dxa" w:w="1728"/>
          </w:tcPr>
          <w:p>
            <w:r>
              <w:t>نيازمندي هاي ايراني هاي ونكوور Iranian Vancouver Agahi</w:t>
            </w:r>
          </w:p>
        </w:tc>
      </w:tr>
      <w:tr>
        <w:tc>
          <w:tcPr>
            <w:tcW w:type="dxa" w:w="1728"/>
          </w:tcPr>
          <w:p>
            <w:r>
              <w:t>912**9923*</w:t>
            </w:r>
          </w:p>
        </w:tc>
        <w:tc>
          <w:tcPr>
            <w:tcW w:type="dxa" w:w="1728"/>
          </w:tcPr>
          <w:p>
            <w:r>
              <w:t>S</w:t>
            </w:r>
          </w:p>
        </w:tc>
        <w:tc>
          <w:tcPr>
            <w:tcW w:type="dxa" w:w="1728"/>
          </w:tcPr>
          <w:p>
            <w:r>
              <w:t>Samir</w:t>
            </w:r>
          </w:p>
        </w:tc>
        <w:tc>
          <w:tcPr>
            <w:tcW w:type="dxa" w:w="1728"/>
          </w:tcPr>
          <w:p>
            <w:r>
              <w:t>tourismenglishway</w:t>
            </w:r>
          </w:p>
        </w:tc>
        <w:tc>
          <w:tcPr>
            <w:tcW w:type="dxa" w:w="1728"/>
          </w:tcPr>
          <w:p>
            <w:r>
              <w:t>نيازمندي هاي ايراني هاي ونكوور Iranian Vancouver Agahi</w:t>
            </w:r>
          </w:p>
        </w:tc>
      </w:tr>
      <w:tr>
        <w:tc>
          <w:tcPr>
            <w:tcW w:type="dxa" w:w="1728"/>
          </w:tcPr>
          <w:p>
            <w:r>
              <w:t>912*24*994</w:t>
            </w:r>
          </w:p>
        </w:tc>
        <w:tc>
          <w:tcPr>
            <w:tcW w:type="dxa" w:w="1728"/>
          </w:tcPr>
          <w:p>
            <w:r>
              <w:t>Rezz</w:t>
            </w:r>
          </w:p>
        </w:tc>
        <w:tc>
          <w:tcPr>
            <w:tcW w:type="dxa" w:w="1728"/>
          </w:tcPr>
          <w:p>
            <w:r/>
          </w:p>
        </w:tc>
        <w:tc>
          <w:tcPr>
            <w:tcW w:type="dxa" w:w="1728"/>
          </w:tcPr>
          <w:p>
            <w:r>
              <w:t>rezz1i</w:t>
            </w:r>
          </w:p>
        </w:tc>
        <w:tc>
          <w:tcPr>
            <w:tcW w:type="dxa" w:w="1728"/>
          </w:tcPr>
          <w:p>
            <w:r>
              <w:t>نيازمندي هاي ايراني هاي ونكوور Iranian Vancouver Agahi</w:t>
            </w:r>
          </w:p>
        </w:tc>
      </w:tr>
      <w:tr>
        <w:tc>
          <w:tcPr>
            <w:tcW w:type="dxa" w:w="1728"/>
          </w:tcPr>
          <w:p>
            <w:r>
              <w:t>93**0*3***</w:t>
            </w:r>
          </w:p>
        </w:tc>
        <w:tc>
          <w:tcPr>
            <w:tcW w:type="dxa" w:w="1728"/>
          </w:tcPr>
          <w:p>
            <w:r>
              <w:t>Nima</w:t>
            </w:r>
          </w:p>
        </w:tc>
        <w:tc>
          <w:tcPr>
            <w:tcW w:type="dxa" w:w="1728"/>
          </w:tcPr>
          <w:p>
            <w:r/>
          </w:p>
        </w:tc>
        <w:tc>
          <w:tcPr>
            <w:tcW w:type="dxa" w:w="1728"/>
          </w:tcPr>
          <w:p>
            <w:r>
              <w:t>behandsom</w:t>
            </w:r>
          </w:p>
        </w:tc>
        <w:tc>
          <w:tcPr>
            <w:tcW w:type="dxa" w:w="1728"/>
          </w:tcPr>
          <w:p>
            <w:r>
              <w:t>نيازمندي هاي ايراني هاي ونكوور Iranian Vancouver Agahi</w:t>
            </w:r>
          </w:p>
        </w:tc>
      </w:tr>
      <w:tr>
        <w:tc>
          <w:tcPr>
            <w:tcW w:type="dxa" w:w="1728"/>
          </w:tcPr>
          <w:p>
            <w:r>
              <w:t>912**21*02</w:t>
            </w:r>
          </w:p>
        </w:tc>
        <w:tc>
          <w:tcPr>
            <w:tcW w:type="dxa" w:w="1728"/>
          </w:tcPr>
          <w:p>
            <w:r>
              <w:t>Parisan</w:t>
            </w:r>
          </w:p>
        </w:tc>
        <w:tc>
          <w:tcPr>
            <w:tcW w:type="dxa" w:w="1728"/>
          </w:tcPr>
          <w:p>
            <w:r/>
          </w:p>
        </w:tc>
        <w:tc>
          <w:tcPr>
            <w:tcW w:type="dxa" w:w="1728"/>
          </w:tcPr>
          <w:p>
            <w:r>
              <w:t>ParisanMiladi</w:t>
            </w:r>
          </w:p>
        </w:tc>
        <w:tc>
          <w:tcPr>
            <w:tcW w:type="dxa" w:w="1728"/>
          </w:tcPr>
          <w:p>
            <w:r>
              <w:t>نيازمندي هاي ايراني هاي ونكوور Iranian Vancouver Agahi</w:t>
            </w:r>
          </w:p>
        </w:tc>
      </w:tr>
      <w:tr>
        <w:tc>
          <w:tcPr>
            <w:tcW w:type="dxa" w:w="1728"/>
          </w:tcPr>
          <w:p>
            <w:r>
              <w:t>912227*904</w:t>
            </w:r>
          </w:p>
        </w:tc>
        <w:tc>
          <w:tcPr>
            <w:tcW w:type="dxa" w:w="1728"/>
          </w:tcPr>
          <w:p>
            <w:r>
              <w:t>I M</w:t>
            </w:r>
          </w:p>
        </w:tc>
        <w:tc>
          <w:tcPr>
            <w:tcW w:type="dxa" w:w="1728"/>
          </w:tcPr>
          <w:p>
            <w:r>
              <w:t>N</w:t>
            </w:r>
          </w:p>
        </w:tc>
        <w:tc>
          <w:tcPr>
            <w:tcW w:type="dxa" w:w="1728"/>
          </w:tcPr>
          <w:p>
            <w:r>
              <w:t>IMN_FM</w:t>
            </w:r>
          </w:p>
        </w:tc>
        <w:tc>
          <w:tcPr>
            <w:tcW w:type="dxa" w:w="1728"/>
          </w:tcPr>
          <w:p>
            <w:r>
              <w:t>نيازمندي هاي ايراني هاي ونكوور Iranian Vancouver Agahi</w:t>
            </w:r>
          </w:p>
        </w:tc>
      </w:tr>
      <w:tr>
        <w:tc>
          <w:tcPr>
            <w:tcW w:type="dxa" w:w="1728"/>
          </w:tcPr>
          <w:p>
            <w:r>
              <w:t>9133*3*1*4</w:t>
            </w:r>
          </w:p>
        </w:tc>
        <w:tc>
          <w:tcPr>
            <w:tcW w:type="dxa" w:w="1728"/>
          </w:tcPr>
          <w:p>
            <w:r>
              <w:t>Kasra</w:t>
            </w:r>
          </w:p>
        </w:tc>
        <w:tc>
          <w:tcPr>
            <w:tcW w:type="dxa" w:w="1728"/>
          </w:tcPr>
          <w:p>
            <w:r/>
          </w:p>
        </w:tc>
        <w:tc>
          <w:tcPr>
            <w:tcW w:type="dxa" w:w="1728"/>
          </w:tcPr>
          <w:p>
            <w:r>
              <w:t>Siyavash_Kasra</w:t>
            </w:r>
          </w:p>
        </w:tc>
        <w:tc>
          <w:tcPr>
            <w:tcW w:type="dxa" w:w="1728"/>
          </w:tcPr>
          <w:p>
            <w:r>
              <w:t>نيازمندي هاي ايراني هاي ونكوور Iranian Vancouver Agahi</w:t>
            </w:r>
          </w:p>
        </w:tc>
      </w:tr>
      <w:tr>
        <w:tc>
          <w:tcPr>
            <w:tcW w:type="dxa" w:w="1728"/>
          </w:tcPr>
          <w:p>
            <w:r>
              <w:t>912*431**4</w:t>
            </w:r>
          </w:p>
        </w:tc>
        <w:tc>
          <w:tcPr>
            <w:tcW w:type="dxa" w:w="1728"/>
          </w:tcPr>
          <w:p>
            <w:r>
              <w:t>Amir</w:t>
            </w:r>
          </w:p>
        </w:tc>
        <w:tc>
          <w:tcPr>
            <w:tcW w:type="dxa" w:w="1728"/>
          </w:tcPr>
          <w:p>
            <w:r>
              <w:t>Khezri</w:t>
            </w:r>
          </w:p>
        </w:tc>
        <w:tc>
          <w:tcPr>
            <w:tcW w:type="dxa" w:w="1728"/>
          </w:tcPr>
          <w:p>
            <w:r>
              <w:t>Amirkhezri87</w:t>
            </w:r>
          </w:p>
        </w:tc>
        <w:tc>
          <w:tcPr>
            <w:tcW w:type="dxa" w:w="1728"/>
          </w:tcPr>
          <w:p>
            <w:r>
              <w:t>نيازمندي هاي ايراني هاي ونكوور Iranian Vancouver Agahi</w:t>
            </w:r>
          </w:p>
        </w:tc>
      </w:tr>
      <w:tr>
        <w:tc>
          <w:tcPr>
            <w:tcW w:type="dxa" w:w="1728"/>
          </w:tcPr>
          <w:p>
            <w:r>
              <w:t>9399972*22</w:t>
            </w:r>
          </w:p>
        </w:tc>
        <w:tc>
          <w:tcPr>
            <w:tcW w:type="dxa" w:w="1728"/>
          </w:tcPr>
          <w:p>
            <w:r>
              <w:t>a</w:t>
            </w:r>
          </w:p>
        </w:tc>
        <w:tc>
          <w:tcPr>
            <w:tcW w:type="dxa" w:w="1728"/>
          </w:tcPr>
          <w:p>
            <w:r/>
          </w:p>
        </w:tc>
        <w:tc>
          <w:tcPr>
            <w:tcW w:type="dxa" w:w="1728"/>
          </w:tcPr>
          <w:p>
            <w:r>
              <w:t>aligsb1985</w:t>
            </w:r>
          </w:p>
        </w:tc>
        <w:tc>
          <w:tcPr>
            <w:tcW w:type="dxa" w:w="1728"/>
          </w:tcPr>
          <w:p>
            <w:r>
              <w:t>نيازمندي هاي ايراني هاي ونكوور Iranian Vancouver Agahi</w:t>
            </w:r>
          </w:p>
        </w:tc>
      </w:tr>
      <w:tr>
        <w:tc>
          <w:tcPr>
            <w:tcW w:type="dxa" w:w="1728"/>
          </w:tcPr>
          <w:p>
            <w:r>
              <w:t>91234**9*9</w:t>
            </w:r>
          </w:p>
        </w:tc>
        <w:tc>
          <w:tcPr>
            <w:tcW w:type="dxa" w:w="1728"/>
          </w:tcPr>
          <w:p>
            <w:r>
              <w:t>Sina</w:t>
            </w:r>
          </w:p>
        </w:tc>
        <w:tc>
          <w:tcPr>
            <w:tcW w:type="dxa" w:w="1728"/>
          </w:tcPr>
          <w:p>
            <w:r>
              <w:t>Kh</w:t>
            </w:r>
          </w:p>
        </w:tc>
        <w:tc>
          <w:tcPr>
            <w:tcW w:type="dxa" w:w="1728"/>
          </w:tcPr>
          <w:p>
            <w:r>
              <w:t>cikhazy</w:t>
            </w:r>
          </w:p>
        </w:tc>
        <w:tc>
          <w:tcPr>
            <w:tcW w:type="dxa" w:w="1728"/>
          </w:tcPr>
          <w:p>
            <w:r>
              <w:t>نيازمندي هاي ايراني هاي ونكوور Iranian Vancouver Agahi</w:t>
            </w:r>
          </w:p>
        </w:tc>
      </w:tr>
      <w:tr>
        <w:tc>
          <w:tcPr>
            <w:tcW w:type="dxa" w:w="1728"/>
          </w:tcPr>
          <w:p>
            <w:r>
              <w:t>9194*4*3**</w:t>
            </w:r>
          </w:p>
        </w:tc>
        <w:tc>
          <w:tcPr>
            <w:tcW w:type="dxa" w:w="1728"/>
          </w:tcPr>
          <w:p>
            <w:r>
              <w:t>N.</w:t>
            </w:r>
          </w:p>
        </w:tc>
        <w:tc>
          <w:tcPr>
            <w:tcW w:type="dxa" w:w="1728"/>
          </w:tcPr>
          <w:p>
            <w:r>
              <w:t>F</w:t>
            </w:r>
          </w:p>
        </w:tc>
        <w:tc>
          <w:tcPr>
            <w:tcW w:type="dxa" w:w="1728"/>
          </w:tcPr>
          <w:p>
            <w:r>
              <w:t>firoozkoohi</w:t>
            </w:r>
          </w:p>
        </w:tc>
        <w:tc>
          <w:tcPr>
            <w:tcW w:type="dxa" w:w="1728"/>
          </w:tcPr>
          <w:p>
            <w:r>
              <w:t>نيازمندي هاي ايراني هاي ونكوور Iranian Vancouver Agahi</w:t>
            </w:r>
          </w:p>
        </w:tc>
      </w:tr>
      <w:tr>
        <w:tc>
          <w:tcPr>
            <w:tcW w:type="dxa" w:w="1728"/>
          </w:tcPr>
          <w:p>
            <w:r>
              <w:t>917711*37*</w:t>
            </w:r>
          </w:p>
        </w:tc>
        <w:tc>
          <w:tcPr>
            <w:tcW w:type="dxa" w:w="1728"/>
          </w:tcPr>
          <w:p>
            <w:r>
              <w:t>Golnaz</w:t>
            </w:r>
          </w:p>
        </w:tc>
        <w:tc>
          <w:tcPr>
            <w:tcW w:type="dxa" w:w="1728"/>
          </w:tcPr>
          <w:p>
            <w:r>
              <w:t>Laalpour</w:t>
            </w:r>
          </w:p>
        </w:tc>
        <w:tc>
          <w:tcPr>
            <w:tcW w:type="dxa" w:w="1728"/>
          </w:tcPr>
          <w:p>
            <w:r/>
          </w:p>
        </w:tc>
        <w:tc>
          <w:tcPr>
            <w:tcW w:type="dxa" w:w="1728"/>
          </w:tcPr>
          <w:p>
            <w:r>
              <w:t>نيازمندي هاي ايراني هاي ونكوور Iranian Vancouver Agahi</w:t>
            </w:r>
          </w:p>
        </w:tc>
      </w:tr>
      <w:tr>
        <w:tc>
          <w:tcPr>
            <w:tcW w:type="dxa" w:w="1728"/>
          </w:tcPr>
          <w:p>
            <w:r>
              <w:t>912*217*34</w:t>
            </w:r>
          </w:p>
        </w:tc>
        <w:tc>
          <w:tcPr>
            <w:tcW w:type="dxa" w:w="1728"/>
          </w:tcPr>
          <w:p>
            <w:r>
              <w:t>Parvin</w:t>
            </w:r>
          </w:p>
        </w:tc>
        <w:tc>
          <w:tcPr>
            <w:tcW w:type="dxa" w:w="1728"/>
          </w:tcPr>
          <w:p>
            <w:r/>
          </w:p>
        </w:tc>
        <w:tc>
          <w:tcPr>
            <w:tcW w:type="dxa" w:w="1728"/>
          </w:tcPr>
          <w:p>
            <w:r>
              <w:t>Ghiaasvand</w:t>
            </w:r>
          </w:p>
        </w:tc>
        <w:tc>
          <w:tcPr>
            <w:tcW w:type="dxa" w:w="1728"/>
          </w:tcPr>
          <w:p>
            <w:r>
              <w:t>نيازمندي هاي ايراني هاي ونكوور Iranian Vancouver Agahi</w:t>
            </w:r>
          </w:p>
        </w:tc>
      </w:tr>
      <w:tr>
        <w:tc>
          <w:tcPr>
            <w:tcW w:type="dxa" w:w="1728"/>
          </w:tcPr>
          <w:p>
            <w:r>
              <w:t>9127147*49</w:t>
            </w:r>
          </w:p>
        </w:tc>
        <w:tc>
          <w:tcPr>
            <w:tcW w:type="dxa" w:w="1728"/>
          </w:tcPr>
          <w:p>
            <w:r>
              <w:t>Samaneh</w:t>
            </w:r>
          </w:p>
        </w:tc>
        <w:tc>
          <w:tcPr>
            <w:tcW w:type="dxa" w:w="1728"/>
          </w:tcPr>
          <w:p>
            <w:r/>
          </w:p>
        </w:tc>
        <w:tc>
          <w:tcPr>
            <w:tcW w:type="dxa" w:w="1728"/>
          </w:tcPr>
          <w:p>
            <w:r>
              <w:t>Samaneh_Arabi</w:t>
            </w:r>
          </w:p>
        </w:tc>
        <w:tc>
          <w:tcPr>
            <w:tcW w:type="dxa" w:w="1728"/>
          </w:tcPr>
          <w:p>
            <w:r>
              <w:t>نيازمندي هاي ايراني هاي ونكوور Iranian Vancouver Agahi</w:t>
            </w:r>
          </w:p>
        </w:tc>
      </w:tr>
      <w:tr>
        <w:tc>
          <w:tcPr>
            <w:tcW w:type="dxa" w:w="1728"/>
          </w:tcPr>
          <w:p>
            <w:r>
              <w:t>9123377770</w:t>
            </w:r>
          </w:p>
        </w:tc>
        <w:tc>
          <w:tcPr>
            <w:tcW w:type="dxa" w:w="1728"/>
          </w:tcPr>
          <w:p>
            <w:r>
              <w:t>Javad</w:t>
            </w:r>
          </w:p>
        </w:tc>
        <w:tc>
          <w:tcPr>
            <w:tcW w:type="dxa" w:w="1728"/>
          </w:tcPr>
          <w:p>
            <w:r>
              <w:t>Alaei</w:t>
            </w:r>
          </w:p>
        </w:tc>
        <w:tc>
          <w:tcPr>
            <w:tcW w:type="dxa" w:w="1728"/>
          </w:tcPr>
          <w:p>
            <w:r>
              <w:t>javad1988</w:t>
            </w:r>
          </w:p>
        </w:tc>
        <w:tc>
          <w:tcPr>
            <w:tcW w:type="dxa" w:w="1728"/>
          </w:tcPr>
          <w:p>
            <w:r>
              <w:t>نيازمندي هاي ايراني هاي ونكوور Iranian Vancouver Agahi</w:t>
            </w:r>
          </w:p>
        </w:tc>
      </w:tr>
      <w:tr>
        <w:tc>
          <w:tcPr>
            <w:tcW w:type="dxa" w:w="1728"/>
          </w:tcPr>
          <w:p>
            <w:r>
              <w:t>91330**171</w:t>
            </w:r>
          </w:p>
        </w:tc>
        <w:tc>
          <w:tcPr>
            <w:tcW w:type="dxa" w:w="1728"/>
          </w:tcPr>
          <w:p>
            <w:r>
              <w:t>ali</w:t>
            </w:r>
          </w:p>
        </w:tc>
        <w:tc>
          <w:tcPr>
            <w:tcW w:type="dxa" w:w="1728"/>
          </w:tcPr>
          <w:p>
            <w:r>
              <w:t>karimi</w:t>
            </w:r>
          </w:p>
        </w:tc>
        <w:tc>
          <w:tcPr>
            <w:tcW w:type="dxa" w:w="1728"/>
          </w:tcPr>
          <w:p>
            <w:r>
              <w:t>a135980</w:t>
            </w:r>
          </w:p>
        </w:tc>
        <w:tc>
          <w:tcPr>
            <w:tcW w:type="dxa" w:w="1728"/>
          </w:tcPr>
          <w:p>
            <w:r>
              <w:t>نيازمندي هاي ايراني هاي ونكوور Iranian Vancouver Agahi</w:t>
            </w:r>
          </w:p>
        </w:tc>
      </w:tr>
      <w:tr>
        <w:tc>
          <w:tcPr>
            <w:tcW w:type="dxa" w:w="1728"/>
          </w:tcPr>
          <w:p>
            <w:r>
              <w:t>912943*7*4</w:t>
            </w:r>
          </w:p>
        </w:tc>
        <w:tc>
          <w:tcPr>
            <w:tcW w:type="dxa" w:w="1728"/>
          </w:tcPr>
          <w:p>
            <w:r>
              <w:t>Parmida</w:t>
            </w:r>
          </w:p>
        </w:tc>
        <w:tc>
          <w:tcPr>
            <w:tcW w:type="dxa" w:w="1728"/>
          </w:tcPr>
          <w:p>
            <w:r/>
          </w:p>
        </w:tc>
        <w:tc>
          <w:tcPr>
            <w:tcW w:type="dxa" w:w="1728"/>
          </w:tcPr>
          <w:p>
            <w:r>
              <w:t>parmida_ah</w:t>
            </w:r>
          </w:p>
        </w:tc>
        <w:tc>
          <w:tcPr>
            <w:tcW w:type="dxa" w:w="1728"/>
          </w:tcPr>
          <w:p>
            <w:r>
              <w:t>نيازمندي هاي ايراني هاي ونكوور Iranian Vancouver Agahi</w:t>
            </w:r>
          </w:p>
        </w:tc>
      </w:tr>
      <w:tr>
        <w:tc>
          <w:tcPr>
            <w:tcW w:type="dxa" w:w="1728"/>
          </w:tcPr>
          <w:p>
            <w:r>
              <w:t>9123**29**</w:t>
            </w:r>
          </w:p>
        </w:tc>
        <w:tc>
          <w:tcPr>
            <w:tcW w:type="dxa" w:w="1728"/>
          </w:tcPr>
          <w:p>
            <w:r>
              <w:t>Mohammad</w:t>
            </w:r>
          </w:p>
        </w:tc>
        <w:tc>
          <w:tcPr>
            <w:tcW w:type="dxa" w:w="1728"/>
          </w:tcPr>
          <w:p>
            <w:r/>
          </w:p>
        </w:tc>
        <w:tc>
          <w:tcPr>
            <w:tcW w:type="dxa" w:w="1728"/>
          </w:tcPr>
          <w:p>
            <w:r>
              <w:t>nrzmoe</w:t>
            </w:r>
          </w:p>
        </w:tc>
        <w:tc>
          <w:tcPr>
            <w:tcW w:type="dxa" w:w="1728"/>
          </w:tcPr>
          <w:p>
            <w:r>
              <w:t>نيازمندي هاي ايراني هاي ونكوور Iranian Vancouver Agahi</w:t>
            </w:r>
          </w:p>
        </w:tc>
      </w:tr>
      <w:tr>
        <w:tc>
          <w:tcPr>
            <w:tcW w:type="dxa" w:w="1728"/>
          </w:tcPr>
          <w:p>
            <w:r>
              <w:t>9212*1730*</w:t>
            </w:r>
          </w:p>
        </w:tc>
        <w:tc>
          <w:tcPr>
            <w:tcW w:type="dxa" w:w="1728"/>
          </w:tcPr>
          <w:p>
            <w:r>
              <w:t>A.Sha</w:t>
            </w:r>
          </w:p>
        </w:tc>
        <w:tc>
          <w:tcPr>
            <w:tcW w:type="dxa" w:w="1728"/>
          </w:tcPr>
          <w:p>
            <w:r/>
          </w:p>
        </w:tc>
        <w:tc>
          <w:tcPr>
            <w:tcW w:type="dxa" w:w="1728"/>
          </w:tcPr>
          <w:p>
            <w:r>
              <w:t>Drream7</w:t>
            </w:r>
          </w:p>
        </w:tc>
        <w:tc>
          <w:tcPr>
            <w:tcW w:type="dxa" w:w="1728"/>
          </w:tcPr>
          <w:p>
            <w:r>
              <w:t>نيازمندي هاي ايراني هاي ونكوور Iranian Vancouver Agahi</w:t>
            </w:r>
          </w:p>
        </w:tc>
      </w:tr>
      <w:tr>
        <w:tc>
          <w:tcPr>
            <w:tcW w:type="dxa" w:w="1728"/>
          </w:tcPr>
          <w:p>
            <w:r>
              <w:t>91230*4134</w:t>
            </w:r>
          </w:p>
        </w:tc>
        <w:tc>
          <w:tcPr>
            <w:tcW w:type="dxa" w:w="1728"/>
          </w:tcPr>
          <w:p>
            <w:r>
              <w:t>مهتاب</w:t>
            </w:r>
          </w:p>
        </w:tc>
        <w:tc>
          <w:tcPr>
            <w:tcW w:type="dxa" w:w="1728"/>
          </w:tcPr>
          <w:p>
            <w:r>
              <w:t>اژدری</w:t>
            </w:r>
          </w:p>
        </w:tc>
        <w:tc>
          <w:tcPr>
            <w:tcW w:type="dxa" w:w="1728"/>
          </w:tcPr>
          <w:p>
            <w:r>
              <w:t>MahtabAj1</w:t>
            </w:r>
          </w:p>
        </w:tc>
        <w:tc>
          <w:tcPr>
            <w:tcW w:type="dxa" w:w="1728"/>
          </w:tcPr>
          <w:p>
            <w:r>
              <w:t>نيازمندي هاي ايراني هاي ونكوور Iranian Vancouver Agahi</w:t>
            </w:r>
          </w:p>
        </w:tc>
      </w:tr>
      <w:tr>
        <w:tc>
          <w:tcPr>
            <w:tcW w:type="dxa" w:w="1728"/>
          </w:tcPr>
          <w:p>
            <w:r>
              <w:t>93*2042424</w:t>
            </w:r>
          </w:p>
        </w:tc>
        <w:tc>
          <w:tcPr>
            <w:tcW w:type="dxa" w:w="1728"/>
          </w:tcPr>
          <w:p>
            <w:r>
              <w:t>🌹</w:t>
            </w:r>
          </w:p>
        </w:tc>
        <w:tc>
          <w:tcPr>
            <w:tcW w:type="dxa" w:w="1728"/>
          </w:tcPr>
          <w:p>
            <w:r/>
          </w:p>
        </w:tc>
        <w:tc>
          <w:tcPr>
            <w:tcW w:type="dxa" w:w="1728"/>
          </w:tcPr>
          <w:p>
            <w:r>
              <w:t>aa13me</w:t>
            </w:r>
          </w:p>
        </w:tc>
        <w:tc>
          <w:tcPr>
            <w:tcW w:type="dxa" w:w="1728"/>
          </w:tcPr>
          <w:p>
            <w:r>
              <w:t>نيازمندي هاي ايراني هاي ونكوور Iranian Vancouver Agahi</w:t>
            </w:r>
          </w:p>
        </w:tc>
      </w:tr>
      <w:tr>
        <w:tc>
          <w:tcPr>
            <w:tcW w:type="dxa" w:w="1728"/>
          </w:tcPr>
          <w:p>
            <w:r>
              <w:t>93***43093</w:t>
            </w:r>
          </w:p>
        </w:tc>
        <w:tc>
          <w:tcPr>
            <w:tcW w:type="dxa" w:w="1728"/>
          </w:tcPr>
          <w:p>
            <w:r>
              <w:t>Armin</w:t>
            </w:r>
          </w:p>
        </w:tc>
        <w:tc>
          <w:tcPr>
            <w:tcW w:type="dxa" w:w="1728"/>
          </w:tcPr>
          <w:p>
            <w:r>
              <w:t>Rad</w:t>
            </w:r>
          </w:p>
        </w:tc>
        <w:tc>
          <w:tcPr>
            <w:tcW w:type="dxa" w:w="1728"/>
          </w:tcPr>
          <w:p>
            <w:r>
              <w:t>Armin001</w:t>
            </w:r>
          </w:p>
        </w:tc>
        <w:tc>
          <w:tcPr>
            <w:tcW w:type="dxa" w:w="1728"/>
          </w:tcPr>
          <w:p>
            <w:r>
              <w:t>نيازمندي هاي ايراني هاي ونكوور Iranian Vancouver Agahi</w:t>
            </w:r>
          </w:p>
        </w:tc>
      </w:tr>
      <w:tr>
        <w:tc>
          <w:tcPr>
            <w:tcW w:type="dxa" w:w="1728"/>
          </w:tcPr>
          <w:p>
            <w:r>
              <w:t>933449*171</w:t>
            </w:r>
          </w:p>
        </w:tc>
        <w:tc>
          <w:tcPr>
            <w:tcW w:type="dxa" w:w="1728"/>
          </w:tcPr>
          <w:p>
            <w:r>
              <w:t>mohammad</w:t>
            </w:r>
          </w:p>
        </w:tc>
        <w:tc>
          <w:tcPr>
            <w:tcW w:type="dxa" w:w="1728"/>
          </w:tcPr>
          <w:p>
            <w:r>
              <w:t>khani</w:t>
            </w:r>
          </w:p>
        </w:tc>
        <w:tc>
          <w:tcPr>
            <w:tcW w:type="dxa" w:w="1728"/>
          </w:tcPr>
          <w:p>
            <w:r>
              <w:t>m_sam82</w:t>
            </w:r>
          </w:p>
        </w:tc>
        <w:tc>
          <w:tcPr>
            <w:tcW w:type="dxa" w:w="1728"/>
          </w:tcPr>
          <w:p>
            <w:r>
              <w:t>نيازمندي هاي ايراني هاي ونكوور Iranian Vancouver Agahi</w:t>
            </w:r>
          </w:p>
        </w:tc>
      </w:tr>
      <w:tr>
        <w:tc>
          <w:tcPr>
            <w:tcW w:type="dxa" w:w="1728"/>
          </w:tcPr>
          <w:p>
            <w:r>
              <w:t>912337*070</w:t>
            </w:r>
          </w:p>
        </w:tc>
        <w:tc>
          <w:tcPr>
            <w:tcW w:type="dxa" w:w="1728"/>
          </w:tcPr>
          <w:p>
            <w:r>
              <w:t>Shahab</w:t>
            </w:r>
          </w:p>
        </w:tc>
        <w:tc>
          <w:tcPr>
            <w:tcW w:type="dxa" w:w="1728"/>
          </w:tcPr>
          <w:p>
            <w:r>
              <w:t>Mirzaei</w:t>
            </w:r>
          </w:p>
        </w:tc>
        <w:tc>
          <w:tcPr>
            <w:tcW w:type="dxa" w:w="1728"/>
          </w:tcPr>
          <w:p>
            <w:r>
              <w:t>shahabmirzaeicivil</w:t>
            </w:r>
          </w:p>
        </w:tc>
        <w:tc>
          <w:tcPr>
            <w:tcW w:type="dxa" w:w="1728"/>
          </w:tcPr>
          <w:p>
            <w:r>
              <w:t>نيازمندي هاي ايراني هاي ونكوور Iranian Vancouver Agahi</w:t>
            </w:r>
          </w:p>
        </w:tc>
      </w:tr>
      <w:tr>
        <w:tc>
          <w:tcPr>
            <w:tcW w:type="dxa" w:w="1728"/>
          </w:tcPr>
          <w:p>
            <w:r>
              <w:t>912*27*0*7</w:t>
            </w:r>
          </w:p>
        </w:tc>
        <w:tc>
          <w:tcPr>
            <w:tcW w:type="dxa" w:w="1728"/>
          </w:tcPr>
          <w:p>
            <w:r>
              <w:t>Shabnam</w:t>
            </w:r>
          </w:p>
        </w:tc>
        <w:tc>
          <w:tcPr>
            <w:tcW w:type="dxa" w:w="1728"/>
          </w:tcPr>
          <w:p>
            <w:r>
              <w:t>Gh</w:t>
            </w:r>
          </w:p>
        </w:tc>
        <w:tc>
          <w:tcPr>
            <w:tcW w:type="dxa" w:w="1728"/>
          </w:tcPr>
          <w:p>
            <w:r>
              <w:t>shabnaaamgh</w:t>
            </w:r>
          </w:p>
        </w:tc>
        <w:tc>
          <w:tcPr>
            <w:tcW w:type="dxa" w:w="1728"/>
          </w:tcPr>
          <w:p>
            <w:r>
              <w:t>نيازمندي هاي ايراني هاي ونكوور Iranian Vancouver Agahi</w:t>
            </w:r>
          </w:p>
        </w:tc>
      </w:tr>
      <w:tr>
        <w:tc>
          <w:tcPr>
            <w:tcW w:type="dxa" w:w="1728"/>
          </w:tcPr>
          <w:p>
            <w:r>
              <w:t>91297*1732</w:t>
            </w:r>
          </w:p>
        </w:tc>
        <w:tc>
          <w:tcPr>
            <w:tcW w:type="dxa" w:w="1728"/>
          </w:tcPr>
          <w:p>
            <w:r>
              <w:t>Omid</w:t>
            </w:r>
          </w:p>
        </w:tc>
        <w:tc>
          <w:tcPr>
            <w:tcW w:type="dxa" w:w="1728"/>
          </w:tcPr>
          <w:p>
            <w:r/>
          </w:p>
        </w:tc>
        <w:tc>
          <w:tcPr>
            <w:tcW w:type="dxa" w:w="1728"/>
          </w:tcPr>
          <w:p>
            <w:r>
              <w:t>omibo00</w:t>
            </w:r>
          </w:p>
        </w:tc>
        <w:tc>
          <w:tcPr>
            <w:tcW w:type="dxa" w:w="1728"/>
          </w:tcPr>
          <w:p>
            <w:r>
              <w:t>نيازمندي هاي ايراني هاي ونكوور Iranian Vancouver Agahi</w:t>
            </w:r>
          </w:p>
        </w:tc>
      </w:tr>
      <w:tr>
        <w:tc>
          <w:tcPr>
            <w:tcW w:type="dxa" w:w="1728"/>
          </w:tcPr>
          <w:p>
            <w:r>
              <w:t>9370**924*</w:t>
            </w:r>
          </w:p>
        </w:tc>
        <w:tc>
          <w:tcPr>
            <w:tcW w:type="dxa" w:w="1728"/>
          </w:tcPr>
          <w:p>
            <w:r>
              <w:t>M.H</w:t>
            </w:r>
          </w:p>
        </w:tc>
        <w:tc>
          <w:tcPr>
            <w:tcW w:type="dxa" w:w="1728"/>
          </w:tcPr>
          <w:p>
            <w:r/>
          </w:p>
        </w:tc>
        <w:tc>
          <w:tcPr>
            <w:tcW w:type="dxa" w:w="1728"/>
          </w:tcPr>
          <w:p>
            <w:r>
              <w:t>mh_8484</w:t>
            </w:r>
          </w:p>
        </w:tc>
        <w:tc>
          <w:tcPr>
            <w:tcW w:type="dxa" w:w="1728"/>
          </w:tcPr>
          <w:p>
            <w:r>
              <w:t>نيازمندي هاي ايراني هاي ونكوور Iranian Vancouver Agahi</w:t>
            </w:r>
          </w:p>
        </w:tc>
      </w:tr>
      <w:tr>
        <w:tc>
          <w:tcPr>
            <w:tcW w:type="dxa" w:w="1728"/>
          </w:tcPr>
          <w:p>
            <w:r>
              <w:t>912**3*93*</w:t>
            </w:r>
          </w:p>
        </w:tc>
        <w:tc>
          <w:tcPr>
            <w:tcW w:type="dxa" w:w="1728"/>
          </w:tcPr>
          <w:p>
            <w:r>
              <w:t>Marjan</w:t>
            </w:r>
          </w:p>
        </w:tc>
        <w:tc>
          <w:tcPr>
            <w:tcW w:type="dxa" w:w="1728"/>
          </w:tcPr>
          <w:p>
            <w:r/>
          </w:p>
        </w:tc>
        <w:tc>
          <w:tcPr>
            <w:tcW w:type="dxa" w:w="1728"/>
          </w:tcPr>
          <w:p>
            <w:r>
              <w:t>marjan_nickan</w:t>
            </w:r>
          </w:p>
        </w:tc>
        <w:tc>
          <w:tcPr>
            <w:tcW w:type="dxa" w:w="1728"/>
          </w:tcPr>
          <w:p>
            <w:r>
              <w:t>نيازمندي هاي ايراني هاي ونكوور Iranian Vancouver Agahi</w:t>
            </w:r>
          </w:p>
        </w:tc>
      </w:tr>
      <w:tr>
        <w:tc>
          <w:tcPr>
            <w:tcW w:type="dxa" w:w="1728"/>
          </w:tcPr>
          <w:p>
            <w:r>
              <w:t>91*3141*07</w:t>
            </w:r>
          </w:p>
        </w:tc>
        <w:tc>
          <w:tcPr>
            <w:tcW w:type="dxa" w:w="1728"/>
          </w:tcPr>
          <w:p>
            <w:r>
              <w:t>Ali</w:t>
            </w:r>
          </w:p>
        </w:tc>
        <w:tc>
          <w:tcPr>
            <w:tcW w:type="dxa" w:w="1728"/>
          </w:tcPr>
          <w:p>
            <w:r/>
          </w:p>
        </w:tc>
        <w:tc>
          <w:tcPr>
            <w:tcW w:type="dxa" w:w="1728"/>
          </w:tcPr>
          <w:p>
            <w:r>
              <w:t>Pxrdel</w:t>
            </w:r>
          </w:p>
        </w:tc>
        <w:tc>
          <w:tcPr>
            <w:tcW w:type="dxa" w:w="1728"/>
          </w:tcPr>
          <w:p>
            <w:r>
              <w:t>نيازمندي هاي ايراني هاي ونكوور Iranian Vancouver Agahi</w:t>
            </w:r>
          </w:p>
        </w:tc>
      </w:tr>
      <w:tr>
        <w:tc>
          <w:tcPr>
            <w:tcW w:type="dxa" w:w="1728"/>
          </w:tcPr>
          <w:p>
            <w:r>
              <w:t>912*12***4</w:t>
            </w:r>
          </w:p>
        </w:tc>
        <w:tc>
          <w:tcPr>
            <w:tcW w:type="dxa" w:w="1728"/>
          </w:tcPr>
          <w:p>
            <w:r>
              <w:t>Ali</w:t>
            </w:r>
          </w:p>
        </w:tc>
        <w:tc>
          <w:tcPr>
            <w:tcW w:type="dxa" w:w="1728"/>
          </w:tcPr>
          <w:p>
            <w:r>
              <w:t>Karimi</w:t>
            </w:r>
          </w:p>
        </w:tc>
        <w:tc>
          <w:tcPr>
            <w:tcW w:type="dxa" w:w="1728"/>
          </w:tcPr>
          <w:p>
            <w:r>
              <w:t>Karimi_reza_ci</w:t>
            </w:r>
          </w:p>
        </w:tc>
        <w:tc>
          <w:tcPr>
            <w:tcW w:type="dxa" w:w="1728"/>
          </w:tcPr>
          <w:p>
            <w:r>
              <w:t>نيازمندي هاي ايراني هاي ونكوور Iranian Vancouver Agahi</w:t>
            </w:r>
          </w:p>
        </w:tc>
      </w:tr>
      <w:tr>
        <w:tc>
          <w:tcPr>
            <w:tcW w:type="dxa" w:w="1728"/>
          </w:tcPr>
          <w:p>
            <w:r>
              <w:t>937*723**3</w:t>
            </w:r>
          </w:p>
        </w:tc>
        <w:tc>
          <w:tcPr>
            <w:tcW w:type="dxa" w:w="1728"/>
          </w:tcPr>
          <w:p>
            <w:r>
              <w:t>Gazelle</w:t>
            </w:r>
          </w:p>
        </w:tc>
        <w:tc>
          <w:tcPr>
            <w:tcW w:type="dxa" w:w="1728"/>
          </w:tcPr>
          <w:p>
            <w:r/>
          </w:p>
        </w:tc>
        <w:tc>
          <w:tcPr>
            <w:tcW w:type="dxa" w:w="1728"/>
          </w:tcPr>
          <w:p>
            <w:r>
              <w:t>G_mo19</w:t>
            </w:r>
          </w:p>
        </w:tc>
        <w:tc>
          <w:tcPr>
            <w:tcW w:type="dxa" w:w="1728"/>
          </w:tcPr>
          <w:p>
            <w:r>
              <w:t>نيازمندي هاي ايراني هاي ونكوور Iranian Vancouver Agahi</w:t>
            </w:r>
          </w:p>
        </w:tc>
      </w:tr>
      <w:tr>
        <w:tc>
          <w:tcPr>
            <w:tcW w:type="dxa" w:w="1728"/>
          </w:tcPr>
          <w:p>
            <w:r>
              <w:t>91224917**</w:t>
            </w:r>
          </w:p>
        </w:tc>
        <w:tc>
          <w:tcPr>
            <w:tcW w:type="dxa" w:w="1728"/>
          </w:tcPr>
          <w:p>
            <w:r>
              <w:t>3.P.D</w:t>
            </w:r>
          </w:p>
        </w:tc>
        <w:tc>
          <w:tcPr>
            <w:tcW w:type="dxa" w:w="1728"/>
          </w:tcPr>
          <w:p>
            <w:r/>
          </w:p>
        </w:tc>
        <w:tc>
          <w:tcPr>
            <w:tcW w:type="dxa" w:w="1728"/>
          </w:tcPr>
          <w:p>
            <w:r>
              <w:t>S3pideS</w:t>
            </w:r>
          </w:p>
        </w:tc>
        <w:tc>
          <w:tcPr>
            <w:tcW w:type="dxa" w:w="1728"/>
          </w:tcPr>
          <w:p>
            <w:r>
              <w:t>نيازمندي هاي ايراني هاي ونكوور Iranian Vancouver Agahi</w:t>
            </w:r>
          </w:p>
        </w:tc>
      </w:tr>
      <w:tr>
        <w:tc>
          <w:tcPr>
            <w:tcW w:type="dxa" w:w="1728"/>
          </w:tcPr>
          <w:p>
            <w:r>
              <w:t>9127173*9*</w:t>
            </w:r>
          </w:p>
        </w:tc>
        <w:tc>
          <w:tcPr>
            <w:tcW w:type="dxa" w:w="1728"/>
          </w:tcPr>
          <w:p>
            <w:r>
              <w:t>Mohammadreza</w:t>
            </w:r>
          </w:p>
        </w:tc>
        <w:tc>
          <w:tcPr>
            <w:tcW w:type="dxa" w:w="1728"/>
          </w:tcPr>
          <w:p>
            <w:r>
              <w:t>Sohrabi</w:t>
            </w:r>
          </w:p>
        </w:tc>
        <w:tc>
          <w:tcPr>
            <w:tcW w:type="dxa" w:w="1728"/>
          </w:tcPr>
          <w:p>
            <w:r>
              <w:t>sohrabimohammadreza</w:t>
            </w:r>
          </w:p>
        </w:tc>
        <w:tc>
          <w:tcPr>
            <w:tcW w:type="dxa" w:w="1728"/>
          </w:tcPr>
          <w:p>
            <w:r>
              <w:t>نيازمندي هاي ايراني هاي ونكوور Iranian Vancouver Agahi</w:t>
            </w:r>
          </w:p>
        </w:tc>
      </w:tr>
      <w:tr>
        <w:tc>
          <w:tcPr>
            <w:tcW w:type="dxa" w:w="1728"/>
          </w:tcPr>
          <w:p>
            <w:r>
              <w:t>91*102091*</w:t>
            </w:r>
          </w:p>
        </w:tc>
        <w:tc>
          <w:tcPr>
            <w:tcW w:type="dxa" w:w="1728"/>
          </w:tcPr>
          <w:p>
            <w:r>
              <w:t>Peyman</w:t>
            </w:r>
          </w:p>
        </w:tc>
        <w:tc>
          <w:tcPr>
            <w:tcW w:type="dxa" w:w="1728"/>
          </w:tcPr>
          <w:p>
            <w:r>
              <w:t>Hosseinzadeh</w:t>
            </w:r>
          </w:p>
        </w:tc>
        <w:tc>
          <w:tcPr>
            <w:tcW w:type="dxa" w:w="1728"/>
          </w:tcPr>
          <w:p>
            <w:r>
              <w:t>peyman_1983</w:t>
            </w:r>
          </w:p>
        </w:tc>
        <w:tc>
          <w:tcPr>
            <w:tcW w:type="dxa" w:w="1728"/>
          </w:tcPr>
          <w:p>
            <w:r>
              <w:t>نيازمندي هاي ايراني هاي ونكوور Iranian Vancouver Agahi</w:t>
            </w:r>
          </w:p>
        </w:tc>
      </w:tr>
      <w:tr>
        <w:tc>
          <w:tcPr>
            <w:tcW w:type="dxa" w:w="1728"/>
          </w:tcPr>
          <w:p>
            <w:r>
              <w:t>91233032**</w:t>
            </w:r>
          </w:p>
        </w:tc>
        <w:tc>
          <w:tcPr>
            <w:tcW w:type="dxa" w:w="1728"/>
          </w:tcPr>
          <w:p>
            <w:r>
              <w:t>mostafa</w:t>
            </w:r>
          </w:p>
        </w:tc>
        <w:tc>
          <w:tcPr>
            <w:tcW w:type="dxa" w:w="1728"/>
          </w:tcPr>
          <w:p>
            <w:r/>
          </w:p>
        </w:tc>
        <w:tc>
          <w:tcPr>
            <w:tcW w:type="dxa" w:w="1728"/>
          </w:tcPr>
          <w:p>
            <w:r>
              <w:t>mostafa_oghabi</w:t>
            </w:r>
          </w:p>
        </w:tc>
        <w:tc>
          <w:tcPr>
            <w:tcW w:type="dxa" w:w="1728"/>
          </w:tcPr>
          <w:p>
            <w:r>
              <w:t>نيازمندي هاي ايراني هاي ونكوور Iranian Vancouver Agahi</w:t>
            </w:r>
          </w:p>
        </w:tc>
      </w:tr>
      <w:tr>
        <w:tc>
          <w:tcPr>
            <w:tcW w:type="dxa" w:w="1728"/>
          </w:tcPr>
          <w:p>
            <w:r>
              <w:t>912*07*744</w:t>
            </w:r>
          </w:p>
        </w:tc>
        <w:tc>
          <w:tcPr>
            <w:tcW w:type="dxa" w:w="1728"/>
          </w:tcPr>
          <w:p>
            <w:r>
              <w:t>Mohamad</w:t>
            </w:r>
          </w:p>
        </w:tc>
        <w:tc>
          <w:tcPr>
            <w:tcW w:type="dxa" w:w="1728"/>
          </w:tcPr>
          <w:p>
            <w:r/>
          </w:p>
        </w:tc>
        <w:tc>
          <w:tcPr>
            <w:tcW w:type="dxa" w:w="1728"/>
          </w:tcPr>
          <w:p>
            <w:r/>
          </w:p>
        </w:tc>
        <w:tc>
          <w:tcPr>
            <w:tcW w:type="dxa" w:w="1728"/>
          </w:tcPr>
          <w:p>
            <w:r>
              <w:t>نيازمندي هاي ايراني هاي ونكوور Iranian Vancouver Agahi</w:t>
            </w:r>
          </w:p>
        </w:tc>
      </w:tr>
      <w:tr>
        <w:tc>
          <w:tcPr>
            <w:tcW w:type="dxa" w:w="1728"/>
          </w:tcPr>
          <w:p>
            <w:r>
              <w:t>9127390*3*</w:t>
            </w:r>
          </w:p>
        </w:tc>
        <w:tc>
          <w:tcPr>
            <w:tcW w:type="dxa" w:w="1728"/>
          </w:tcPr>
          <w:p>
            <w:r>
              <w:t>M</w:t>
            </w:r>
          </w:p>
        </w:tc>
        <w:tc>
          <w:tcPr>
            <w:tcW w:type="dxa" w:w="1728"/>
          </w:tcPr>
          <w:p>
            <w:r>
              <w:t>Mohammadi</w:t>
            </w:r>
          </w:p>
        </w:tc>
        <w:tc>
          <w:tcPr>
            <w:tcW w:type="dxa" w:w="1728"/>
          </w:tcPr>
          <w:p>
            <w:r>
              <w:t>armanimatch1</w:t>
            </w:r>
          </w:p>
        </w:tc>
        <w:tc>
          <w:tcPr>
            <w:tcW w:type="dxa" w:w="1728"/>
          </w:tcPr>
          <w:p>
            <w:r>
              <w:t>نيازمندي هاي ايراني هاي ونكوور Iranian Vancouver Agahi</w:t>
            </w:r>
          </w:p>
        </w:tc>
      </w:tr>
      <w:tr>
        <w:tc>
          <w:tcPr>
            <w:tcW w:type="dxa" w:w="1728"/>
          </w:tcPr>
          <w:p>
            <w:r>
              <w:t>91322*7343</w:t>
            </w:r>
          </w:p>
        </w:tc>
        <w:tc>
          <w:tcPr>
            <w:tcW w:type="dxa" w:w="1728"/>
          </w:tcPr>
          <w:p>
            <w:r>
              <w:t>minaa</w:t>
            </w:r>
          </w:p>
        </w:tc>
        <w:tc>
          <w:tcPr>
            <w:tcW w:type="dxa" w:w="1728"/>
          </w:tcPr>
          <w:p>
            <w:r/>
          </w:p>
        </w:tc>
        <w:tc>
          <w:tcPr>
            <w:tcW w:type="dxa" w:w="1728"/>
          </w:tcPr>
          <w:p>
            <w:r>
              <w:t>mina_rfii</w:t>
            </w:r>
          </w:p>
        </w:tc>
        <w:tc>
          <w:tcPr>
            <w:tcW w:type="dxa" w:w="1728"/>
          </w:tcPr>
          <w:p>
            <w:r>
              <w:t>نيازمندي هاي ايراني هاي ونكوور Iranian Vancouver Agahi</w:t>
            </w:r>
          </w:p>
        </w:tc>
      </w:tr>
      <w:tr>
        <w:tc>
          <w:tcPr>
            <w:tcW w:type="dxa" w:w="1728"/>
          </w:tcPr>
          <w:p>
            <w:r>
              <w:t>9122*92291</w:t>
            </w:r>
          </w:p>
        </w:tc>
        <w:tc>
          <w:tcPr>
            <w:tcW w:type="dxa" w:w="1728"/>
          </w:tcPr>
          <w:p>
            <w:r>
              <w:t>Azi</w:t>
            </w:r>
          </w:p>
        </w:tc>
        <w:tc>
          <w:tcPr>
            <w:tcW w:type="dxa" w:w="1728"/>
          </w:tcPr>
          <w:p>
            <w:r/>
          </w:p>
        </w:tc>
        <w:tc>
          <w:tcPr>
            <w:tcW w:type="dxa" w:w="1728"/>
          </w:tcPr>
          <w:p>
            <w:r>
              <w:t>azi407</w:t>
            </w:r>
          </w:p>
        </w:tc>
        <w:tc>
          <w:tcPr>
            <w:tcW w:type="dxa" w:w="1728"/>
          </w:tcPr>
          <w:p>
            <w:r>
              <w:t>نيازمندي هاي ايراني هاي ونكوور Iranian Vancouver Agahi</w:t>
            </w:r>
          </w:p>
        </w:tc>
      </w:tr>
      <w:tr>
        <w:tc>
          <w:tcPr>
            <w:tcW w:type="dxa" w:w="1728"/>
          </w:tcPr>
          <w:p>
            <w:r>
              <w:t>91*1197349</w:t>
            </w:r>
          </w:p>
        </w:tc>
        <w:tc>
          <w:tcPr>
            <w:tcW w:type="dxa" w:w="1728"/>
          </w:tcPr>
          <w:p>
            <w:r>
              <w:t>Mojtaba</w:t>
            </w:r>
          </w:p>
        </w:tc>
        <w:tc>
          <w:tcPr>
            <w:tcW w:type="dxa" w:w="1728"/>
          </w:tcPr>
          <w:p>
            <w:r>
              <w:t>Ghorbanzadeh</w:t>
            </w:r>
          </w:p>
        </w:tc>
        <w:tc>
          <w:tcPr>
            <w:tcW w:type="dxa" w:w="1728"/>
          </w:tcPr>
          <w:p>
            <w:r>
              <w:t>MGH_985</w:t>
            </w:r>
          </w:p>
        </w:tc>
        <w:tc>
          <w:tcPr>
            <w:tcW w:type="dxa" w:w="1728"/>
          </w:tcPr>
          <w:p>
            <w:r>
              <w:t>نيازمندي هاي ايراني هاي ونكوور Iranian Vancouver Agahi</w:t>
            </w:r>
          </w:p>
        </w:tc>
      </w:tr>
      <w:tr>
        <w:tc>
          <w:tcPr>
            <w:tcW w:type="dxa" w:w="1728"/>
          </w:tcPr>
          <w:p>
            <w:r>
              <w:t>9123**0**9</w:t>
            </w:r>
          </w:p>
        </w:tc>
        <w:tc>
          <w:tcPr>
            <w:tcW w:type="dxa" w:w="1728"/>
          </w:tcPr>
          <w:p>
            <w:r>
              <w:t>Hani</w:t>
            </w:r>
          </w:p>
        </w:tc>
        <w:tc>
          <w:tcPr>
            <w:tcW w:type="dxa" w:w="1728"/>
          </w:tcPr>
          <w:p>
            <w:r>
              <w:t>Mortazavi</w:t>
            </w:r>
          </w:p>
        </w:tc>
        <w:tc>
          <w:tcPr>
            <w:tcW w:type="dxa" w:w="1728"/>
          </w:tcPr>
          <w:p>
            <w:r/>
          </w:p>
        </w:tc>
        <w:tc>
          <w:tcPr>
            <w:tcW w:type="dxa" w:w="1728"/>
          </w:tcPr>
          <w:p>
            <w:r>
              <w:t>نيازمندي هاي ايراني هاي ونكوور Iranian Vancouver Agahi</w:t>
            </w:r>
          </w:p>
        </w:tc>
      </w:tr>
      <w:tr>
        <w:tc>
          <w:tcPr>
            <w:tcW w:type="dxa" w:w="1728"/>
          </w:tcPr>
          <w:p>
            <w:r>
              <w:t>9113214309</w:t>
            </w:r>
          </w:p>
        </w:tc>
        <w:tc>
          <w:tcPr>
            <w:tcW w:type="dxa" w:w="1728"/>
          </w:tcPr>
          <w:p>
            <w:r>
              <w:t>Atefe Araghi</w:t>
            </w:r>
          </w:p>
        </w:tc>
        <w:tc>
          <w:tcPr>
            <w:tcW w:type="dxa" w:w="1728"/>
          </w:tcPr>
          <w:p>
            <w:r/>
          </w:p>
        </w:tc>
        <w:tc>
          <w:tcPr>
            <w:tcW w:type="dxa" w:w="1728"/>
          </w:tcPr>
          <w:p>
            <w:r>
              <w:t>Dratefearaghi</w:t>
            </w:r>
          </w:p>
        </w:tc>
        <w:tc>
          <w:tcPr>
            <w:tcW w:type="dxa" w:w="1728"/>
          </w:tcPr>
          <w:p>
            <w:r>
              <w:t>نيازمندي هاي ايراني هاي ونكوور Iranian Vancouver Agahi</w:t>
            </w:r>
          </w:p>
        </w:tc>
      </w:tr>
      <w:tr>
        <w:tc>
          <w:tcPr>
            <w:tcW w:type="dxa" w:w="1728"/>
          </w:tcPr>
          <w:p>
            <w:r>
              <w:t>91711**241</w:t>
            </w:r>
          </w:p>
        </w:tc>
        <w:tc>
          <w:tcPr>
            <w:tcW w:type="dxa" w:w="1728"/>
          </w:tcPr>
          <w:p>
            <w:r>
              <w:t>Emma</w:t>
            </w:r>
          </w:p>
        </w:tc>
        <w:tc>
          <w:tcPr>
            <w:tcW w:type="dxa" w:w="1728"/>
          </w:tcPr>
          <w:p>
            <w:r/>
          </w:p>
        </w:tc>
        <w:tc>
          <w:tcPr>
            <w:tcW w:type="dxa" w:w="1728"/>
          </w:tcPr>
          <w:p>
            <w:r>
              <w:t>R_m1vhi</w:t>
            </w:r>
          </w:p>
        </w:tc>
        <w:tc>
          <w:tcPr>
            <w:tcW w:type="dxa" w:w="1728"/>
          </w:tcPr>
          <w:p>
            <w:r>
              <w:t>نيازمندي هاي ايراني هاي ونكوور Iranian Vancouver Agahi</w:t>
            </w:r>
          </w:p>
        </w:tc>
      </w:tr>
      <w:tr>
        <w:tc>
          <w:tcPr>
            <w:tcW w:type="dxa" w:w="1728"/>
          </w:tcPr>
          <w:p>
            <w:r>
              <w:t>90292274*9</w:t>
            </w:r>
          </w:p>
        </w:tc>
        <w:tc>
          <w:tcPr>
            <w:tcW w:type="dxa" w:w="1728"/>
          </w:tcPr>
          <w:p>
            <w:r>
              <w:t>Üㅤㅤㅤㅤㅤㅤㅤㅤㅤㅤㅤㅤㅤㅤㅤㅤㅤㅤㅤㅤㅤㅤㅤㅤㅤㅤㅤㅤㅤㅤㅤㅤㅤㅤㅤㅤㅤㅤㅤㅤㅤㅤㅤㅤㅤㅤㅤㅤㅤㅤㅤㅤㅤㅤㅤㅤㅤㅤㅤㅤㅤㅤㅤ</w:t>
            </w:r>
          </w:p>
        </w:tc>
        <w:tc>
          <w:tcPr>
            <w:tcW w:type="dxa" w:w="1728"/>
          </w:tcPr>
          <w:p>
            <w:r/>
          </w:p>
        </w:tc>
        <w:tc>
          <w:tcPr>
            <w:tcW w:type="dxa" w:w="1728"/>
          </w:tcPr>
          <w:p>
            <w:r>
              <w:t>beeoow</w:t>
            </w:r>
          </w:p>
        </w:tc>
        <w:tc>
          <w:tcPr>
            <w:tcW w:type="dxa" w:w="1728"/>
          </w:tcPr>
          <w:p>
            <w:r>
              <w:t>نيازمندي هاي ايراني هاي ونكوور Iranian Vancouver Agahi</w:t>
            </w:r>
          </w:p>
        </w:tc>
      </w:tr>
      <w:tr>
        <w:tc>
          <w:tcPr>
            <w:tcW w:type="dxa" w:w="1728"/>
          </w:tcPr>
          <w:p>
            <w:r>
              <w:t>9127937*3*</w:t>
            </w:r>
          </w:p>
        </w:tc>
        <w:tc>
          <w:tcPr>
            <w:tcW w:type="dxa" w:w="1728"/>
          </w:tcPr>
          <w:p>
            <w:r>
              <w:t>Arena</w:t>
            </w:r>
          </w:p>
        </w:tc>
        <w:tc>
          <w:tcPr>
            <w:tcW w:type="dxa" w:w="1728"/>
          </w:tcPr>
          <w:p>
            <w:r/>
          </w:p>
        </w:tc>
        <w:tc>
          <w:tcPr>
            <w:tcW w:type="dxa" w:w="1728"/>
          </w:tcPr>
          <w:p>
            <w:r>
              <w:t>Arrennaa</w:t>
            </w:r>
          </w:p>
        </w:tc>
        <w:tc>
          <w:tcPr>
            <w:tcW w:type="dxa" w:w="1728"/>
          </w:tcPr>
          <w:p>
            <w:r>
              <w:t>نيازمندي هاي ايراني هاي ونكوور Iranian Vancouver Agahi</w:t>
            </w:r>
          </w:p>
        </w:tc>
      </w:tr>
      <w:tr>
        <w:tc>
          <w:tcPr>
            <w:tcW w:type="dxa" w:w="1728"/>
          </w:tcPr>
          <w:p>
            <w:r>
              <w:t>91229*9**4</w:t>
            </w:r>
          </w:p>
        </w:tc>
        <w:tc>
          <w:tcPr>
            <w:tcW w:type="dxa" w:w="1728"/>
          </w:tcPr>
          <w:p>
            <w:r>
              <w:t>Samira</w:t>
            </w:r>
          </w:p>
        </w:tc>
        <w:tc>
          <w:tcPr>
            <w:tcW w:type="dxa" w:w="1728"/>
          </w:tcPr>
          <w:p>
            <w:r/>
          </w:p>
        </w:tc>
        <w:tc>
          <w:tcPr>
            <w:tcW w:type="dxa" w:w="1728"/>
          </w:tcPr>
          <w:p>
            <w:r>
              <w:t>None</w:t>
            </w:r>
          </w:p>
        </w:tc>
        <w:tc>
          <w:tcPr>
            <w:tcW w:type="dxa" w:w="1728"/>
          </w:tcPr>
          <w:p>
            <w:r>
              <w:t>نيازمندي هاي ايراني هاي ونكوور Iranian Vancouver Agahi</w:t>
            </w:r>
          </w:p>
        </w:tc>
      </w:tr>
      <w:tr>
        <w:tc>
          <w:tcPr>
            <w:tcW w:type="dxa" w:w="1728"/>
          </w:tcPr>
          <w:p>
            <w:r>
              <w:t>912133*99*</w:t>
            </w:r>
          </w:p>
        </w:tc>
        <w:tc>
          <w:tcPr>
            <w:tcW w:type="dxa" w:w="1728"/>
          </w:tcPr>
          <w:p>
            <w:r/>
          </w:p>
        </w:tc>
        <w:tc>
          <w:tcPr>
            <w:tcW w:type="dxa" w:w="1728"/>
          </w:tcPr>
          <w:p>
            <w:r/>
          </w:p>
        </w:tc>
        <w:tc>
          <w:tcPr>
            <w:tcW w:type="dxa" w:w="1728"/>
          </w:tcPr>
          <w:p>
            <w:r>
              <w:t>faaaarid</w:t>
            </w:r>
          </w:p>
        </w:tc>
        <w:tc>
          <w:tcPr>
            <w:tcW w:type="dxa" w:w="1728"/>
          </w:tcPr>
          <w:p>
            <w:r>
              <w:t>نيازمندي هاي ايراني هاي ونكوور Iranian Vancouver Agahi</w:t>
            </w:r>
          </w:p>
        </w:tc>
      </w:tr>
      <w:tr>
        <w:tc>
          <w:tcPr>
            <w:tcW w:type="dxa" w:w="1728"/>
          </w:tcPr>
          <w:p>
            <w:r>
              <w:t>93933*7**1</w:t>
            </w:r>
          </w:p>
        </w:tc>
        <w:tc>
          <w:tcPr>
            <w:tcW w:type="dxa" w:w="1728"/>
          </w:tcPr>
          <w:p>
            <w:r>
              <w:t>Nushin</w:t>
            </w:r>
          </w:p>
        </w:tc>
        <w:tc>
          <w:tcPr>
            <w:tcW w:type="dxa" w:w="1728"/>
          </w:tcPr>
          <w:p>
            <w:r/>
          </w:p>
        </w:tc>
        <w:tc>
          <w:tcPr>
            <w:tcW w:type="dxa" w:w="1728"/>
          </w:tcPr>
          <w:p>
            <w:r/>
          </w:p>
        </w:tc>
        <w:tc>
          <w:tcPr>
            <w:tcW w:type="dxa" w:w="1728"/>
          </w:tcPr>
          <w:p>
            <w:r>
              <w:t>نيازمندي هاي ايراني هاي ونكوور Iranian Vancouver Agahi</w:t>
            </w:r>
          </w:p>
        </w:tc>
      </w:tr>
      <w:tr>
        <w:tc>
          <w:tcPr>
            <w:tcW w:type="dxa" w:w="1728"/>
          </w:tcPr>
          <w:p>
            <w:r>
              <w:t>93**4**1*2</w:t>
            </w:r>
          </w:p>
        </w:tc>
        <w:tc>
          <w:tcPr>
            <w:tcW w:type="dxa" w:w="1728"/>
          </w:tcPr>
          <w:p>
            <w:r>
              <w:t>Mina</w:t>
            </w:r>
          </w:p>
        </w:tc>
        <w:tc>
          <w:tcPr>
            <w:tcW w:type="dxa" w:w="1728"/>
          </w:tcPr>
          <w:p>
            <w:r>
              <w:t>Trh</w:t>
            </w:r>
          </w:p>
        </w:tc>
        <w:tc>
          <w:tcPr>
            <w:tcW w:type="dxa" w:w="1728"/>
          </w:tcPr>
          <w:p>
            <w:r>
              <w:t>Mina_Niari</w:t>
            </w:r>
          </w:p>
        </w:tc>
        <w:tc>
          <w:tcPr>
            <w:tcW w:type="dxa" w:w="1728"/>
          </w:tcPr>
          <w:p>
            <w:r>
              <w:t>نيازمندي هاي ايراني هاي ونكوور Iranian Vancouver Agahi</w:t>
            </w:r>
          </w:p>
        </w:tc>
      </w:tr>
      <w:tr>
        <w:tc>
          <w:tcPr>
            <w:tcW w:type="dxa" w:w="1728"/>
          </w:tcPr>
          <w:p>
            <w:r>
              <w:t>9331742704</w:t>
            </w:r>
          </w:p>
        </w:tc>
        <w:tc>
          <w:tcPr>
            <w:tcW w:type="dxa" w:w="1728"/>
          </w:tcPr>
          <w:p>
            <w:r>
              <w:t>VaMa</w:t>
            </w:r>
          </w:p>
        </w:tc>
        <w:tc>
          <w:tcPr>
            <w:tcW w:type="dxa" w:w="1728"/>
          </w:tcPr>
          <w:p>
            <w:r/>
          </w:p>
        </w:tc>
        <w:tc>
          <w:tcPr>
            <w:tcW w:type="dxa" w:w="1728"/>
          </w:tcPr>
          <w:p>
            <w:r>
              <w:t>Vahmar92</w:t>
            </w:r>
          </w:p>
        </w:tc>
        <w:tc>
          <w:tcPr>
            <w:tcW w:type="dxa" w:w="1728"/>
          </w:tcPr>
          <w:p>
            <w:r>
              <w:t>نيازمندي هاي ايراني هاي ونكوور Iranian Vancouver Agahi</w:t>
            </w:r>
          </w:p>
        </w:tc>
      </w:tr>
      <w:tr>
        <w:tc>
          <w:tcPr>
            <w:tcW w:type="dxa" w:w="1728"/>
          </w:tcPr>
          <w:p>
            <w:r>
              <w:t>93****011*</w:t>
            </w:r>
          </w:p>
        </w:tc>
        <w:tc>
          <w:tcPr>
            <w:tcW w:type="dxa" w:w="1728"/>
          </w:tcPr>
          <w:p>
            <w:r>
              <w:t>Najmeh</w:t>
            </w:r>
          </w:p>
        </w:tc>
        <w:tc>
          <w:tcPr>
            <w:tcW w:type="dxa" w:w="1728"/>
          </w:tcPr>
          <w:p>
            <w:r/>
          </w:p>
        </w:tc>
        <w:tc>
          <w:tcPr>
            <w:tcW w:type="dxa" w:w="1728"/>
          </w:tcPr>
          <w:p>
            <w:r>
              <w:t>najmieh_kh</w:t>
            </w:r>
          </w:p>
        </w:tc>
        <w:tc>
          <w:tcPr>
            <w:tcW w:type="dxa" w:w="1728"/>
          </w:tcPr>
          <w:p>
            <w:r>
              <w:t>نيازمندي هاي ايراني هاي ونكوور Iranian Vancouver Agahi</w:t>
            </w:r>
          </w:p>
        </w:tc>
      </w:tr>
      <w:tr>
        <w:tc>
          <w:tcPr>
            <w:tcW w:type="dxa" w:w="1728"/>
          </w:tcPr>
          <w:p>
            <w:r>
              <w:t>912*997*22</w:t>
            </w:r>
          </w:p>
        </w:tc>
        <w:tc>
          <w:tcPr>
            <w:tcW w:type="dxa" w:w="1728"/>
          </w:tcPr>
          <w:p>
            <w:r>
              <w:t>Elham.Y🦩</w:t>
            </w:r>
          </w:p>
        </w:tc>
        <w:tc>
          <w:tcPr>
            <w:tcW w:type="dxa" w:w="1728"/>
          </w:tcPr>
          <w:p>
            <w:r/>
          </w:p>
        </w:tc>
        <w:tc>
          <w:tcPr>
            <w:tcW w:type="dxa" w:w="1728"/>
          </w:tcPr>
          <w:p>
            <w:r>
              <w:t>Elham_Y7090</w:t>
            </w:r>
          </w:p>
        </w:tc>
        <w:tc>
          <w:tcPr>
            <w:tcW w:type="dxa" w:w="1728"/>
          </w:tcPr>
          <w:p>
            <w:r>
              <w:t>نيازمندي هاي ايراني هاي ونكوور Iranian Vancouver Agahi</w:t>
            </w:r>
          </w:p>
        </w:tc>
      </w:tr>
      <w:tr>
        <w:tc>
          <w:tcPr>
            <w:tcW w:type="dxa" w:w="1728"/>
          </w:tcPr>
          <w:p>
            <w:r>
              <w:t>912**71**1</w:t>
            </w:r>
          </w:p>
        </w:tc>
        <w:tc>
          <w:tcPr>
            <w:tcW w:type="dxa" w:w="1728"/>
          </w:tcPr>
          <w:p>
            <w:r>
              <w:t>Mona</w:t>
            </w:r>
          </w:p>
        </w:tc>
        <w:tc>
          <w:tcPr>
            <w:tcW w:type="dxa" w:w="1728"/>
          </w:tcPr>
          <w:p>
            <w:r>
              <w:t>Mnz</w:t>
            </w:r>
          </w:p>
        </w:tc>
        <w:tc>
          <w:tcPr>
            <w:tcW w:type="dxa" w:w="1728"/>
          </w:tcPr>
          <w:p>
            <w:r>
              <w:t>MonaMnz20</w:t>
            </w:r>
          </w:p>
        </w:tc>
        <w:tc>
          <w:tcPr>
            <w:tcW w:type="dxa" w:w="1728"/>
          </w:tcPr>
          <w:p>
            <w:r>
              <w:t>نيازمندي هاي ايراني هاي ونكوور Iranian Vancouver Agahi</w:t>
            </w:r>
          </w:p>
        </w:tc>
      </w:tr>
      <w:tr>
        <w:tc>
          <w:tcPr>
            <w:tcW w:type="dxa" w:w="1728"/>
          </w:tcPr>
          <w:p>
            <w:r>
              <w:t>9121***7*0</w:t>
            </w:r>
          </w:p>
        </w:tc>
        <w:tc>
          <w:tcPr>
            <w:tcW w:type="dxa" w:w="1728"/>
          </w:tcPr>
          <w:p>
            <w:r>
              <w:t>Amir</w:t>
            </w:r>
          </w:p>
        </w:tc>
        <w:tc>
          <w:tcPr>
            <w:tcW w:type="dxa" w:w="1728"/>
          </w:tcPr>
          <w:p>
            <w:r>
              <w:t>Gh.azar</w:t>
            </w:r>
          </w:p>
        </w:tc>
        <w:tc>
          <w:tcPr>
            <w:tcW w:type="dxa" w:w="1728"/>
          </w:tcPr>
          <w:p>
            <w:r>
              <w:t>A_Architect_co</w:t>
            </w:r>
          </w:p>
        </w:tc>
        <w:tc>
          <w:tcPr>
            <w:tcW w:type="dxa" w:w="1728"/>
          </w:tcPr>
          <w:p>
            <w:r>
              <w:t>نيازمندي هاي ايراني هاي ونكوور Iranian Vancouver Agahi</w:t>
            </w:r>
          </w:p>
        </w:tc>
      </w:tr>
      <w:tr>
        <w:tc>
          <w:tcPr>
            <w:tcW w:type="dxa" w:w="1728"/>
          </w:tcPr>
          <w:p>
            <w:r>
              <w:t>9122*1**11</w:t>
            </w:r>
          </w:p>
        </w:tc>
        <w:tc>
          <w:tcPr>
            <w:tcW w:type="dxa" w:w="1728"/>
          </w:tcPr>
          <w:p>
            <w:r>
              <w:t>Emad</w:t>
            </w:r>
          </w:p>
        </w:tc>
        <w:tc>
          <w:tcPr>
            <w:tcW w:type="dxa" w:w="1728"/>
          </w:tcPr>
          <w:p>
            <w:r>
              <w:t>Shahab</w:t>
            </w:r>
          </w:p>
        </w:tc>
        <w:tc>
          <w:tcPr>
            <w:tcW w:type="dxa" w:w="1728"/>
          </w:tcPr>
          <w:p>
            <w:r>
              <w:t>Em4dj</w:t>
            </w:r>
          </w:p>
        </w:tc>
        <w:tc>
          <w:tcPr>
            <w:tcW w:type="dxa" w:w="1728"/>
          </w:tcPr>
          <w:p>
            <w:r>
              <w:t>نيازمندي هاي ايراني هاي ونكوور Iranian Vancouver Agahi</w:t>
            </w:r>
          </w:p>
        </w:tc>
      </w:tr>
      <w:tr>
        <w:tc>
          <w:tcPr>
            <w:tcW w:type="dxa" w:w="1728"/>
          </w:tcPr>
          <w:p>
            <w:r>
              <w:t>912*37*924</w:t>
            </w:r>
          </w:p>
        </w:tc>
        <w:tc>
          <w:tcPr>
            <w:tcW w:type="dxa" w:w="1728"/>
          </w:tcPr>
          <w:p>
            <w:r>
              <w:t>H &amp; B</w:t>
            </w:r>
          </w:p>
        </w:tc>
        <w:tc>
          <w:tcPr>
            <w:tcW w:type="dxa" w:w="1728"/>
          </w:tcPr>
          <w:p>
            <w:r/>
          </w:p>
        </w:tc>
        <w:tc>
          <w:tcPr>
            <w:tcW w:type="dxa" w:w="1728"/>
          </w:tcPr>
          <w:p>
            <w:r/>
          </w:p>
        </w:tc>
        <w:tc>
          <w:tcPr>
            <w:tcW w:type="dxa" w:w="1728"/>
          </w:tcPr>
          <w:p>
            <w:r>
              <w:t>نيازمندي هاي ايراني هاي ونكوور Iranian Vancouver Agahi</w:t>
            </w:r>
          </w:p>
        </w:tc>
      </w:tr>
      <w:tr>
        <w:tc>
          <w:tcPr>
            <w:tcW w:type="dxa" w:w="1728"/>
          </w:tcPr>
          <w:p>
            <w:r>
              <w:t>917313930*</w:t>
            </w:r>
          </w:p>
        </w:tc>
        <w:tc>
          <w:tcPr>
            <w:tcW w:type="dxa" w:w="1728"/>
          </w:tcPr>
          <w:p>
            <w:r>
              <w:t>M</w:t>
            </w:r>
          </w:p>
        </w:tc>
        <w:tc>
          <w:tcPr>
            <w:tcW w:type="dxa" w:w="1728"/>
          </w:tcPr>
          <w:p>
            <w:r>
              <w:t>Ad</w:t>
            </w:r>
          </w:p>
        </w:tc>
        <w:tc>
          <w:tcPr>
            <w:tcW w:type="dxa" w:w="1728"/>
          </w:tcPr>
          <w:p>
            <w:r/>
          </w:p>
        </w:tc>
        <w:tc>
          <w:tcPr>
            <w:tcW w:type="dxa" w:w="1728"/>
          </w:tcPr>
          <w:p>
            <w:r>
              <w:t>نيازمندي هاي ايراني هاي ونكوور Iranian Vancouver Agahi</w:t>
            </w:r>
          </w:p>
        </w:tc>
      </w:tr>
      <w:tr>
        <w:tc>
          <w:tcPr>
            <w:tcW w:type="dxa" w:w="1728"/>
          </w:tcPr>
          <w:p>
            <w:r>
              <w:t>9370379977</w:t>
            </w:r>
          </w:p>
        </w:tc>
        <w:tc>
          <w:tcPr>
            <w:tcW w:type="dxa" w:w="1728"/>
          </w:tcPr>
          <w:p>
            <w:r>
              <w:t>FarnaZz</w:t>
            </w:r>
          </w:p>
        </w:tc>
        <w:tc>
          <w:tcPr>
            <w:tcW w:type="dxa" w:w="1728"/>
          </w:tcPr>
          <w:p>
            <w:r/>
          </w:p>
        </w:tc>
        <w:tc>
          <w:tcPr>
            <w:tcW w:type="dxa" w:w="1728"/>
          </w:tcPr>
          <w:p>
            <w:r>
              <w:t>minidinosaur</w:t>
            </w:r>
          </w:p>
        </w:tc>
        <w:tc>
          <w:tcPr>
            <w:tcW w:type="dxa" w:w="1728"/>
          </w:tcPr>
          <w:p>
            <w:r>
              <w:t>نيازمندي هاي ايراني هاي ونكوور Iranian Vancouver Agahi</w:t>
            </w:r>
          </w:p>
        </w:tc>
      </w:tr>
      <w:tr>
        <w:tc>
          <w:tcPr>
            <w:tcW w:type="dxa" w:w="1728"/>
          </w:tcPr>
          <w:p>
            <w:r>
              <w:t>920*2**00*</w:t>
            </w:r>
          </w:p>
        </w:tc>
        <w:tc>
          <w:tcPr>
            <w:tcW w:type="dxa" w:w="1728"/>
          </w:tcPr>
          <w:p>
            <w:r>
              <w:t>Alireza</w:t>
            </w:r>
          </w:p>
        </w:tc>
        <w:tc>
          <w:tcPr>
            <w:tcW w:type="dxa" w:w="1728"/>
          </w:tcPr>
          <w:p>
            <w:r/>
          </w:p>
        </w:tc>
        <w:tc>
          <w:tcPr>
            <w:tcW w:type="dxa" w:w="1728"/>
          </w:tcPr>
          <w:p>
            <w:r>
              <w:t>alirezas992</w:t>
            </w:r>
          </w:p>
        </w:tc>
        <w:tc>
          <w:tcPr>
            <w:tcW w:type="dxa" w:w="1728"/>
          </w:tcPr>
          <w:p>
            <w:r>
              <w:t>نيازمندي هاي ايراني هاي ونكوور Iranian Vancouver Agahi</w:t>
            </w:r>
          </w:p>
        </w:tc>
      </w:tr>
      <w:tr>
        <w:tc>
          <w:tcPr>
            <w:tcW w:type="dxa" w:w="1728"/>
          </w:tcPr>
          <w:p>
            <w:r>
              <w:t>930**4*7*0</w:t>
            </w:r>
          </w:p>
        </w:tc>
        <w:tc>
          <w:tcPr>
            <w:tcW w:type="dxa" w:w="1728"/>
          </w:tcPr>
          <w:p>
            <w:r>
              <w:t>Tahereh</w:t>
            </w:r>
          </w:p>
        </w:tc>
        <w:tc>
          <w:tcPr>
            <w:tcW w:type="dxa" w:w="1728"/>
          </w:tcPr>
          <w:p>
            <w:r/>
          </w:p>
        </w:tc>
        <w:tc>
          <w:tcPr>
            <w:tcW w:type="dxa" w:w="1728"/>
          </w:tcPr>
          <w:p>
            <w:r>
              <w:t>TAHEREHM0USAVI</w:t>
            </w:r>
          </w:p>
        </w:tc>
        <w:tc>
          <w:tcPr>
            <w:tcW w:type="dxa" w:w="1728"/>
          </w:tcPr>
          <w:p>
            <w:r>
              <w:t>نيازمندي هاي ايراني هاي ونكوور Iranian Vancouver Agahi</w:t>
            </w:r>
          </w:p>
        </w:tc>
      </w:tr>
      <w:tr>
        <w:tc>
          <w:tcPr>
            <w:tcW w:type="dxa" w:w="1728"/>
          </w:tcPr>
          <w:p>
            <w:r>
              <w:t>9123*09702</w:t>
            </w:r>
          </w:p>
        </w:tc>
        <w:tc>
          <w:tcPr>
            <w:tcW w:type="dxa" w:w="1728"/>
          </w:tcPr>
          <w:p>
            <w:r>
              <w:t>Ali</w:t>
            </w:r>
          </w:p>
        </w:tc>
        <w:tc>
          <w:tcPr>
            <w:tcW w:type="dxa" w:w="1728"/>
          </w:tcPr>
          <w:p>
            <w:r>
              <w:t>Tehrani</w:t>
            </w:r>
          </w:p>
        </w:tc>
        <w:tc>
          <w:tcPr>
            <w:tcW w:type="dxa" w:w="1728"/>
          </w:tcPr>
          <w:p>
            <w:r>
              <w:t>alitehranifar</w:t>
            </w:r>
          </w:p>
        </w:tc>
        <w:tc>
          <w:tcPr>
            <w:tcW w:type="dxa" w:w="1728"/>
          </w:tcPr>
          <w:p>
            <w:r>
              <w:t>نيازمندي هاي ايراني هاي ونكوور Iranian Vancouver Agahi</w:t>
            </w:r>
          </w:p>
        </w:tc>
      </w:tr>
      <w:tr>
        <w:tc>
          <w:tcPr>
            <w:tcW w:type="dxa" w:w="1728"/>
          </w:tcPr>
          <w:p>
            <w:r>
              <w:t>912497****</w:t>
            </w:r>
          </w:p>
        </w:tc>
        <w:tc>
          <w:tcPr>
            <w:tcW w:type="dxa" w:w="1728"/>
          </w:tcPr>
          <w:p>
            <w:r>
              <w:t>ᘜᕼᗩᘔᗩᒪ</w:t>
            </w:r>
          </w:p>
        </w:tc>
        <w:tc>
          <w:tcPr>
            <w:tcW w:type="dxa" w:w="1728"/>
          </w:tcPr>
          <w:p>
            <w:r/>
          </w:p>
        </w:tc>
        <w:tc>
          <w:tcPr>
            <w:tcW w:type="dxa" w:w="1728"/>
          </w:tcPr>
          <w:p>
            <w:r>
              <w:t>None</w:t>
            </w:r>
          </w:p>
        </w:tc>
        <w:tc>
          <w:tcPr>
            <w:tcW w:type="dxa" w:w="1728"/>
          </w:tcPr>
          <w:p>
            <w:r>
              <w:t>نيازمندي هاي ايراني هاي ونكوور Iranian Vancouver Agahi</w:t>
            </w:r>
          </w:p>
        </w:tc>
      </w:tr>
      <w:tr>
        <w:tc>
          <w:tcPr>
            <w:tcW w:type="dxa" w:w="1728"/>
          </w:tcPr>
          <w:p>
            <w:r>
              <w:t>91**29271*</w:t>
            </w:r>
          </w:p>
        </w:tc>
        <w:tc>
          <w:tcPr>
            <w:tcW w:type="dxa" w:w="1728"/>
          </w:tcPr>
          <w:p>
            <w:r>
              <w:t>Shiva</w:t>
            </w:r>
          </w:p>
        </w:tc>
        <w:tc>
          <w:tcPr>
            <w:tcW w:type="dxa" w:w="1728"/>
          </w:tcPr>
          <w:p>
            <w:r/>
          </w:p>
        </w:tc>
        <w:tc>
          <w:tcPr>
            <w:tcW w:type="dxa" w:w="1728"/>
          </w:tcPr>
          <w:p>
            <w:r/>
          </w:p>
        </w:tc>
        <w:tc>
          <w:tcPr>
            <w:tcW w:type="dxa" w:w="1728"/>
          </w:tcPr>
          <w:p>
            <w:r>
              <w:t>نيازمندي هاي ايراني هاي ونكوور Iranian Vancouver Agahi</w:t>
            </w:r>
          </w:p>
        </w:tc>
      </w:tr>
    </w:tbl>
    <w:sectPr w:rsidR="00254F72" w:rsidRPr="004543B7" w:rsidSect="00034616">
      <w:headerReference w:type="default" r:id="rId10"/>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55B0782" w14:textId="77777777" w:rsidR="00DF3FF5" w:rsidRDefault="00DF3FF5" w:rsidP="00BC300A">
      <w:r>
        <w:separator/>
      </w:r>
    </w:p>
  </w:endnote>
  <w:endnote w:type="continuationSeparator" w:id="0">
    <w:p w14:paraId="490644AF" w14:textId="77777777" w:rsidR="00DF3FF5" w:rsidRDefault="00DF3FF5" w:rsidP="00BC30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urier">
    <w:panose1 w:val="02070409020205020404"/>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E26539F" w14:textId="77777777" w:rsidR="00DF3FF5" w:rsidRDefault="00DF3FF5" w:rsidP="00BC300A">
      <w:r>
        <w:separator/>
      </w:r>
    </w:p>
  </w:footnote>
  <w:footnote w:type="continuationSeparator" w:id="0">
    <w:p w14:paraId="123A334E" w14:textId="77777777" w:rsidR="00DF3FF5" w:rsidRDefault="00DF3FF5" w:rsidP="00BC300A">
      <w:r>
        <w:continuationSeparator/>
      </w:r>
    </w:p>
  </w:footnote>
</w:footnotes>
</file>

<file path=word/header1.xml><?xml version="1.0" encoding="utf-8"?>
<w:hdr xmlns:m="http://schemas.openxmlformats.org/officeDocument/2006/math" xmlns:mc="http://schemas.openxmlformats.org/markup-compatibility/2006" xmlns:mo="http://schemas.microsoft.com/office/mac/office/2008/main" xmlns:mv="urn:schemas-microsoft-com:mac:vml" xmlns:o="urn:schemas-microsoft-com:office:office" xmlns:r="http://schemas.openxmlformats.org/officeDocument/2006/relationships" xmlns:v="urn:schemas-microsoft-com:vml" xmlns:w10="urn:schemas-microsoft-com:office:word" xmlns:w14="http://schemas.microsoft.com/office/word/2010/wordml" xmlns:w="http://schemas.openxmlformats.org/wordprocessingml/2006/main" xmlns:wne="http://schemas.microsoft.com/office/word/2006/wordml" xmlns:wp14="http://schemas.microsoft.com/office/word/2010/wordprocessingDrawing" xmlns:wp="http://schemas.openxmlformats.org/drawingml/2006/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p14">
  <w:p>
    <w:pPr>
      <w:pStyle w:val="Header"/>
    </w:pPr>
    <w:r>
      <w:t>دانلود بانک موبایل نيازمندي هاي ايراني هاي ونكوور Iranian Vancouver Agahi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16cid:durableId="31350106">
    <w:abstractNumId w:val="8"/>
  </w:num>
  <w:num w:numId="2" w16cid:durableId="231432909">
    <w:abstractNumId w:val="6"/>
  </w:num>
  <w:num w:numId="3" w16cid:durableId="661011812">
    <w:abstractNumId w:val="5"/>
  </w:num>
  <w:num w:numId="4" w16cid:durableId="1462723101">
    <w:abstractNumId w:val="4"/>
  </w:num>
  <w:num w:numId="5" w16cid:durableId="764768395">
    <w:abstractNumId w:val="7"/>
  </w:num>
  <w:num w:numId="6" w16cid:durableId="963848002">
    <w:abstractNumId w:val="3"/>
  </w:num>
  <w:num w:numId="7" w16cid:durableId="1463571987">
    <w:abstractNumId w:val="2"/>
  </w:num>
  <w:num w:numId="8" w16cid:durableId="503059942">
    <w:abstractNumId w:val="1"/>
  </w:num>
  <w:num w:numId="9" w16cid:durableId="891312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7730"/>
    <w:rsid w:val="00034616"/>
    <w:rsid w:val="0006063C"/>
    <w:rsid w:val="00096A11"/>
    <w:rsid w:val="000D47F6"/>
    <w:rsid w:val="0015074B"/>
    <w:rsid w:val="00254F72"/>
    <w:rsid w:val="002675FC"/>
    <w:rsid w:val="0029639D"/>
    <w:rsid w:val="002A08F1"/>
    <w:rsid w:val="00326F90"/>
    <w:rsid w:val="003A6E3D"/>
    <w:rsid w:val="004543B7"/>
    <w:rsid w:val="00484B92"/>
    <w:rsid w:val="00816319"/>
    <w:rsid w:val="008A1D49"/>
    <w:rsid w:val="008D5319"/>
    <w:rsid w:val="0095138F"/>
    <w:rsid w:val="00986BED"/>
    <w:rsid w:val="00A664D9"/>
    <w:rsid w:val="00AA1D8D"/>
    <w:rsid w:val="00AA7416"/>
    <w:rsid w:val="00AE425C"/>
    <w:rsid w:val="00B24F63"/>
    <w:rsid w:val="00B47730"/>
    <w:rsid w:val="00B9235F"/>
    <w:rsid w:val="00BC300A"/>
    <w:rsid w:val="00BD74EE"/>
    <w:rsid w:val="00CA16FA"/>
    <w:rsid w:val="00CB0664"/>
    <w:rsid w:val="00CC4A3F"/>
    <w:rsid w:val="00D04E2B"/>
    <w:rsid w:val="00D736A5"/>
    <w:rsid w:val="00DF3FF5"/>
    <w:rsid w:val="00E227FB"/>
    <w:rsid w:val="00F76EE6"/>
    <w:rsid w:val="00F94DDA"/>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D4057F8"/>
  <w14:defaultImageDpi w14:val="300"/>
  <w15:docId w15:val="{5ADE7039-F83C-4E92-A640-210CDAF405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300A"/>
    <w:pPr>
      <w:bidi/>
      <w:jc w:val="both"/>
    </w:pPr>
    <w:rPr>
      <w:rFonts w:ascii="Calibri" w:hAnsi="Calibri" w:cs="Calibri"/>
      <w:sz w:val="24"/>
      <w:szCs w:val="24"/>
      <w:lang w:bidi="fa-IR"/>
    </w:rPr>
  </w:style>
  <w:style w:type="paragraph" w:styleId="Heading1">
    <w:name w:val="heading 1"/>
    <w:basedOn w:val="Normal"/>
    <w:next w:val="Normal"/>
    <w:link w:val="Heading1Char"/>
    <w:uiPriority w:val="9"/>
    <w:qFormat/>
    <w:rsid w:val="00FC693F"/>
    <w:pPr>
      <w:keepNext/>
      <w:keepLines/>
      <w:spacing w:before="480" w:after="0"/>
      <w:outlineLvl w:val="0"/>
    </w:pPr>
    <w:rPr>
      <w:rFonts w:eastAsiaTheme="majorEastAsia"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eastAsiaTheme="majorEastAsia"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eastAsiaTheme="majorEastAsia"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eastAsiaTheme="majorEastAsia"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eastAsiaTheme="majorEastAsia"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eastAsiaTheme="majorEastAsia"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eastAsiaTheme="majorEastAsia"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eastAsiaTheme="majorEastAsia" w:cstheme="majorBidi"/>
      <w:color w:val="4F81BD" w:themeColor="accent1"/>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eastAsiaTheme="majorEastAsia" w:cstheme="majorBidi"/>
      <w:i/>
      <w:iCs/>
      <w:color w:val="404040" w:themeColor="text1" w:themeTint="BF"/>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BC300A"/>
    <w:pPr>
      <w:pBdr>
        <w:bottom w:val="single" w:sz="8" w:space="4" w:color="4F81BD" w:themeColor="accent1"/>
      </w:pBdr>
      <w:spacing w:after="300" w:line="240" w:lineRule="auto"/>
      <w:contextualSpacing/>
      <w:jc w:val="center"/>
    </w:pPr>
    <w:rPr>
      <w:rFonts w:eastAsiaTheme="majorEastAsia"/>
      <w:color w:val="17365D" w:themeColor="text2" w:themeShade="BF"/>
      <w:spacing w:val="5"/>
      <w:kern w:val="28"/>
      <w:sz w:val="40"/>
      <w:szCs w:val="40"/>
    </w:rPr>
  </w:style>
  <w:style w:type="character" w:customStyle="1" w:styleId="TitleChar">
    <w:name w:val="Title Char"/>
    <w:basedOn w:val="DefaultParagraphFont"/>
    <w:link w:val="Title"/>
    <w:uiPriority w:val="10"/>
    <w:rsid w:val="00BC300A"/>
    <w:rPr>
      <w:rFonts w:ascii="Calibri" w:eastAsiaTheme="majorEastAsia" w:hAnsi="Calibri" w:cs="Calibri"/>
      <w:color w:val="17365D" w:themeColor="text2" w:themeShade="BF"/>
      <w:spacing w:val="5"/>
      <w:kern w:val="28"/>
      <w:sz w:val="40"/>
      <w:szCs w:val="40"/>
      <w:lang w:bidi="fa-IR"/>
    </w:rPr>
  </w:style>
  <w:style w:type="paragraph" w:styleId="Subtitle">
    <w:name w:val="Subtitle"/>
    <w:basedOn w:val="Normal"/>
    <w:next w:val="Normal"/>
    <w:link w:val="SubtitleChar"/>
    <w:uiPriority w:val="11"/>
    <w:qFormat/>
    <w:rsid w:val="00FC693F"/>
    <w:pPr>
      <w:numPr>
        <w:ilvl w:val="1"/>
      </w:numPr>
    </w:pPr>
    <w:rPr>
      <w:rFonts w:eastAsiaTheme="majorEastAsia" w:cstheme="majorBidi"/>
      <w:i/>
      <w:iCs/>
      <w:color w:val="4F81BD" w:themeColor="accent1"/>
      <w:spacing w:val="15"/>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Pages>
  <Words>117</Words>
  <Characters>673</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789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Mohammad Ali Zare Chahooki</cp:lastModifiedBy>
  <cp:revision>12</cp:revision>
  <dcterms:created xsi:type="dcterms:W3CDTF">2024-09-15T05:19:00Z</dcterms:created>
  <dcterms:modified xsi:type="dcterms:W3CDTF">2024-09-15T13:13:00Z</dcterms:modified>
  <cp:category/>
</cp:coreProperties>
</file>