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مهندسین برتر نظام مهندسی استان تهران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مهندسین برتر نظام مهندسی استان تهران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91213732**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91221***0*</w:t>
            </w:r>
          </w:p>
        </w:tc>
        <w:tc>
          <w:tcPr>
            <w:tcW w:type="dxa" w:w="1728"/>
          </w:tcPr>
          <w:p>
            <w:r>
              <w:t>Sreza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93*3002173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amir_rostampuor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91220*9**4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Baybordi</w:t>
            </w:r>
          </w:p>
        </w:tc>
        <w:tc>
          <w:tcPr>
            <w:tcW w:type="dxa" w:w="1728"/>
          </w:tcPr>
          <w:p>
            <w:r>
              <w:t>Alireza471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93*073*70*</w:t>
            </w:r>
          </w:p>
        </w:tc>
        <w:tc>
          <w:tcPr>
            <w:tcW w:type="dxa" w:w="1728"/>
          </w:tcPr>
          <w:p>
            <w:r>
              <w:t>Yasin.SJD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y_sjd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91219*4*02</w:t>
            </w:r>
          </w:p>
        </w:tc>
        <w:tc>
          <w:tcPr>
            <w:tcW w:type="dxa" w:w="1728"/>
          </w:tcPr>
          <w:p>
            <w:r>
              <w:t>كامبيز خلدي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KAMBIZ_KHOLDI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912*1*4**4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Mousavi</w:t>
            </w:r>
          </w:p>
        </w:tc>
        <w:tc>
          <w:tcPr>
            <w:tcW w:type="dxa" w:w="1728"/>
          </w:tcPr>
          <w:p>
            <w:r>
              <w:t>RzMousavi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9122041*3*</w:t>
            </w:r>
          </w:p>
        </w:tc>
        <w:tc>
          <w:tcPr>
            <w:tcW w:type="dxa" w:w="1728"/>
          </w:tcPr>
          <w:p>
            <w:r>
              <w:t>Hamideh</w:t>
            </w:r>
          </w:p>
        </w:tc>
        <w:tc>
          <w:tcPr>
            <w:tcW w:type="dxa" w:w="1728"/>
          </w:tcPr>
          <w:p>
            <w:r>
              <w:t>Samaland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93*1*2**71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93*4117022</w:t>
            </w:r>
          </w:p>
        </w:tc>
        <w:tc>
          <w:tcPr>
            <w:tcW w:type="dxa" w:w="1728"/>
          </w:tcPr>
          <w:p>
            <w:r>
              <w:t>افشار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9121724992</w:t>
            </w:r>
          </w:p>
        </w:tc>
        <w:tc>
          <w:tcPr>
            <w:tcW w:type="dxa" w:w="1728"/>
          </w:tcPr>
          <w:p>
            <w:r>
              <w:t>Yousef</w:t>
            </w:r>
          </w:p>
        </w:tc>
        <w:tc>
          <w:tcPr>
            <w:tcW w:type="dxa" w:w="1728"/>
          </w:tcPr>
          <w:p>
            <w:r>
              <w:t>Chenaghchi</w:t>
            </w:r>
          </w:p>
        </w:tc>
        <w:tc>
          <w:tcPr>
            <w:tcW w:type="dxa" w:w="1728"/>
          </w:tcPr>
          <w:p>
            <w:r>
              <w:t>Usef_ch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91222*7*4*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Salehi_majid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912*202401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>
              <w:t>Abbaszadeh</w:t>
            </w:r>
          </w:p>
        </w:tc>
        <w:tc>
          <w:tcPr>
            <w:tcW w:type="dxa" w:w="1728"/>
          </w:tcPr>
          <w:p>
            <w:r>
              <w:t>shahabbas53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93*17*3334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901*713404</w:t>
            </w:r>
          </w:p>
        </w:tc>
        <w:tc>
          <w:tcPr>
            <w:tcW w:type="dxa" w:w="1728"/>
          </w:tcPr>
          <w:p>
            <w:r>
              <w:t>Hêmēn</w:t>
            </w:r>
          </w:p>
        </w:tc>
        <w:tc>
          <w:tcPr>
            <w:tcW w:type="dxa" w:w="1728"/>
          </w:tcPr>
          <w:p>
            <w:r>
              <w:t>"Meshchain.Ai"</w:t>
            </w:r>
          </w:p>
        </w:tc>
        <w:tc>
          <w:tcPr>
            <w:tcW w:type="dxa" w:w="1728"/>
          </w:tcPr>
          <w:p>
            <w:r>
              <w:t>arash_fathollahi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912*4*4**0</w:t>
            </w:r>
          </w:p>
        </w:tc>
        <w:tc>
          <w:tcPr>
            <w:tcW w:type="dxa" w:w="1728"/>
          </w:tcPr>
          <w:p>
            <w:r>
              <w:t>محمد افتخاری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912**33211</w:t>
            </w:r>
          </w:p>
        </w:tc>
        <w:tc>
          <w:tcPr>
            <w:tcW w:type="dxa" w:w="1728"/>
          </w:tcPr>
          <w:p>
            <w:r>
              <w:t>Mahnaz.javadi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91920**4*3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moharrami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93971*402*</w:t>
            </w:r>
          </w:p>
        </w:tc>
        <w:tc>
          <w:tcPr>
            <w:tcW w:type="dxa" w:w="1728"/>
          </w:tcPr>
          <w:p>
            <w:r>
              <w:t>iaagroups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iaagroups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91279**047</w:t>
            </w:r>
          </w:p>
        </w:tc>
        <w:tc>
          <w:tcPr>
            <w:tcW w:type="dxa" w:w="1728"/>
          </w:tcPr>
          <w:p>
            <w:r>
              <w:t>Shahrokh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9123**4294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>
              <w:t>Jafarii_alireza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912377*103</w:t>
            </w:r>
          </w:p>
        </w:tc>
        <w:tc>
          <w:tcPr>
            <w:tcW w:type="dxa" w:w="1728"/>
          </w:tcPr>
          <w:p>
            <w:r>
              <w:t>Karimi.abbas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912**94073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yari</w:t>
            </w:r>
          </w:p>
        </w:tc>
        <w:tc>
          <w:tcPr>
            <w:tcW w:type="dxa" w:w="1728"/>
          </w:tcPr>
          <w:p>
            <w:r>
              <w:t>ArA_Ali65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9122*44200</w:t>
            </w:r>
          </w:p>
        </w:tc>
        <w:tc>
          <w:tcPr>
            <w:tcW w:type="dxa" w:w="1728"/>
          </w:tcPr>
          <w:p>
            <w:r>
              <w:t>H-Sh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9123971**2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minaamohseni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912102*327</w:t>
            </w:r>
          </w:p>
        </w:tc>
        <w:tc>
          <w:tcPr>
            <w:tcW w:type="dxa" w:w="1728"/>
          </w:tcPr>
          <w:p>
            <w:r>
              <w:t>S. Ali</w:t>
            </w:r>
          </w:p>
        </w:tc>
        <w:tc>
          <w:tcPr>
            <w:tcW w:type="dxa" w:w="1728"/>
          </w:tcPr>
          <w:p>
            <w:r>
              <w:t>Hosseini</w:t>
            </w:r>
          </w:p>
        </w:tc>
        <w:tc>
          <w:tcPr>
            <w:tcW w:type="dxa" w:w="1728"/>
          </w:tcPr>
          <w:p>
            <w:r>
              <w:t>Saghi1349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91201410*9</w:t>
            </w:r>
          </w:p>
        </w:tc>
        <w:tc>
          <w:tcPr>
            <w:tcW w:type="dxa" w:w="1728"/>
          </w:tcPr>
          <w:p>
            <w:r>
              <w:t>Miss</w:t>
            </w:r>
          </w:p>
        </w:tc>
        <w:tc>
          <w:tcPr>
            <w:tcW w:type="dxa" w:w="1728"/>
          </w:tcPr>
          <w:p>
            <w:r>
              <w:t>Ghorbani</w:t>
            </w:r>
          </w:p>
        </w:tc>
        <w:tc>
          <w:tcPr>
            <w:tcW w:type="dxa" w:w="1728"/>
          </w:tcPr>
          <w:p>
            <w:r>
              <w:t>Tusmanager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91233779*4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بابائی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9122*02134</w:t>
            </w:r>
          </w:p>
        </w:tc>
        <w:tc>
          <w:tcPr>
            <w:tcW w:type="dxa" w:w="1728"/>
          </w:tcPr>
          <w:p>
            <w:r>
              <w:t>B.m.0lya</w:t>
            </w:r>
          </w:p>
        </w:tc>
        <w:tc>
          <w:tcPr>
            <w:tcW w:type="dxa" w:w="1728"/>
          </w:tcPr>
          <w:p>
            <w:r>
              <w:t>بهرام مهری قاراب</w:t>
            </w:r>
          </w:p>
        </w:tc>
        <w:tc>
          <w:tcPr>
            <w:tcW w:type="dxa" w:w="1728"/>
          </w:tcPr>
          <w:p>
            <w:r>
              <w:t>B_mehrigharab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9123032**3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MORY</w:t>
            </w:r>
          </w:p>
        </w:tc>
        <w:tc>
          <w:tcPr>
            <w:tcW w:type="dxa" w:w="1728"/>
          </w:tcPr>
          <w:p>
            <w:r>
              <w:t>Hmory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93*2*****2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Moghaddam</w:t>
            </w:r>
          </w:p>
        </w:tc>
        <w:tc>
          <w:tcPr>
            <w:tcW w:type="dxa" w:w="1728"/>
          </w:tcPr>
          <w:p>
            <w:r>
              <w:t>Mohammad_moghaddam64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912*******</w:t>
            </w:r>
          </w:p>
        </w:tc>
        <w:tc>
          <w:tcPr>
            <w:tcW w:type="dxa" w:w="1728"/>
          </w:tcPr>
          <w:p>
            <w:r>
              <w:t>محسن اردستانیان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ardestanian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9121021*3*</w:t>
            </w:r>
          </w:p>
        </w:tc>
        <w:tc>
          <w:tcPr>
            <w:tcW w:type="dxa" w:w="1728"/>
          </w:tcPr>
          <w:p>
            <w:r>
              <w:t>مجتبی</w:t>
            </w:r>
          </w:p>
        </w:tc>
        <w:tc>
          <w:tcPr>
            <w:tcW w:type="dxa" w:w="1728"/>
          </w:tcPr>
          <w:p>
            <w:r>
              <w:t>مشرفی</w:t>
            </w:r>
          </w:p>
        </w:tc>
        <w:tc>
          <w:tcPr>
            <w:tcW w:type="dxa" w:w="1728"/>
          </w:tcPr>
          <w:p>
            <w:r>
              <w:t>Mojtaba_mosharafi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912*30*942</w:t>
            </w:r>
          </w:p>
        </w:tc>
        <w:tc>
          <w:tcPr>
            <w:tcW w:type="dxa" w:w="1728"/>
          </w:tcPr>
          <w:p>
            <w:r>
              <w:t>hh</w:t>
            </w:r>
          </w:p>
        </w:tc>
        <w:tc>
          <w:tcPr>
            <w:tcW w:type="dxa" w:w="1728"/>
          </w:tcPr>
          <w:p>
            <w:r>
              <w:t>zz</w:t>
            </w:r>
          </w:p>
        </w:tc>
        <w:tc>
          <w:tcPr>
            <w:tcW w:type="dxa" w:w="1728"/>
          </w:tcPr>
          <w:p>
            <w:r>
              <w:t>H_z4n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9122471**2</w:t>
            </w:r>
          </w:p>
        </w:tc>
        <w:tc>
          <w:tcPr>
            <w:tcW w:type="dxa" w:w="1728"/>
          </w:tcPr>
          <w:p>
            <w:r>
              <w:t>Kamal</w:t>
            </w:r>
          </w:p>
        </w:tc>
        <w:tc>
          <w:tcPr>
            <w:tcW w:type="dxa" w:w="1728"/>
          </w:tcPr>
          <w:p>
            <w:r>
              <w:t>Safari</w:t>
            </w:r>
          </w:p>
        </w:tc>
        <w:tc>
          <w:tcPr>
            <w:tcW w:type="dxa" w:w="1728"/>
          </w:tcPr>
          <w:p>
            <w:r>
              <w:t>K_S_1979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91220**4*2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91232*0900</w:t>
            </w:r>
          </w:p>
        </w:tc>
        <w:tc>
          <w:tcPr>
            <w:tcW w:type="dxa" w:w="1728"/>
          </w:tcPr>
          <w:p>
            <w:r>
              <w:t>Hossy</w:t>
            </w:r>
          </w:p>
        </w:tc>
        <w:tc>
          <w:tcPr>
            <w:tcW w:type="dxa" w:w="1728"/>
          </w:tcPr>
          <w:p>
            <w:r>
              <w:t>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9121*9221*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91221393*0</w:t>
            </w:r>
          </w:p>
        </w:tc>
        <w:tc>
          <w:tcPr>
            <w:tcW w:type="dxa" w:w="1728"/>
          </w:tcPr>
          <w:p>
            <w:r>
              <w:t>Amirali</w:t>
            </w:r>
          </w:p>
        </w:tc>
        <w:tc>
          <w:tcPr>
            <w:tcW w:type="dxa" w:w="1728"/>
          </w:tcPr>
          <w:p>
            <w:r>
              <w:t>Shekarabi</w:t>
            </w:r>
          </w:p>
        </w:tc>
        <w:tc>
          <w:tcPr>
            <w:tcW w:type="dxa" w:w="1728"/>
          </w:tcPr>
          <w:p>
            <w:r>
              <w:t>Amirali0517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91221*3743</w:t>
            </w:r>
          </w:p>
        </w:tc>
        <w:tc>
          <w:tcPr>
            <w:tcW w:type="dxa" w:w="1728"/>
          </w:tcPr>
          <w:p>
            <w:r>
              <w:t>Leyla</w:t>
            </w:r>
          </w:p>
        </w:tc>
        <w:tc>
          <w:tcPr>
            <w:tcW w:type="dxa" w:w="1728"/>
          </w:tcPr>
          <w:p>
            <w:r>
              <w:t>Amerey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912377273*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>
              <w:t>Afshari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912*4**2**</w:t>
            </w:r>
          </w:p>
        </w:tc>
        <w:tc>
          <w:tcPr>
            <w:tcW w:type="dxa" w:w="1728"/>
          </w:tcPr>
          <w:p>
            <w:r>
              <w:t>Davar</w:t>
            </w:r>
          </w:p>
        </w:tc>
        <w:tc>
          <w:tcPr>
            <w:tcW w:type="dxa" w:w="1728"/>
          </w:tcPr>
          <w:p>
            <w:r>
              <w:t>Khodapanah</w:t>
            </w:r>
          </w:p>
        </w:tc>
        <w:tc>
          <w:tcPr>
            <w:tcW w:type="dxa" w:w="1728"/>
          </w:tcPr>
          <w:p>
            <w:r>
              <w:t>D72kh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91221*040*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9121712023</w:t>
            </w:r>
          </w:p>
        </w:tc>
        <w:tc>
          <w:tcPr>
            <w:tcW w:type="dxa" w:w="1728"/>
          </w:tcPr>
          <w:p>
            <w:r>
              <w:t>شوکا خوشبخت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shookakhoshbakht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912**0*00*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Fadayi</w:t>
            </w:r>
          </w:p>
        </w:tc>
        <w:tc>
          <w:tcPr>
            <w:tcW w:type="dxa" w:w="1728"/>
          </w:tcPr>
          <w:p>
            <w:r>
              <w:t>F_fadayi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9124*24*07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Jamali</w:t>
            </w:r>
          </w:p>
        </w:tc>
        <w:tc>
          <w:tcPr>
            <w:tcW w:type="dxa" w:w="1728"/>
          </w:tcPr>
          <w:p>
            <w:r>
              <w:t>Archehsanjamali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92244*1*03</w:t>
            </w:r>
          </w:p>
        </w:tc>
        <w:tc>
          <w:tcPr>
            <w:tcW w:type="dxa" w:w="1728"/>
          </w:tcPr>
          <w:p>
            <w:r>
              <w:t>Siyavash</w:t>
            </w:r>
          </w:p>
        </w:tc>
        <w:tc>
          <w:tcPr>
            <w:tcW w:type="dxa" w:w="1728"/>
          </w:tcPr>
          <w:p>
            <w:r>
              <w:t>Porkar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91271*9707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Daneshvar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912**3**9*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Yavari</w:t>
            </w:r>
          </w:p>
        </w:tc>
        <w:tc>
          <w:tcPr>
            <w:tcW w:type="dxa" w:w="1728"/>
          </w:tcPr>
          <w:p>
            <w:r>
              <w:t>Hta128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912310274*</w:t>
            </w:r>
          </w:p>
        </w:tc>
        <w:tc>
          <w:tcPr>
            <w:tcW w:type="dxa" w:w="1728"/>
          </w:tcPr>
          <w:p>
            <w:r>
              <w:t>حمیدرضا فرح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91224072*0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farid_mount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912**1****</w:t>
            </w:r>
          </w:p>
        </w:tc>
        <w:tc>
          <w:tcPr>
            <w:tcW w:type="dxa" w:w="1728"/>
          </w:tcPr>
          <w:p>
            <w:r>
              <w:t>مهرزاد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9374273700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Rahgozar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912**00*21</w:t>
            </w:r>
          </w:p>
        </w:tc>
        <w:tc>
          <w:tcPr>
            <w:tcW w:type="dxa" w:w="1728"/>
          </w:tcPr>
          <w:p>
            <w:r>
              <w:t>Behrooz</w:t>
            </w:r>
          </w:p>
        </w:tc>
        <w:tc>
          <w:tcPr>
            <w:tcW w:type="dxa" w:w="1728"/>
          </w:tcPr>
          <w:p>
            <w:r>
              <w:t>Khishabeh</w:t>
            </w:r>
          </w:p>
        </w:tc>
        <w:tc>
          <w:tcPr>
            <w:tcW w:type="dxa" w:w="1728"/>
          </w:tcPr>
          <w:p>
            <w:r>
              <w:t>behroozkhishabeh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93*1*00**4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Saharnaz_rahimi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91224*33*7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Ghanbari</w:t>
            </w:r>
          </w:p>
        </w:tc>
        <w:tc>
          <w:tcPr>
            <w:tcW w:type="dxa" w:w="1728"/>
          </w:tcPr>
          <w:p>
            <w:r>
              <w:t>Miladgh1988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912377**30</w:t>
            </w:r>
          </w:p>
        </w:tc>
        <w:tc>
          <w:tcPr>
            <w:tcW w:type="dxa" w:w="1728"/>
          </w:tcPr>
          <w:p>
            <w:r>
              <w:t>jahan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jahangir_rostamzadeh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93*2*4**4*</w:t>
            </w:r>
          </w:p>
        </w:tc>
        <w:tc>
          <w:tcPr>
            <w:tcW w:type="dxa" w:w="1728"/>
          </w:tcPr>
          <w:p>
            <w:r>
              <w:t>سعيد</w:t>
            </w:r>
          </w:p>
        </w:tc>
        <w:tc>
          <w:tcPr>
            <w:tcW w:type="dxa" w:w="1728"/>
          </w:tcPr>
          <w:p>
            <w:r>
              <w:t>سمالند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93**72*393</w:t>
            </w:r>
          </w:p>
        </w:tc>
        <w:tc>
          <w:tcPr>
            <w:tcW w:type="dxa" w:w="1728"/>
          </w:tcPr>
          <w:p>
            <w:r>
              <w:t>Atena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m_atena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912*1**91*</w:t>
            </w:r>
          </w:p>
        </w:tc>
        <w:tc>
          <w:tcPr>
            <w:tcW w:type="dxa" w:w="1728"/>
          </w:tcPr>
          <w:p>
            <w:r>
              <w:t>El</w:t>
            </w:r>
          </w:p>
        </w:tc>
        <w:tc>
          <w:tcPr>
            <w:tcW w:type="dxa" w:w="1728"/>
          </w:tcPr>
          <w:p>
            <w:r>
              <w:t>Ahe</w:t>
            </w:r>
          </w:p>
        </w:tc>
        <w:tc>
          <w:tcPr>
            <w:tcW w:type="dxa" w:w="1728"/>
          </w:tcPr>
          <w:p>
            <w:r>
              <w:t>Ell_Ahe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91214**1**</w:t>
            </w:r>
          </w:p>
        </w:tc>
        <w:tc>
          <w:tcPr>
            <w:tcW w:type="dxa" w:w="1728"/>
          </w:tcPr>
          <w:p>
            <w:r>
              <w:t>soleyman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soleyman67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91219**912</w:t>
            </w:r>
          </w:p>
        </w:tc>
        <w:tc>
          <w:tcPr>
            <w:tcW w:type="dxa" w:w="1728"/>
          </w:tcPr>
          <w:p>
            <w:r>
              <w:t>عباس</w:t>
            </w:r>
          </w:p>
        </w:tc>
        <w:tc>
          <w:tcPr>
            <w:tcW w:type="dxa" w:w="1728"/>
          </w:tcPr>
          <w:p>
            <w:r>
              <w:t>خالقی نژاد</w:t>
            </w:r>
          </w:p>
        </w:tc>
        <w:tc>
          <w:tcPr>
            <w:tcW w:type="dxa" w:w="1728"/>
          </w:tcPr>
          <w:p>
            <w:r>
              <w:t>Khaleghi_Abbas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9124*43742</w:t>
            </w:r>
          </w:p>
        </w:tc>
        <w:tc>
          <w:tcPr>
            <w:tcW w:type="dxa" w:w="1728"/>
          </w:tcPr>
          <w:p>
            <w:r>
              <w:t>David</w:t>
            </w:r>
          </w:p>
        </w:tc>
        <w:tc>
          <w:tcPr>
            <w:tcW w:type="dxa" w:w="1728"/>
          </w:tcPr>
          <w:p>
            <w:r>
              <w:t>Kavik</w:t>
            </w:r>
          </w:p>
        </w:tc>
        <w:tc>
          <w:tcPr>
            <w:tcW w:type="dxa" w:w="1728"/>
          </w:tcPr>
          <w:p>
            <w:r>
              <w:t>Dkmemar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9123*20223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Parisan_frh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9393923*23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Aliziazar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9131*33777</w:t>
            </w:r>
          </w:p>
        </w:tc>
        <w:tc>
          <w:tcPr>
            <w:tcW w:type="dxa" w:w="1728"/>
          </w:tcPr>
          <w:p>
            <w:r>
              <w:t>Afshin</w:t>
            </w:r>
          </w:p>
        </w:tc>
        <w:tc>
          <w:tcPr>
            <w:tcW w:type="dxa" w:w="1728"/>
          </w:tcPr>
          <w:p>
            <w:r>
              <w:t>Mahmoodi</w:t>
            </w:r>
          </w:p>
        </w:tc>
        <w:tc>
          <w:tcPr>
            <w:tcW w:type="dxa" w:w="1728"/>
          </w:tcPr>
          <w:p>
            <w:r>
              <w:t>AfshinMahmoodi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9123*43**0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9121002*4*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Noghani</w:t>
            </w:r>
          </w:p>
        </w:tc>
        <w:tc>
          <w:tcPr>
            <w:tcW w:type="dxa" w:w="1728"/>
          </w:tcPr>
          <w:p>
            <w:r>
              <w:t>snoghani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91942011**</w:t>
            </w:r>
          </w:p>
        </w:tc>
        <w:tc>
          <w:tcPr>
            <w:tcW w:type="dxa" w:w="1728"/>
          </w:tcPr>
          <w:p>
            <w:r>
              <w:t>Rohollah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Rooholllah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912310**3*</w:t>
            </w:r>
          </w:p>
        </w:tc>
        <w:tc>
          <w:tcPr>
            <w:tcW w:type="dxa" w:w="1728"/>
          </w:tcPr>
          <w:p>
            <w:r>
              <w:t>داریوش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912***9421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Afshar</w:t>
            </w:r>
          </w:p>
        </w:tc>
        <w:tc>
          <w:tcPr>
            <w:tcW w:type="dxa" w:w="1728"/>
          </w:tcPr>
          <w:p>
            <w:r>
              <w:t>Abolfazl1365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912372714*</w:t>
            </w:r>
          </w:p>
        </w:tc>
        <w:tc>
          <w:tcPr>
            <w:tcW w:type="dxa" w:w="1728"/>
          </w:tcPr>
          <w:p>
            <w:r>
              <w:t>حبیب سهرابی پارسا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Parsa_197957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930**9*43*</w:t>
            </w:r>
          </w:p>
        </w:tc>
        <w:tc>
          <w:tcPr>
            <w:tcW w:type="dxa" w:w="1728"/>
          </w:tcPr>
          <w:p>
            <w:r>
              <w:t>ایرج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91210191*7</w:t>
            </w:r>
          </w:p>
        </w:tc>
        <w:tc>
          <w:tcPr>
            <w:tcW w:type="dxa" w:w="1728"/>
          </w:tcPr>
          <w:p>
            <w:r>
              <w:t>Hoseyni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91209*19**</w:t>
            </w:r>
          </w:p>
        </w:tc>
        <w:tc>
          <w:tcPr>
            <w:tcW w:type="dxa" w:w="1728"/>
          </w:tcPr>
          <w:p>
            <w:r>
              <w:t>Yaser</w:t>
            </w:r>
          </w:p>
        </w:tc>
        <w:tc>
          <w:tcPr>
            <w:tcW w:type="dxa" w:w="1728"/>
          </w:tcPr>
          <w:p>
            <w:r>
              <w:t>Fz</w:t>
            </w:r>
          </w:p>
        </w:tc>
        <w:tc>
          <w:tcPr>
            <w:tcW w:type="dxa" w:w="1728"/>
          </w:tcPr>
          <w:p>
            <w:r>
              <w:t>YaserFz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9100*93279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S_r1985k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9123403*21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Aziznezhad</w:t>
            </w:r>
          </w:p>
        </w:tc>
        <w:tc>
          <w:tcPr>
            <w:tcW w:type="dxa" w:w="1728"/>
          </w:tcPr>
          <w:p>
            <w:r>
              <w:t>m_Aziznezhad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912240*079</w:t>
            </w:r>
          </w:p>
        </w:tc>
        <w:tc>
          <w:tcPr>
            <w:tcW w:type="dxa" w:w="1728"/>
          </w:tcPr>
          <w:p>
            <w:r>
              <w:t>Aziz</w:t>
            </w:r>
          </w:p>
        </w:tc>
        <w:tc>
          <w:tcPr>
            <w:tcW w:type="dxa" w:w="1728"/>
          </w:tcPr>
          <w:p>
            <w:r>
              <w:t>Zahmatkrdhan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912***71*1</w:t>
            </w:r>
          </w:p>
        </w:tc>
        <w:tc>
          <w:tcPr>
            <w:tcW w:type="dxa" w:w="1728"/>
          </w:tcPr>
          <w:p>
            <w:r>
              <w:t>dina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Dina_mm</w:t>
            </w:r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  <w:tr>
        <w:tc>
          <w:tcPr>
            <w:tcW w:type="dxa" w:w="1728"/>
          </w:tcPr>
          <w:p>
            <w:r>
              <w:t>9123*2*39*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مهندسین برتر نظام مهندسی استان تهران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مهندسین برتر نظام مهندسی استان تهران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