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مهدی محدثی (( فعال فرهنگی، هنری و رسانه‌ای مه‌ولات ))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مهدی محدثی (( فعال فرهنگی، هنری و رسانه‌ای مه‌ولات ))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91**31**71</w:t>
            </w:r>
          </w:p>
        </w:tc>
        <w:tc>
          <w:tcPr>
            <w:tcW w:type="dxa" w:w="1728"/>
          </w:tcPr>
          <w:p>
            <w:r>
              <w:t>:/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buildingol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910**1*0*9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Zohre_momeni69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91*30379**</w:t>
            </w:r>
          </w:p>
        </w:tc>
        <w:tc>
          <w:tcPr>
            <w:tcW w:type="dxa" w:w="1728"/>
          </w:tcPr>
          <w:p>
            <w:r>
              <w:t>سعیدی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91**999334</w:t>
            </w:r>
          </w:p>
        </w:tc>
        <w:tc>
          <w:tcPr>
            <w:tcW w:type="dxa" w:w="1728"/>
          </w:tcPr>
          <w:p>
            <w:r>
              <w:t>:)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ft_Khosravi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91*333*124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Moradi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9303222***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sperloos_plastic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91**7390**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Maeda1387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91***2*2**</w:t>
            </w:r>
          </w:p>
        </w:tc>
        <w:tc>
          <w:tcPr>
            <w:tcW w:type="dxa" w:w="1728"/>
          </w:tcPr>
          <w:p>
            <w:r>
              <w:t>¯̄ ͡~̶Aιί _______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ahmadi_123444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91**32274*</w:t>
            </w:r>
          </w:p>
        </w:tc>
        <w:tc>
          <w:tcPr>
            <w:tcW w:type="dxa" w:w="1728"/>
          </w:tcPr>
          <w:p>
            <w:r>
              <w:t>صحرانورد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933**211**</w:t>
            </w:r>
          </w:p>
        </w:tc>
        <w:tc>
          <w:tcPr>
            <w:tcW w:type="dxa" w:w="1728"/>
          </w:tcPr>
          <w:p>
            <w:r>
              <w:t>حمید</w:t>
            </w:r>
          </w:p>
        </w:tc>
        <w:tc>
          <w:tcPr>
            <w:tcW w:type="dxa" w:w="1728"/>
          </w:tcPr>
          <w:p>
            <w:r>
              <w:t>تازه گل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91*1334131</w:t>
            </w:r>
          </w:p>
        </w:tc>
        <w:tc>
          <w:tcPr>
            <w:tcW w:type="dxa" w:w="1728"/>
          </w:tcPr>
          <w:p>
            <w:r>
              <w:t>حسن</w:t>
            </w:r>
          </w:p>
        </w:tc>
        <w:tc>
          <w:tcPr>
            <w:tcW w:type="dxa" w:w="1728"/>
          </w:tcPr>
          <w:p>
            <w:r>
              <w:t>ناطق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91*4214*34</w:t>
            </w:r>
          </w:p>
        </w:tc>
        <w:tc>
          <w:tcPr>
            <w:tcW w:type="dxa" w:w="1728"/>
          </w:tcPr>
          <w:p>
            <w:r>
              <w:t>Z.Mohadesi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mohadesi123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91*7*19492</w:t>
            </w:r>
          </w:p>
        </w:tc>
        <w:tc>
          <w:tcPr>
            <w:tcW w:type="dxa" w:w="1728"/>
          </w:tcPr>
          <w:p>
            <w:r>
              <w:t>Fateme Saeidi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91*9329740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>
              <w:t>عبداللهی</w:t>
            </w:r>
          </w:p>
        </w:tc>
        <w:tc>
          <w:tcPr>
            <w:tcW w:type="dxa" w:w="1728"/>
          </w:tcPr>
          <w:p>
            <w:r>
              <w:t>Abdollahi_Ap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91*93149*7</w:t>
            </w:r>
          </w:p>
        </w:tc>
        <w:tc>
          <w:tcPr>
            <w:tcW w:type="dxa" w:w="1728"/>
          </w:tcPr>
          <w:p>
            <w:r>
              <w:t>¤¤¤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Mrezamre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93*3970*00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Karimi</w:t>
            </w:r>
          </w:p>
        </w:tc>
        <w:tc>
          <w:tcPr>
            <w:tcW w:type="dxa" w:w="1728"/>
          </w:tcPr>
          <w:p>
            <w:r>
              <w:t>m0098mk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91*920*09*</w:t>
            </w:r>
          </w:p>
        </w:tc>
        <w:tc>
          <w:tcPr>
            <w:tcW w:type="dxa" w:w="1728"/>
          </w:tcPr>
          <w:p>
            <w:r>
              <w:t>ابراهیم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91*07072**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91*907*12*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91*90*1292</w:t>
            </w:r>
          </w:p>
        </w:tc>
        <w:tc>
          <w:tcPr>
            <w:tcW w:type="dxa" w:w="1728"/>
          </w:tcPr>
          <w:p>
            <w:r>
              <w:t>فقط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91**327013</w:t>
            </w:r>
          </w:p>
        </w:tc>
        <w:tc>
          <w:tcPr>
            <w:tcW w:type="dxa" w:w="1728"/>
          </w:tcPr>
          <w:p>
            <w:r>
              <w:t>تک‌ستاره دنیا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91*424*3*3</w:t>
            </w:r>
          </w:p>
        </w:tc>
        <w:tc>
          <w:tcPr>
            <w:tcW w:type="dxa" w:w="1728"/>
          </w:tcPr>
          <w:p>
            <w:r>
              <w:t>بهاار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90**2***13</w:t>
            </w:r>
          </w:p>
        </w:tc>
        <w:tc>
          <w:tcPr>
            <w:tcW w:type="dxa" w:w="1728"/>
          </w:tcPr>
          <w:p>
            <w:r>
              <w:t>𖣐 𝒚𝒂𝒔𝒉𝒂𝒓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Yash_so84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91*242*720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Rezaa6720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91*2*017*4</w:t>
            </w:r>
          </w:p>
        </w:tc>
        <w:tc>
          <w:tcPr>
            <w:tcW w:type="dxa" w:w="1728"/>
          </w:tcPr>
          <w:p>
            <w:r>
              <w:t>مهدى محدثی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MahdiMohadesi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91*3334*3*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Alizade javan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91*2414*7*</w:t>
            </w:r>
          </w:p>
        </w:tc>
        <w:tc>
          <w:tcPr>
            <w:tcW w:type="dxa" w:w="1728"/>
          </w:tcPr>
          <w:p>
            <w:r>
              <w:t>mahdi azarang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Mahdi_22_2_77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901***2390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Moradi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937131*97*</w:t>
            </w:r>
          </w:p>
        </w:tc>
        <w:tc>
          <w:tcPr>
            <w:tcW w:type="dxa" w:w="1728"/>
          </w:tcPr>
          <w:p>
            <w:r>
              <w:t>Mohamd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Mohamd43rt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91*3320400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91**994200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Hoseini_1399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91*79*074*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hasanzoveynn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91*9791090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91*90*3391</w:t>
            </w:r>
          </w:p>
        </w:tc>
        <w:tc>
          <w:tcPr>
            <w:tcW w:type="dxa" w:w="1728"/>
          </w:tcPr>
          <w:p>
            <w:r>
              <w:t>امیر💖پریماه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aloneeeeene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91*3319**9</w:t>
            </w:r>
          </w:p>
        </w:tc>
        <w:tc>
          <w:tcPr>
            <w:tcW w:type="dxa" w:w="1728"/>
          </w:tcPr>
          <w:p>
            <w:r>
              <w:t>علیرضا</w:t>
            </w:r>
          </w:p>
        </w:tc>
        <w:tc>
          <w:tcPr>
            <w:tcW w:type="dxa" w:w="1728"/>
          </w:tcPr>
          <w:p>
            <w:r>
              <w:t>ب</w:t>
            </w:r>
          </w:p>
        </w:tc>
        <w:tc>
          <w:tcPr>
            <w:tcW w:type="dxa" w:w="1728"/>
          </w:tcPr>
          <w:p>
            <w:r>
              <w:t>Alireza1albors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91*07*9299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younesarian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91*0*1472*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Sth1358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91*4219**4</w:t>
            </w:r>
          </w:p>
        </w:tc>
        <w:tc>
          <w:tcPr>
            <w:tcW w:type="dxa" w:w="1728"/>
          </w:tcPr>
          <w:p>
            <w:r>
              <w:t>?Mohammad⚜️⚜️lover?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99032279*3</w:t>
            </w:r>
          </w:p>
        </w:tc>
        <w:tc>
          <w:tcPr>
            <w:tcW w:type="dxa" w:w="1728"/>
          </w:tcPr>
          <w:p>
            <w:r>
              <w:t>خدایاشکرت.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91*933**04</w:t>
            </w:r>
          </w:p>
        </w:tc>
        <w:tc>
          <w:tcPr>
            <w:tcW w:type="dxa" w:w="1728"/>
          </w:tcPr>
          <w:p>
            <w:r>
              <w:t>A.M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Q8bdw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91**9932*1</w:t>
            </w:r>
          </w:p>
        </w:tc>
        <w:tc>
          <w:tcPr>
            <w:tcW w:type="dxa" w:w="1728"/>
          </w:tcPr>
          <w:p>
            <w:r>
              <w:t>Reza,,N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Mgnt8993281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91**3197**</w:t>
            </w:r>
          </w:p>
        </w:tc>
        <w:tc>
          <w:tcPr>
            <w:tcW w:type="dxa" w:w="1728"/>
          </w:tcPr>
          <w:p>
            <w:r>
              <w:t>غ 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910**220**</w:t>
            </w:r>
          </w:p>
        </w:tc>
        <w:tc>
          <w:tcPr>
            <w:tcW w:type="dxa" w:w="1728"/>
          </w:tcPr>
          <w:p>
            <w:r>
              <w:t>ramin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ramin2088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933*47430*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93*73114*7</w:t>
            </w:r>
          </w:p>
        </w:tc>
        <w:tc>
          <w:tcPr>
            <w:tcW w:type="dxa" w:w="1728"/>
          </w:tcPr>
          <w:p>
            <w:r>
              <w:t>Saeiiid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Saeiiid29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91*79*7*43</w:t>
            </w:r>
          </w:p>
        </w:tc>
        <w:tc>
          <w:tcPr>
            <w:tcW w:type="dxa" w:w="1728"/>
          </w:tcPr>
          <w:p>
            <w:r>
              <w:t>آرامش همیشگی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91**93**03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91**3**303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9307***443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haj_mansur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93*79**209</w:t>
            </w:r>
          </w:p>
        </w:tc>
        <w:tc>
          <w:tcPr>
            <w:tcW w:type="dxa" w:w="1728"/>
          </w:tcPr>
          <w:p>
            <w:r>
              <w:t>علی 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Ali_Moumeni5209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91**177*01</w:t>
            </w:r>
          </w:p>
        </w:tc>
        <w:tc>
          <w:tcPr>
            <w:tcW w:type="dxa" w:w="1728"/>
          </w:tcPr>
          <w:p>
            <w:r>
              <w:t>×👑=👑×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Leeili1380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91*97*7732</w:t>
            </w:r>
          </w:p>
        </w:tc>
        <w:tc>
          <w:tcPr>
            <w:tcW w:type="dxa" w:w="1728"/>
          </w:tcPr>
          <w:p>
            <w:r>
              <w:t>A.R.</w:t>
            </w:r>
          </w:p>
        </w:tc>
        <w:tc>
          <w:tcPr>
            <w:tcW w:type="dxa" w:w="1728"/>
          </w:tcPr>
          <w:p>
            <w:r>
              <w:t>Sareban</w:t>
            </w:r>
          </w:p>
        </w:tc>
        <w:tc>
          <w:tcPr>
            <w:tcW w:type="dxa" w:w="1728"/>
          </w:tcPr>
          <w:p>
            <w:r>
              <w:t>sareban77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91*3334**2</w:t>
            </w:r>
          </w:p>
        </w:tc>
        <w:tc>
          <w:tcPr>
            <w:tcW w:type="dxa" w:w="1728"/>
          </w:tcPr>
          <w:p>
            <w:r>
              <w:t>Baghestani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M9153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90192*4*72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Âbolfazl?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91*13*3*20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Bashi</w:t>
            </w:r>
          </w:p>
        </w:tc>
        <w:tc>
          <w:tcPr>
            <w:tcW w:type="dxa" w:w="1728"/>
          </w:tcPr>
          <w:p>
            <w:r>
              <w:t>H_bashi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93*3233131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Hamld3131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91*9*73732</w:t>
            </w:r>
          </w:p>
        </w:tc>
        <w:tc>
          <w:tcPr>
            <w:tcW w:type="dxa" w:w="1728"/>
          </w:tcPr>
          <w:p>
            <w:r>
              <w:t>روضه خوان مادرمان فاطمه کی می آیی؟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91**13*971</w:t>
            </w:r>
          </w:p>
        </w:tc>
        <w:tc>
          <w:tcPr>
            <w:tcW w:type="dxa" w:w="1728"/>
          </w:tcPr>
          <w:p>
            <w:r>
              <w:t>ابوالفضل دباغی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Abulfazldabbaghi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90213*104*</w:t>
            </w:r>
          </w:p>
        </w:tc>
        <w:tc>
          <w:tcPr>
            <w:tcW w:type="dxa" w:w="1728"/>
          </w:tcPr>
          <w:p>
            <w:r>
              <w:t>شركت آباددشت آركيده سبز(آداس)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93*0204***</w:t>
            </w:r>
          </w:p>
        </w:tc>
        <w:tc>
          <w:tcPr>
            <w:tcW w:type="dxa" w:w="1728"/>
          </w:tcPr>
          <w:p>
            <w:r>
              <w:t>مهدی تیموری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mahdi09360204586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91*9343401</w:t>
            </w:r>
          </w:p>
        </w:tc>
        <w:tc>
          <w:tcPr>
            <w:tcW w:type="dxa" w:w="1728"/>
          </w:tcPr>
          <w:p>
            <w:r>
              <w:t>باران و ابوالفضل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91*933**47</w:t>
            </w:r>
          </w:p>
        </w:tc>
        <w:tc>
          <w:tcPr>
            <w:tcW w:type="dxa" w:w="1728"/>
          </w:tcPr>
          <w:p>
            <w:r>
              <w:t>...‌.💞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91*00*7**9</w:t>
            </w:r>
          </w:p>
        </w:tc>
        <w:tc>
          <w:tcPr>
            <w:tcW w:type="dxa" w:w="1728"/>
          </w:tcPr>
          <w:p>
            <w:r>
              <w:t>ی روز خوب میاد#@@؟!؟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mohamad_gohari0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91*9309719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991***14*7</w:t>
            </w:r>
          </w:p>
        </w:tc>
        <w:tc>
          <w:tcPr>
            <w:tcW w:type="dxa" w:w="1728"/>
          </w:tcPr>
          <w:p>
            <w:r>
              <w:t>▂▃▄▅▆▇█▓▒░ݦځݦد 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M1381mohammad1381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91*3321*24</w:t>
            </w:r>
          </w:p>
        </w:tc>
        <w:tc>
          <w:tcPr>
            <w:tcW w:type="dxa" w:w="1728"/>
          </w:tcPr>
          <w:p>
            <w:r>
              <w:t>reza.m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91**133*33</w:t>
            </w:r>
          </w:p>
        </w:tc>
        <w:tc>
          <w:tcPr>
            <w:tcW w:type="dxa" w:w="1728"/>
          </w:tcPr>
          <w:p>
            <w:r>
              <w:t>Asma-Rajabi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Asmarajabi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91*931491*</w:t>
            </w:r>
          </w:p>
        </w:tc>
        <w:tc>
          <w:tcPr>
            <w:tcW w:type="dxa" w:w="1728"/>
          </w:tcPr>
          <w:p>
            <w:r>
              <w:t>M R</w:t>
            </w:r>
          </w:p>
        </w:tc>
        <w:tc>
          <w:tcPr>
            <w:tcW w:type="dxa" w:w="1728"/>
          </w:tcPr>
          <w:p>
            <w:r>
              <w:t>Momeni</w:t>
            </w:r>
          </w:p>
        </w:tc>
        <w:tc>
          <w:tcPr>
            <w:tcW w:type="dxa" w:w="1728"/>
          </w:tcPr>
          <w:p>
            <w:r>
              <w:t>Mrm62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91***7*29*</w:t>
            </w:r>
          </w:p>
        </w:tc>
        <w:tc>
          <w:tcPr>
            <w:tcW w:type="dxa" w:w="1728"/>
          </w:tcPr>
          <w:p>
            <w:r>
              <w:t>R313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91*9329324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>
              <w:t>K....H</w:t>
            </w:r>
          </w:p>
        </w:tc>
        <w:tc>
          <w:tcPr>
            <w:tcW w:type="dxa" w:w="1728"/>
          </w:tcPr>
          <w:p>
            <w:r>
              <w:t>Hasan_kh9324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91*3321409</w:t>
            </w:r>
          </w:p>
        </w:tc>
        <w:tc>
          <w:tcPr>
            <w:tcW w:type="dxa" w:w="1728"/>
          </w:tcPr>
          <w:p>
            <w:r>
              <w:t>(AMIR)🤗😎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93992*3012</w:t>
            </w:r>
          </w:p>
        </w:tc>
        <w:tc>
          <w:tcPr>
            <w:tcW w:type="dxa" w:w="1728"/>
          </w:tcPr>
          <w:p>
            <w:r>
              <w:t>mohammed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91**132920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>
              <w:t>Sareban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91*3334**0</w:t>
            </w:r>
          </w:p>
        </w:tc>
        <w:tc>
          <w:tcPr>
            <w:tcW w:type="dxa" w:w="1728"/>
          </w:tcPr>
          <w:p>
            <w:r>
              <w:t>زهرا🥰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93**40***4</w:t>
            </w:r>
          </w:p>
        </w:tc>
        <w:tc>
          <w:tcPr>
            <w:tcW w:type="dxa" w:w="1728"/>
          </w:tcPr>
          <w:p>
            <w:r>
              <w:t>محسن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Mohsen_pari1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91**303920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91*93292**</w:t>
            </w:r>
          </w:p>
        </w:tc>
        <w:tc>
          <w:tcPr>
            <w:tcW w:type="dxa" w:w="1728"/>
          </w:tcPr>
          <w:p>
            <w:r>
              <w:t>محمدرضا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hesam9288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91*24*4070</w:t>
            </w:r>
          </w:p>
        </w:tc>
        <w:tc>
          <w:tcPr>
            <w:tcW w:type="dxa" w:w="1728"/>
          </w:tcPr>
          <w:p>
            <w:r>
              <w:t>Abbas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Ab_kh_40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91**112977</w:t>
            </w:r>
          </w:p>
        </w:tc>
        <w:tc>
          <w:tcPr>
            <w:tcW w:type="dxa" w:w="1728"/>
          </w:tcPr>
          <w:p>
            <w:r>
              <w:t>J v a 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Javanhemat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  <w:tr>
        <w:tc>
          <w:tcPr>
            <w:tcW w:type="dxa" w:w="1728"/>
          </w:tcPr>
          <w:p>
            <w:r>
              <w:t>9019*74*00</w:t>
            </w:r>
          </w:p>
        </w:tc>
        <w:tc>
          <w:tcPr>
            <w:tcW w:type="dxa" w:w="1728"/>
          </w:tcPr>
          <w:p>
            <w:r>
              <w:t>R&amp;s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R57_s</w:t>
            </w:r>
          </w:p>
        </w:tc>
        <w:tc>
          <w:tcPr>
            <w:tcW w:type="dxa" w:w="1728"/>
          </w:tcPr>
          <w:p>
            <w:r>
              <w:t>مهدی محدثی (( فعال فرهنگی، هنری و رسانه‌ای مه‌ولات ))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مهدی محدثی (( فعال فرهنگی، هنری و رسانه‌ای مه‌ولات ))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