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مهارت آشپـزے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مهارت آشپـزے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930*724*0*</w:t>
            </w:r>
          </w:p>
        </w:tc>
        <w:tc>
          <w:tcPr>
            <w:tcW w:type="dxa" w:w="1728"/>
          </w:tcPr>
          <w:p>
            <w:r>
              <w:t>مهـ۪۪۪۪۪ٕ۪۪۪ۡ۟۟۟͜͝ـرٜٜٜٜٜٜٜٜٜٜٜٜ۟۟۟۟۟ؒ͜͝اـଠنོٜۙۙۙۙۙۙۙۙۙː̶ٖٖٜٖٖٜː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9191739172</w:t>
            </w:r>
          </w:p>
        </w:tc>
        <w:tc>
          <w:tcPr>
            <w:tcW w:type="dxa" w:w="1728"/>
          </w:tcPr>
          <w:p>
            <w:r>
              <w:t>Farzane😉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Farzane70rahimi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9147****02</w:t>
            </w:r>
          </w:p>
        </w:tc>
        <w:tc>
          <w:tcPr>
            <w:tcW w:type="dxa" w:w="1728"/>
          </w:tcPr>
          <w:p>
            <w:r>
              <w:t>yosef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Yousenjd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91*2*471**</w:t>
            </w:r>
          </w:p>
        </w:tc>
        <w:tc>
          <w:tcPr>
            <w:tcW w:type="dxa" w:w="1728"/>
          </w:tcPr>
          <w:p>
            <w:r>
              <w:t>مهسا♥♡♥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9134*0**41</w:t>
            </w:r>
          </w:p>
        </w:tc>
        <w:tc>
          <w:tcPr>
            <w:tcW w:type="dxa" w:w="1728"/>
          </w:tcPr>
          <w:p>
            <w:r>
              <w:t>طیبه نیپال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9132*9**7*</w:t>
            </w:r>
          </w:p>
        </w:tc>
        <w:tc>
          <w:tcPr>
            <w:tcW w:type="dxa" w:w="1728"/>
          </w:tcPr>
          <w:p>
            <w:r>
              <w:t>مهشاد</w:t>
            </w:r>
          </w:p>
        </w:tc>
        <w:tc>
          <w:tcPr>
            <w:tcW w:type="dxa" w:w="1728"/>
          </w:tcPr>
          <w:p>
            <w:r>
              <w:t>ایمانی</w:t>
            </w:r>
          </w:p>
        </w:tc>
        <w:tc>
          <w:tcPr>
            <w:tcW w:type="dxa" w:w="1728"/>
          </w:tcPr>
          <w:p>
            <w:r>
              <w:t>Prezaiee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9132137*31</w:t>
            </w:r>
          </w:p>
        </w:tc>
        <w:tc>
          <w:tcPr>
            <w:tcW w:type="dxa" w:w="1728"/>
          </w:tcPr>
          <w:p>
            <w:r>
              <w:t>zarii#_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91*2097**3</w:t>
            </w:r>
          </w:p>
        </w:tc>
        <w:tc>
          <w:tcPr>
            <w:tcW w:type="dxa" w:w="1728"/>
          </w:tcPr>
          <w:p>
            <w:r>
              <w:t>SAGDH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912*923774</w:t>
            </w:r>
          </w:p>
        </w:tc>
        <w:tc>
          <w:tcPr>
            <w:tcW w:type="dxa" w:w="1728"/>
          </w:tcPr>
          <w:p>
            <w:r>
              <w:t>h.r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91201*2742</w:t>
            </w:r>
          </w:p>
        </w:tc>
        <w:tc>
          <w:tcPr>
            <w:tcW w:type="dxa" w:w="1728"/>
          </w:tcPr>
          <w:p>
            <w:r>
              <w:t>M 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MH97SN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990303***0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Afshinfs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91323092**</w:t>
            </w:r>
          </w:p>
        </w:tc>
        <w:tc>
          <w:tcPr>
            <w:tcW w:type="dxa" w:w="1728"/>
          </w:tcPr>
          <w:p>
            <w:r>
              <w:t>Parisa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Parisa_jamshidian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91479*4*34</w:t>
            </w:r>
          </w:p>
        </w:tc>
        <w:tc>
          <w:tcPr>
            <w:tcW w:type="dxa" w:w="1728"/>
          </w:tcPr>
          <w:p>
            <w:r>
              <w:t>♪♫•*¨*•.¸¸❤Ramyar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ramejon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90131700*3</w:t>
            </w:r>
          </w:p>
        </w:tc>
        <w:tc>
          <w:tcPr>
            <w:tcW w:type="dxa" w:w="1728"/>
          </w:tcPr>
          <w:p>
            <w:r>
              <w:t>98653</w:t>
            </w:r>
          </w:p>
        </w:tc>
        <w:tc>
          <w:tcPr>
            <w:tcW w:type="dxa" w:w="1728"/>
          </w:tcPr>
          <w:p>
            <w:r>
              <w:t>9653</w:t>
            </w:r>
          </w:p>
        </w:tc>
        <w:tc>
          <w:tcPr>
            <w:tcW w:type="dxa" w:w="1728"/>
          </w:tcPr>
          <w:p>
            <w:r>
              <w:t>Sarabano55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914*0*32*0</w:t>
            </w:r>
          </w:p>
        </w:tc>
        <w:tc>
          <w:tcPr>
            <w:tcW w:type="dxa" w:w="1728"/>
          </w:tcPr>
          <w:p>
            <w:r>
              <w:t>|\|@z|_i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9191**1*30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Azizi919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933*297*0*</w:t>
            </w:r>
          </w:p>
        </w:tc>
        <w:tc>
          <w:tcPr>
            <w:tcW w:type="dxa" w:w="1728"/>
          </w:tcPr>
          <w:p>
            <w:r>
              <w:t>م مثل مادرم که با دنیا عوضش نمیکنم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91444*139*</w:t>
            </w:r>
          </w:p>
        </w:tc>
        <w:tc>
          <w:tcPr>
            <w:tcW w:type="dxa" w:w="1728"/>
          </w:tcPr>
          <w:p>
            <w:r>
              <w:t>R.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roze_germez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901***0*74</w:t>
            </w:r>
          </w:p>
        </w:tc>
        <w:tc>
          <w:tcPr>
            <w:tcW w:type="dxa" w:w="1728"/>
          </w:tcPr>
          <w:p>
            <w:r>
              <w:t>H.j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hakime_jafary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9037132**1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93712*0***</w:t>
            </w:r>
          </w:p>
        </w:tc>
        <w:tc>
          <w:tcPr>
            <w:tcW w:type="dxa" w:w="1728"/>
          </w:tcPr>
          <w:p>
            <w:r>
              <w:t>?F.Mobarez?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Mbrz96_22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9147333*09</w:t>
            </w:r>
          </w:p>
        </w:tc>
        <w:tc>
          <w:tcPr>
            <w:tcW w:type="dxa" w:w="1728"/>
          </w:tcPr>
          <w:p>
            <w:r>
              <w:t>Sima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9037*34***</w:t>
            </w:r>
          </w:p>
        </w:tc>
        <w:tc>
          <w:tcPr>
            <w:tcW w:type="dxa" w:w="1728"/>
          </w:tcPr>
          <w:p>
            <w:r>
              <w:t>˙·٠•●♥ Ƹ̵̡Ӝ̵̨̄Ʒẏṓṅḙṧ Ƹ̵̡Ӝ̵̨̄Ʒ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yyyonesyy4686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9101**7307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MMjigar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91074**390</w:t>
            </w:r>
          </w:p>
        </w:tc>
        <w:tc>
          <w:tcPr>
            <w:tcW w:type="dxa" w:w="1728"/>
          </w:tcPr>
          <w:p>
            <w:r>
              <w:t>K98.K1400,.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91*97*0*31</w:t>
            </w:r>
          </w:p>
        </w:tc>
        <w:tc>
          <w:tcPr>
            <w:tcW w:type="dxa" w:w="1728"/>
          </w:tcPr>
          <w:p>
            <w:r>
              <w:t>ஜ۩۩ஜ مهیاد۱۳۹۶ஜ۩۩ஜ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91*2*9*1*7</w:t>
            </w:r>
          </w:p>
        </w:tc>
        <w:tc>
          <w:tcPr>
            <w:tcW w:type="dxa" w:w="1728"/>
          </w:tcPr>
          <w:p>
            <w:r>
              <w:t>Puria</w:t>
            </w:r>
          </w:p>
        </w:tc>
        <w:tc>
          <w:tcPr>
            <w:tcW w:type="dxa" w:w="1728"/>
          </w:tcPr>
          <w:p>
            <w:r>
              <w:t>Poria</w:t>
            </w:r>
          </w:p>
        </w:tc>
        <w:tc>
          <w:tcPr>
            <w:tcW w:type="dxa" w:w="1728"/>
          </w:tcPr>
          <w:p>
            <w:r>
              <w:t>Puriajoon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9394414***</w:t>
            </w:r>
          </w:p>
        </w:tc>
        <w:tc>
          <w:tcPr>
            <w:tcW w:type="dxa" w:w="1728"/>
          </w:tcPr>
          <w:p>
            <w:r>
              <w:t>Z...s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901***110*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zomorod29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9904211304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933*297212</w:t>
            </w:r>
          </w:p>
        </w:tc>
        <w:tc>
          <w:tcPr>
            <w:tcW w:type="dxa" w:w="1728"/>
          </w:tcPr>
          <w:p>
            <w:r>
              <w:t>12345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9121*2*2*0</w:t>
            </w:r>
          </w:p>
        </w:tc>
        <w:tc>
          <w:tcPr>
            <w:tcW w:type="dxa" w:w="1728"/>
          </w:tcPr>
          <w:p>
            <w:r>
              <w:t>F.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F_zahra7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9140**1*00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93*427910*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Maryambr69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93**1*401*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93741*0217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914*04**19</w:t>
            </w:r>
          </w:p>
        </w:tc>
        <w:tc>
          <w:tcPr>
            <w:tcW w:type="dxa" w:w="1728"/>
          </w:tcPr>
          <w:p>
            <w:r>
              <w:t>Yasna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914412*072</w:t>
            </w:r>
          </w:p>
        </w:tc>
        <w:tc>
          <w:tcPr>
            <w:tcW w:type="dxa" w:w="1728"/>
          </w:tcPr>
          <w:p>
            <w:r>
              <w:t>Navideh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Navideh0052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9332042413</w:t>
            </w:r>
          </w:p>
        </w:tc>
        <w:tc>
          <w:tcPr>
            <w:tcW w:type="dxa" w:w="1728"/>
          </w:tcPr>
          <w:p>
            <w:r>
              <w:t>atefe</w:t>
            </w:r>
          </w:p>
        </w:tc>
        <w:tc>
          <w:tcPr>
            <w:tcW w:type="dxa" w:w="1728"/>
          </w:tcPr>
          <w:p>
            <w:r>
              <w:t>sadrayi8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9334**7170</w:t>
            </w:r>
          </w:p>
        </w:tc>
        <w:tc>
          <w:tcPr>
            <w:tcW w:type="dxa" w:w="1728"/>
          </w:tcPr>
          <w:p>
            <w:r>
              <w:t>امانی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9149*11942</w:t>
            </w:r>
          </w:p>
        </w:tc>
        <w:tc>
          <w:tcPr>
            <w:tcW w:type="dxa" w:w="1728"/>
          </w:tcPr>
          <w:p>
            <w:r>
              <w:t>Elham-s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90292*43*3</w:t>
            </w:r>
          </w:p>
        </w:tc>
        <w:tc>
          <w:tcPr>
            <w:tcW w:type="dxa" w:w="1728"/>
          </w:tcPr>
          <w:p>
            <w:r>
              <w:t>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9194*117**</w:t>
            </w:r>
          </w:p>
        </w:tc>
        <w:tc>
          <w:tcPr>
            <w:tcW w:type="dxa" w:w="1728"/>
          </w:tcPr>
          <w:p>
            <w:r>
              <w:t>Z.</w:t>
            </w:r>
          </w:p>
        </w:tc>
        <w:tc>
          <w:tcPr>
            <w:tcW w:type="dxa" w:w="1728"/>
          </w:tcPr>
          <w:p>
            <w:r>
              <w:t>Nik</w:t>
            </w:r>
          </w:p>
        </w:tc>
        <w:tc>
          <w:tcPr>
            <w:tcW w:type="dxa" w:w="1728"/>
          </w:tcPr>
          <w:p>
            <w:r>
              <w:t>Yaldastudioo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914*390774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913**3*92*</w:t>
            </w:r>
          </w:p>
        </w:tc>
        <w:tc>
          <w:tcPr>
            <w:tcW w:type="dxa" w:w="1728"/>
          </w:tcPr>
          <w:p>
            <w:r>
              <w:t>۸۶۴۹۶</w:t>
            </w:r>
          </w:p>
        </w:tc>
        <w:tc>
          <w:tcPr>
            <w:tcW w:type="dxa" w:w="1728"/>
          </w:tcPr>
          <w:p>
            <w:r>
              <w:t>عشق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903*4992*9</w:t>
            </w:r>
          </w:p>
        </w:tc>
        <w:tc>
          <w:tcPr>
            <w:tcW w:type="dxa" w:w="1728"/>
          </w:tcPr>
          <w:p>
            <w:r>
              <w:t>mehrshad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Mehrshad_21_21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9137413944</w:t>
            </w:r>
          </w:p>
        </w:tc>
        <w:tc>
          <w:tcPr>
            <w:tcW w:type="dxa" w:w="1728"/>
          </w:tcPr>
          <w:p>
            <w:r>
              <w:t>مینو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93397*027*</w:t>
            </w:r>
          </w:p>
        </w:tc>
        <w:tc>
          <w:tcPr>
            <w:tcW w:type="dxa" w:w="1728"/>
          </w:tcPr>
          <w:p>
            <w:r>
              <w:t>پوریا</w:t>
            </w:r>
          </w:p>
        </w:tc>
        <w:tc>
          <w:tcPr>
            <w:tcW w:type="dxa" w:w="1728"/>
          </w:tcPr>
          <w:p>
            <w:r>
              <w:t>Kaka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90291012*0</w:t>
            </w:r>
          </w:p>
        </w:tc>
        <w:tc>
          <w:tcPr>
            <w:tcW w:type="dxa" w:w="1728"/>
          </w:tcPr>
          <w:p>
            <w:r>
              <w:t>بهار امینی منشی گروه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Bahar_amini_moshaver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9332917*44</w:t>
            </w:r>
          </w:p>
        </w:tc>
        <w:tc>
          <w:tcPr>
            <w:tcW w:type="dxa" w:w="1728"/>
          </w:tcPr>
          <w:p>
            <w:r>
              <w:t>Roya.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93*****0*2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behzad5062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91309*009*</w:t>
            </w:r>
          </w:p>
        </w:tc>
        <w:tc>
          <w:tcPr>
            <w:tcW w:type="dxa" w:w="1728"/>
          </w:tcPr>
          <w:p>
            <w:r>
              <w:t>امیر عباس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motahare1380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937*073*32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910*212717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Fatemekad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9140***30*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93*0727907</w:t>
            </w:r>
          </w:p>
        </w:tc>
        <w:tc>
          <w:tcPr>
            <w:tcW w:type="dxa" w:w="1728"/>
          </w:tcPr>
          <w:p>
            <w:r>
              <w:t>Minaaaaaaa</w:t>
            </w:r>
          </w:p>
        </w:tc>
        <w:tc>
          <w:tcPr>
            <w:tcW w:type="dxa" w:w="1728"/>
          </w:tcPr>
          <w:p>
            <w:r>
              <w:t>Plm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911424*440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>
              <w:t>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91*1172**4</w:t>
            </w:r>
          </w:p>
        </w:tc>
        <w:tc>
          <w:tcPr>
            <w:tcW w:type="dxa" w:w="1728"/>
          </w:tcPr>
          <w:p>
            <w:r>
              <w:t>mirblouki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9911101*0*</w:t>
            </w:r>
          </w:p>
        </w:tc>
        <w:tc>
          <w:tcPr>
            <w:tcW w:type="dxa" w:w="1728"/>
          </w:tcPr>
          <w:p>
            <w:r>
              <w:t>Noyanrasa adv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Noyanrasa_adv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990**97*39</w:t>
            </w:r>
          </w:p>
        </w:tc>
        <w:tc>
          <w:tcPr>
            <w:tcW w:type="dxa" w:w="1728"/>
          </w:tcPr>
          <w:p>
            <w:r>
              <w:t>📚محمد مهدی</w:t>
            </w:r>
          </w:p>
        </w:tc>
        <w:tc>
          <w:tcPr>
            <w:tcW w:type="dxa" w:w="1728"/>
          </w:tcPr>
          <w:p>
            <w:r>
              <w:t>برمکی</w:t>
            </w:r>
          </w:p>
        </w:tc>
        <w:tc>
          <w:tcPr>
            <w:tcW w:type="dxa" w:w="1728"/>
          </w:tcPr>
          <w:p>
            <w:r>
              <w:t>MmBarmaki68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9034*92441</w:t>
            </w:r>
          </w:p>
        </w:tc>
        <w:tc>
          <w:tcPr>
            <w:tcW w:type="dxa" w:w="1728"/>
          </w:tcPr>
          <w:p>
            <w:r>
              <w:t>جاسـ۪ٜ۪ٞٞٞـ۪ٜ۪ٜ۪ٞٞٞٞٞـٍٍِ۪ٜ۪ٜ۪ٜ۪ٞٞٞٞٞٞٞۘۘۘۘۘۘۘ͜͡ဋًٍ͜͜͜͜͜͜͜͡͡͡͡͡͡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Xxxhxxxw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91*7*41993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93*7**0324</w:t>
            </w:r>
          </w:p>
        </w:tc>
        <w:tc>
          <w:tcPr>
            <w:tcW w:type="dxa" w:w="1728"/>
          </w:tcPr>
          <w:p>
            <w:r>
              <w:t>Roham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rroohham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9194*9**04</w:t>
            </w:r>
          </w:p>
        </w:tc>
        <w:tc>
          <w:tcPr>
            <w:tcW w:type="dxa" w:w="1728"/>
          </w:tcPr>
          <w:p>
            <w:r>
              <w:t>─═हई╬ Fatemeh yekta╬ईह═─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F1979Y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933*794**9</w:t>
            </w:r>
          </w:p>
        </w:tc>
        <w:tc>
          <w:tcPr>
            <w:tcW w:type="dxa" w:w="1728"/>
          </w:tcPr>
          <w:p>
            <w:r>
              <w:t>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914494737*</w:t>
            </w:r>
          </w:p>
        </w:tc>
        <w:tc>
          <w:tcPr>
            <w:tcW w:type="dxa" w:w="1728"/>
          </w:tcPr>
          <w:p>
            <w:r>
              <w:t>شیرین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9211*17922</w:t>
            </w:r>
          </w:p>
        </w:tc>
        <w:tc>
          <w:tcPr>
            <w:tcW w:type="dxa" w:w="1728"/>
          </w:tcPr>
          <w:p>
            <w:r>
              <w:t>faezeh zamani rad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fghamf5765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937243273*</w:t>
            </w:r>
          </w:p>
        </w:tc>
        <w:tc>
          <w:tcPr>
            <w:tcW w:type="dxa" w:w="1728"/>
          </w:tcPr>
          <w:p>
            <w:r>
              <w:t>Princessaro0sak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Pricessarosak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91*7*4*97*</w:t>
            </w:r>
          </w:p>
        </w:tc>
        <w:tc>
          <w:tcPr>
            <w:tcW w:type="dxa" w:w="1728"/>
          </w:tcPr>
          <w:p>
            <w:r>
              <w:t>A.P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AERYAN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91422392**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Mou3avi67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9031*91224</w:t>
            </w:r>
          </w:p>
        </w:tc>
        <w:tc>
          <w:tcPr>
            <w:tcW w:type="dxa" w:w="1728"/>
          </w:tcPr>
          <w:p>
            <w:r>
              <w:t>..mohamad</w:t>
            </w:r>
          </w:p>
        </w:tc>
        <w:tc>
          <w:tcPr>
            <w:tcW w:type="dxa" w:w="1728"/>
          </w:tcPr>
          <w:p>
            <w:r>
              <w:t>tatooo.</w:t>
            </w:r>
          </w:p>
        </w:tc>
        <w:tc>
          <w:tcPr>
            <w:tcW w:type="dxa" w:w="1728"/>
          </w:tcPr>
          <w:p>
            <w:r>
              <w:t>Mohamadtato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93***13130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Imani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903***2**7</w:t>
            </w:r>
          </w:p>
        </w:tc>
        <w:tc>
          <w:tcPr>
            <w:tcW w:type="dxa" w:w="1728"/>
          </w:tcPr>
          <w:p>
            <w:r>
              <w:t>? ?پرنیان 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93*2**0312</w:t>
            </w:r>
          </w:p>
        </w:tc>
        <w:tc>
          <w:tcPr>
            <w:tcW w:type="dxa" w:w="1728"/>
          </w:tcPr>
          <w:p>
            <w:r>
              <w:t>❤ یزدان 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Yaaazdaan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9120*331*2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ZahraRamezani58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933*2077**</w:t>
            </w:r>
          </w:p>
        </w:tc>
        <w:tc>
          <w:tcPr>
            <w:tcW w:type="dxa" w:w="1728"/>
          </w:tcPr>
          <w:p>
            <w:r>
              <w:t>🌾🌾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nostelozhi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910029**10</w:t>
            </w:r>
          </w:p>
        </w:tc>
        <w:tc>
          <w:tcPr>
            <w:tcW w:type="dxa" w:w="1728"/>
          </w:tcPr>
          <w:p>
            <w:r>
              <w:t>Ava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9112731107</w:t>
            </w:r>
          </w:p>
        </w:tc>
        <w:tc>
          <w:tcPr>
            <w:tcW w:type="dxa" w:w="1728"/>
          </w:tcPr>
          <w:p>
            <w:r>
              <w:t>miss.s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Sbriiiiri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91*9*390*9</w:t>
            </w:r>
          </w:p>
        </w:tc>
        <w:tc>
          <w:tcPr>
            <w:tcW w:type="dxa" w:w="1728"/>
          </w:tcPr>
          <w:p>
            <w:r>
              <w:t>نفس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ha_na67</w:t>
            </w:r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  <w:tr>
        <w:tc>
          <w:tcPr>
            <w:tcW w:type="dxa" w:w="1728"/>
          </w:tcPr>
          <w:p>
            <w:r>
              <w:t>9147***31*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🍒مهارت آشپـزے🍒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مهارت آشپـزے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