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مهاجرت کاری پرستاران و كادر درمان به انگلستان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مهاجرت کاری پرستاران و كادر درمان به انگلستان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9107*0*1**</w:t>
            </w:r>
          </w:p>
        </w:tc>
        <w:tc>
          <w:tcPr>
            <w:tcW w:type="dxa" w:w="1728"/>
          </w:tcPr>
          <w:p>
            <w:r>
              <w:t>Beheshte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beheshte_ert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91*9030947</w:t>
            </w:r>
          </w:p>
        </w:tc>
        <w:tc>
          <w:tcPr>
            <w:tcW w:type="dxa" w:w="1728"/>
          </w:tcPr>
          <w:p>
            <w:r>
              <w:t>Fahime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f1m1e1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91*1**41**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Darling2278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93***72724</w:t>
            </w:r>
          </w:p>
        </w:tc>
        <w:tc>
          <w:tcPr>
            <w:tcW w:type="dxa" w:w="1728"/>
          </w:tcPr>
          <w:p>
            <w:r>
              <w:t>^</w:t>
            </w:r>
          </w:p>
        </w:tc>
        <w:tc>
          <w:tcPr>
            <w:tcW w:type="dxa" w:w="1728"/>
          </w:tcPr>
          <w:p>
            <w:r>
              <w:t>^</w:t>
            </w:r>
          </w:p>
        </w:tc>
        <w:tc>
          <w:tcPr>
            <w:tcW w:type="dxa" w:w="1728"/>
          </w:tcPr>
          <w:p>
            <w:r>
              <w:t>nilo0far9213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9129*973**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Noroozi</w:t>
            </w:r>
          </w:p>
        </w:tc>
        <w:tc>
          <w:tcPr>
            <w:tcW w:type="dxa" w:w="1728"/>
          </w:tcPr>
          <w:p>
            <w:r>
              <w:t>aleenrZ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912233**94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Liyli_marefat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91*9*2*1*4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Alvandi</w:t>
            </w:r>
          </w:p>
        </w:tc>
        <w:tc>
          <w:tcPr>
            <w:tcW w:type="dxa" w:w="1728"/>
          </w:tcPr>
          <w:p>
            <w:r>
              <w:t>Philonurse20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917900**47</w:t>
            </w:r>
          </w:p>
        </w:tc>
        <w:tc>
          <w:tcPr>
            <w:tcW w:type="dxa" w:w="1728"/>
          </w:tcPr>
          <w:p>
            <w:r>
              <w:t>BinSoltan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SoltanBinKhalifa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93*7399*00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Shr_nfs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91914*1394</w:t>
            </w:r>
          </w:p>
        </w:tc>
        <w:tc>
          <w:tcPr>
            <w:tcW w:type="dxa" w:w="1728"/>
          </w:tcPr>
          <w:p>
            <w:r>
              <w:t>JAVAD:</w:t>
            </w:r>
          </w:p>
        </w:tc>
        <w:tc>
          <w:tcPr>
            <w:tcW w:type="dxa" w:w="1728"/>
          </w:tcPr>
          <w:p>
            <w:r>
              <w:t>:BIKDEL</w:t>
            </w:r>
          </w:p>
        </w:tc>
        <w:tc>
          <w:tcPr>
            <w:tcW w:type="dxa" w:w="1728"/>
          </w:tcPr>
          <w:p>
            <w:r>
              <w:t>Javad0282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91**99*912</w:t>
            </w:r>
          </w:p>
        </w:tc>
        <w:tc>
          <w:tcPr>
            <w:tcW w:type="dxa" w:w="1728"/>
          </w:tcPr>
          <w:p>
            <w:r>
              <w:t>ALi hesari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Ali_Hesari74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91201*3119</w:t>
            </w:r>
          </w:p>
        </w:tc>
        <w:tc>
          <w:tcPr>
            <w:tcW w:type="dxa" w:w="1728"/>
          </w:tcPr>
          <w:p>
            <w:r>
              <w:t>FARIBORZ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Fariborz_Azizi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90327**299</w:t>
            </w:r>
          </w:p>
        </w:tc>
        <w:tc>
          <w:tcPr>
            <w:tcW w:type="dxa" w:w="1728"/>
          </w:tcPr>
          <w:p>
            <w:r>
              <w:t>TiNa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tindan3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90**4*1747</w:t>
            </w:r>
          </w:p>
        </w:tc>
        <w:tc>
          <w:tcPr>
            <w:tcW w:type="dxa" w:w="1728"/>
          </w:tcPr>
          <w:p>
            <w:r>
              <w:t>Jeyran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fahi6791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912**742*1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saeedpour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9119393*10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Nrf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99179**04*</w:t>
            </w:r>
          </w:p>
        </w:tc>
        <w:tc>
          <w:tcPr>
            <w:tcW w:type="dxa" w:w="1728"/>
          </w:tcPr>
          <w:p>
            <w:r>
              <w:t>ΛMłЯ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amiresmaeili11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93*7117*73</w:t>
            </w:r>
          </w:p>
        </w:tc>
        <w:tc>
          <w:tcPr>
            <w:tcW w:type="dxa" w:w="1728"/>
          </w:tcPr>
          <w:p>
            <w:r>
              <w:t>💖Farhad💖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Farhadmirabzadeh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9120217933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GerayDK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921**03117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saddraculala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9173*17*0*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912**9**4*</w:t>
            </w:r>
          </w:p>
        </w:tc>
        <w:tc>
          <w:tcPr>
            <w:tcW w:type="dxa" w:w="1728"/>
          </w:tcPr>
          <w:p>
            <w:r>
              <w:t>Ali Sadeghi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AliSadeghi7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911****122</w:t>
            </w:r>
          </w:p>
        </w:tc>
        <w:tc>
          <w:tcPr>
            <w:tcW w:type="dxa" w:w="1728"/>
          </w:tcPr>
          <w:p>
            <w:r>
              <w:t>Ayna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ayna_nazari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91*79310*3</w:t>
            </w:r>
          </w:p>
        </w:tc>
        <w:tc>
          <w:tcPr>
            <w:tcW w:type="dxa" w:w="1728"/>
          </w:tcPr>
          <w:p>
            <w:r>
              <w:t>nstraan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939391*7**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Farhadiii_reza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93*911331*</w:t>
            </w:r>
          </w:p>
        </w:tc>
        <w:tc>
          <w:tcPr>
            <w:tcW w:type="dxa" w:w="1728"/>
          </w:tcPr>
          <w:p>
            <w:r>
              <w:t>Sahar🙆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Twilight_A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9121*94047</w:t>
            </w:r>
          </w:p>
        </w:tc>
        <w:tc>
          <w:tcPr>
            <w:tcW w:type="dxa" w:w="1728"/>
          </w:tcPr>
          <w:p>
            <w:r>
              <w:t>Dr. H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drhh2021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912*17*1*0</w:t>
            </w:r>
          </w:p>
        </w:tc>
        <w:tc>
          <w:tcPr>
            <w:tcW w:type="dxa" w:w="1728"/>
          </w:tcPr>
          <w:p>
            <w:r>
              <w:t>Parinaz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Parinaz_r23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937*00113*</w:t>
            </w:r>
          </w:p>
        </w:tc>
        <w:tc>
          <w:tcPr>
            <w:tcW w:type="dxa" w:w="1728"/>
          </w:tcPr>
          <w:p>
            <w:r>
              <w:t>nasim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N_tshr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9131090143</w:t>
            </w:r>
          </w:p>
        </w:tc>
        <w:tc>
          <w:tcPr>
            <w:tcW w:type="dxa" w:w="1728"/>
          </w:tcPr>
          <w:p>
            <w:r>
              <w:t>Azadeh.br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azi198059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91*13347*4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Afshin_Amohmmdi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910333*914</w:t>
            </w:r>
          </w:p>
        </w:tc>
        <w:tc>
          <w:tcPr>
            <w:tcW w:type="dxa" w:w="1728"/>
          </w:tcPr>
          <w:p>
            <w:r>
              <w:t>فرهاد</w:t>
            </w:r>
          </w:p>
        </w:tc>
        <w:tc>
          <w:tcPr>
            <w:tcW w:type="dxa" w:w="1728"/>
          </w:tcPr>
          <w:p>
            <w:r>
              <w:t>نیکزاد</w:t>
            </w:r>
          </w:p>
        </w:tc>
        <w:tc>
          <w:tcPr>
            <w:tcW w:type="dxa" w:w="1728"/>
          </w:tcPr>
          <w:p>
            <w:r>
              <w:t>iTheFarhad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937**12***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9391****90</w:t>
            </w:r>
          </w:p>
        </w:tc>
        <w:tc>
          <w:tcPr>
            <w:tcW w:type="dxa" w:w="1728"/>
          </w:tcPr>
          <w:p>
            <w:r>
              <w:t>Saɦar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Saharftm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91231702**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R-Sh</w:t>
            </w:r>
          </w:p>
        </w:tc>
        <w:tc>
          <w:tcPr>
            <w:tcW w:type="dxa" w:w="1728"/>
          </w:tcPr>
          <w:p>
            <w:r>
              <w:t>RezaeiShahmirzady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92127*71**</w:t>
            </w:r>
          </w:p>
        </w:tc>
        <w:tc>
          <w:tcPr>
            <w:tcW w:type="dxa" w:w="1728"/>
          </w:tcPr>
          <w:p>
            <w:r>
              <w:t>Yeganeh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yeganeh_shh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91*11103**</w:t>
            </w:r>
          </w:p>
        </w:tc>
        <w:tc>
          <w:tcPr>
            <w:tcW w:type="dxa" w:w="1728"/>
          </w:tcPr>
          <w:p>
            <w:r>
              <w:t>N,MH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M_N_M_E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9149714027</w:t>
            </w:r>
          </w:p>
        </w:tc>
        <w:tc>
          <w:tcPr>
            <w:tcW w:type="dxa" w:w="1728"/>
          </w:tcPr>
          <w:p>
            <w:r>
              <w:t>Mostafa Pourali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mostafapouralisis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9123193*71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Fa</w:t>
            </w:r>
          </w:p>
        </w:tc>
        <w:tc>
          <w:tcPr>
            <w:tcW w:type="dxa" w:w="1728"/>
          </w:tcPr>
          <w:p>
            <w:r>
              <w:t>Maryamfa70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93**1049*1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Narsis2468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930*2***43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shirimina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91*3739334</w:t>
            </w:r>
          </w:p>
        </w:tc>
        <w:tc>
          <w:tcPr>
            <w:tcW w:type="dxa" w:w="1728"/>
          </w:tcPr>
          <w:p>
            <w:r>
              <w:t>Siyamak</w:t>
            </w:r>
          </w:p>
        </w:tc>
        <w:tc>
          <w:tcPr>
            <w:tcW w:type="dxa" w:w="1728"/>
          </w:tcPr>
          <w:p>
            <w:r>
              <w:t>kakekhani</w:t>
            </w:r>
          </w:p>
        </w:tc>
        <w:tc>
          <w:tcPr>
            <w:tcW w:type="dxa" w:w="1728"/>
          </w:tcPr>
          <w:p>
            <w:r>
              <w:t>Siyamakk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9013**30**</w:t>
            </w:r>
          </w:p>
        </w:tc>
        <w:tc>
          <w:tcPr>
            <w:tcW w:type="dxa" w:w="1728"/>
          </w:tcPr>
          <w:p>
            <w:r>
              <w:t>NeliyA🪷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Nilou_77hh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930707*171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Baharzhbi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93**132491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Fs_fateme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914347*127</w:t>
            </w:r>
          </w:p>
        </w:tc>
        <w:tc>
          <w:tcPr>
            <w:tcW w:type="dxa" w:w="1728"/>
          </w:tcPr>
          <w:p>
            <w:r>
              <w:t>$X R</w:t>
            </w:r>
          </w:p>
        </w:tc>
        <w:tc>
          <w:tcPr>
            <w:tcW w:type="dxa" w:w="1728"/>
          </w:tcPr>
          <w:p>
            <w:r>
              <w:t>Ghasemi 🐰</w:t>
            </w:r>
          </w:p>
        </w:tc>
        <w:tc>
          <w:tcPr>
            <w:tcW w:type="dxa" w:w="1728"/>
          </w:tcPr>
          <w:p>
            <w:r>
              <w:t>SupaUrmiaBranch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93*2**0*13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SE</w:t>
            </w:r>
          </w:p>
        </w:tc>
        <w:tc>
          <w:tcPr>
            <w:tcW w:type="dxa" w:w="1728"/>
          </w:tcPr>
          <w:p>
            <w:r>
              <w:t>saraaasse3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93***731*0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future20211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9393***747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>
              <w:t>Orak</w:t>
            </w:r>
          </w:p>
        </w:tc>
        <w:tc>
          <w:tcPr>
            <w:tcW w:type="dxa" w:w="1728"/>
          </w:tcPr>
          <w:p>
            <w:r>
              <w:t>Nedaorak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93*4****79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>
              <w:t>Kermani</w:t>
            </w:r>
          </w:p>
        </w:tc>
        <w:tc>
          <w:tcPr>
            <w:tcW w:type="dxa" w:w="1728"/>
          </w:tcPr>
          <w:p>
            <w:r>
              <w:t>majdiyeh4221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91*479*303</w:t>
            </w:r>
          </w:p>
        </w:tc>
        <w:tc>
          <w:tcPr>
            <w:tcW w:type="dxa" w:w="1728"/>
          </w:tcPr>
          <w:p>
            <w:r>
              <w:t>Askari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fatmhsgry312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91**0**3*1</w:t>
            </w:r>
          </w:p>
        </w:tc>
        <w:tc>
          <w:tcPr>
            <w:tcW w:type="dxa" w:w="1728"/>
          </w:tcPr>
          <w:p>
            <w:r>
              <w:t>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9124124231</w:t>
            </w:r>
          </w:p>
        </w:tc>
        <w:tc>
          <w:tcPr>
            <w:tcW w:type="dxa" w:w="1728"/>
          </w:tcPr>
          <w:p>
            <w:r>
              <w:t>M.purnoroz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Metlk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913*44*331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Mohammad22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937*99*40*</w:t>
            </w:r>
          </w:p>
        </w:tc>
        <w:tc>
          <w:tcPr>
            <w:tcW w:type="dxa" w:w="1728"/>
          </w:tcPr>
          <w:p>
            <w:r>
              <w:t>Niksa</w:t>
            </w:r>
          </w:p>
        </w:tc>
        <w:tc>
          <w:tcPr>
            <w:tcW w:type="dxa" w:w="1728"/>
          </w:tcPr>
          <w:p>
            <w:r>
              <w:t>Yavari</w:t>
            </w:r>
          </w:p>
        </w:tc>
        <w:tc>
          <w:tcPr>
            <w:tcW w:type="dxa" w:w="1728"/>
          </w:tcPr>
          <w:p>
            <w:r>
              <w:t>Niksa_Ya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9030***9*7</w:t>
            </w:r>
          </w:p>
        </w:tc>
        <w:tc>
          <w:tcPr>
            <w:tcW w:type="dxa" w:w="1728"/>
          </w:tcPr>
          <w:p>
            <w:r>
              <w:t>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esfandiartahery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921**42**4</w:t>
            </w:r>
          </w:p>
        </w:tc>
        <w:tc>
          <w:tcPr>
            <w:tcW w:type="dxa" w:w="1728"/>
          </w:tcPr>
          <w:p>
            <w:r>
              <w:t>Amir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AmirNedaa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901049****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Ehsanm_7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93*2*292**</w:t>
            </w:r>
          </w:p>
        </w:tc>
        <w:tc>
          <w:tcPr>
            <w:tcW w:type="dxa" w:w="1728"/>
          </w:tcPr>
          <w:p>
            <w:r>
              <w:t>Mohammad reza barani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Barani0074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9122109*7*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>
              <w:t>esmailian</w:t>
            </w:r>
          </w:p>
        </w:tc>
        <w:tc>
          <w:tcPr>
            <w:tcW w:type="dxa" w:w="1728"/>
          </w:tcPr>
          <w:p>
            <w:r>
              <w:t>Habib2512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9309***4*1</w:t>
            </w:r>
          </w:p>
        </w:tc>
        <w:tc>
          <w:tcPr>
            <w:tcW w:type="dxa" w:w="1728"/>
          </w:tcPr>
          <w:p>
            <w:r>
              <w:t>hussein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hosein6451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939*799*0*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912321*092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Sara_1994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933977***1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Abm97x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9147*2**93</w:t>
            </w:r>
          </w:p>
        </w:tc>
        <w:tc>
          <w:tcPr>
            <w:tcW w:type="dxa" w:w="1728"/>
          </w:tcPr>
          <w:p>
            <w:r>
              <w:t>Saniya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9302**93**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93*74*1*11</w:t>
            </w:r>
          </w:p>
        </w:tc>
        <w:tc>
          <w:tcPr>
            <w:tcW w:type="dxa" w:w="1728"/>
          </w:tcPr>
          <w:p>
            <w:r>
              <w:t>Zara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91230719**</w:t>
            </w:r>
          </w:p>
        </w:tc>
        <w:tc>
          <w:tcPr>
            <w:tcW w:type="dxa" w:w="1728"/>
          </w:tcPr>
          <w:p>
            <w:r>
              <w:t>S.N.H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9112111*27</w:t>
            </w:r>
          </w:p>
        </w:tc>
        <w:tc>
          <w:tcPr>
            <w:tcW w:type="dxa" w:w="1728"/>
          </w:tcPr>
          <w:p>
            <w:r>
              <w:t>Morva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F_gholamigudarzi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93**70***0</w:t>
            </w:r>
          </w:p>
        </w:tc>
        <w:tc>
          <w:tcPr>
            <w:tcW w:type="dxa" w:w="1728"/>
          </w:tcPr>
          <w:p>
            <w:r>
              <w:t>Amir Atapour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Amirata58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93*27730*7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Saeidhstm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933973*3*4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91991293*1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Daneshvar</w:t>
            </w:r>
          </w:p>
        </w:tc>
        <w:tc>
          <w:tcPr>
            <w:tcW w:type="dxa" w:w="1728"/>
          </w:tcPr>
          <w:p>
            <w:r>
              <w:t>Daneshvarnezhad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93**21392*</w:t>
            </w:r>
          </w:p>
        </w:tc>
        <w:tc>
          <w:tcPr>
            <w:tcW w:type="dxa" w:w="1728"/>
          </w:tcPr>
          <w:p>
            <w:r>
              <w:t>Mozhgan</w:t>
            </w:r>
          </w:p>
        </w:tc>
        <w:tc>
          <w:tcPr>
            <w:tcW w:type="dxa" w:w="1728"/>
          </w:tcPr>
          <w:p>
            <w:r>
              <w:t>Jhn</w:t>
            </w:r>
          </w:p>
        </w:tc>
        <w:tc>
          <w:tcPr>
            <w:tcW w:type="dxa" w:w="1728"/>
          </w:tcPr>
          <w:p>
            <w:r>
              <w:t>Mozhganjhn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917739*0**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Negaar2012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93*11*99*1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Morteza9951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9021*70*0*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Shafagh92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93*13*4***</w:t>
            </w:r>
          </w:p>
        </w:tc>
        <w:tc>
          <w:tcPr>
            <w:tcW w:type="dxa" w:w="1728"/>
          </w:tcPr>
          <w:p>
            <w:r>
              <w:t>L....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9171011*0*</w:t>
            </w:r>
          </w:p>
        </w:tc>
        <w:tc>
          <w:tcPr>
            <w:tcW w:type="dxa" w:w="1728"/>
          </w:tcPr>
          <w:p>
            <w:r>
              <w:t>Lham</w:t>
            </w:r>
          </w:p>
        </w:tc>
        <w:tc>
          <w:tcPr>
            <w:tcW w:type="dxa" w:w="1728"/>
          </w:tcPr>
          <w:p>
            <w:r>
              <w:t>Ndm</w:t>
            </w:r>
          </w:p>
        </w:tc>
        <w:tc>
          <w:tcPr>
            <w:tcW w:type="dxa" w:w="1728"/>
          </w:tcPr>
          <w:p>
            <w:r>
              <w:t>Lham84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  <w:tr>
        <w:tc>
          <w:tcPr>
            <w:tcW w:type="dxa" w:w="1728"/>
          </w:tcPr>
          <w:p>
            <w:r>
              <w:t>913210112*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A_m1126</w:t>
            </w:r>
          </w:p>
        </w:tc>
        <w:tc>
          <w:tcPr>
            <w:tcW w:type="dxa" w:w="1728"/>
          </w:tcPr>
          <w:p>
            <w:r>
              <w:t>مهاجرت کاری پرستاران و كادر درمان به انگلستان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مهاجرت کاری پرستاران و كادر درمان به انگلستان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