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 xml:space="preserve">مهاجرت تحصیلی به بریتانیا 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 xml:space="preserve">مهاجرت تحصیلی به بریتانیا 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9123*014*1</w:t>
            </w:r>
          </w:p>
        </w:tc>
        <w:tc>
          <w:tcPr>
            <w:tcW w:type="dxa" w:w="1728"/>
          </w:tcPr>
          <w:p>
            <w:r>
              <w:t>Sima</w:t>
            </w:r>
          </w:p>
        </w:tc>
        <w:tc>
          <w:tcPr>
            <w:tcW w:type="dxa" w:w="1728"/>
          </w:tcPr>
          <w:p>
            <w:r>
              <w:t>Fatemipour</w:t>
            </w:r>
          </w:p>
        </w:tc>
        <w:tc>
          <w:tcPr>
            <w:tcW w:type="dxa" w:w="1728"/>
          </w:tcPr>
          <w:p>
            <w:r>
              <w:t>SimaF60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913127*391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>
              <w:t>Kazemi</w:t>
            </w:r>
          </w:p>
        </w:tc>
        <w:tc>
          <w:tcPr>
            <w:tcW w:type="dxa" w:w="1728"/>
          </w:tcPr>
          <w:p>
            <w:r>
              <w:t>Masoud127civilkz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91**721907</w:t>
            </w:r>
          </w:p>
        </w:tc>
        <w:tc>
          <w:tcPr>
            <w:tcW w:type="dxa" w:w="1728"/>
          </w:tcPr>
          <w:p>
            <w:r>
              <w:t>Soma</w:t>
            </w:r>
          </w:p>
        </w:tc>
        <w:tc>
          <w:tcPr>
            <w:tcW w:type="dxa" w:w="1728"/>
          </w:tcPr>
          <w:p>
            <w:r>
              <w:t>Qane</w:t>
            </w:r>
          </w:p>
        </w:tc>
        <w:tc>
          <w:tcPr>
            <w:tcW w:type="dxa" w:w="1728"/>
          </w:tcPr>
          <w:p>
            <w:r>
              <w:t>SomaQane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91204**2*4</w:t>
            </w:r>
          </w:p>
        </w:tc>
        <w:tc>
          <w:tcPr>
            <w:tcW w:type="dxa" w:w="1728"/>
          </w:tcPr>
          <w:p>
            <w:r>
              <w:t>NoosH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NoosH_sepid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93****931*</w:t>
            </w:r>
          </w:p>
        </w:tc>
        <w:tc>
          <w:tcPr>
            <w:tcW w:type="dxa" w:w="1728"/>
          </w:tcPr>
          <w:p>
            <w:r>
              <w:t>Mohadese😋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Mohiyoo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9371279123</w:t>
            </w:r>
          </w:p>
        </w:tc>
        <w:tc>
          <w:tcPr>
            <w:tcW w:type="dxa" w:w="1728"/>
          </w:tcPr>
          <w:p>
            <w:r>
              <w:t>Pantea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Panteaansari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9124110133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Pezhvak</w:t>
            </w:r>
          </w:p>
        </w:tc>
        <w:tc>
          <w:tcPr>
            <w:tcW w:type="dxa" w:w="1728"/>
          </w:tcPr>
          <w:p>
            <w:r>
              <w:t>QHzhs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9120903404</w:t>
            </w:r>
          </w:p>
        </w:tc>
        <w:tc>
          <w:tcPr>
            <w:tcW w:type="dxa" w:w="1728"/>
          </w:tcPr>
          <w:p>
            <w:r>
              <w:t>Shiva</w:t>
            </w:r>
          </w:p>
        </w:tc>
        <w:tc>
          <w:tcPr>
            <w:tcW w:type="dxa" w:w="1728"/>
          </w:tcPr>
          <w:p>
            <w:r>
              <w:t>Forozesh</w:t>
            </w:r>
          </w:p>
        </w:tc>
        <w:tc>
          <w:tcPr>
            <w:tcW w:type="dxa" w:w="1728"/>
          </w:tcPr>
          <w:p>
            <w:r>
              <w:t>shiva_forouzesh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912*030*9*</w:t>
            </w:r>
          </w:p>
        </w:tc>
        <w:tc>
          <w:tcPr>
            <w:tcW w:type="dxa" w:w="1728"/>
          </w:tcPr>
          <w:p>
            <w:r>
              <w:t>🤍Paris🤍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paris7601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9123777*3*</w:t>
            </w:r>
          </w:p>
        </w:tc>
        <w:tc>
          <w:tcPr>
            <w:tcW w:type="dxa" w:w="1728"/>
          </w:tcPr>
          <w:p>
            <w:r>
              <w:t>mohamadreza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Mohamdreza1984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937*1*7910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Me_llamo_Ali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9111934102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Mohammad_kh1360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9123***139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Amirr086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93*7097022</w:t>
            </w:r>
          </w:p>
        </w:tc>
        <w:tc>
          <w:tcPr>
            <w:tcW w:type="dxa" w:w="1728"/>
          </w:tcPr>
          <w:p>
            <w:r>
              <w:t>Ya30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yasyac69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912***7*2*</w:t>
            </w:r>
          </w:p>
        </w:tc>
        <w:tc>
          <w:tcPr>
            <w:tcW w:type="dxa" w:w="1728"/>
          </w:tcPr>
          <w:p>
            <w:r>
              <w:t>Z, 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zo_2015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93*42*7099</w:t>
            </w:r>
          </w:p>
        </w:tc>
        <w:tc>
          <w:tcPr>
            <w:tcW w:type="dxa" w:w="1728"/>
          </w:tcPr>
          <w:p>
            <w:r>
              <w:t>Elmira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elmirayusefi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93*2*10147</w:t>
            </w:r>
          </w:p>
        </w:tc>
        <w:tc>
          <w:tcPr>
            <w:tcW w:type="dxa" w:w="1728"/>
          </w:tcPr>
          <w:p>
            <w:r>
              <w:t>Tannaz</w:t>
            </w:r>
          </w:p>
        </w:tc>
        <w:tc>
          <w:tcPr>
            <w:tcW w:type="dxa" w:w="1728"/>
          </w:tcPr>
          <w:p>
            <w:r>
              <w:t>Vabaste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91*31337**</w:t>
            </w:r>
          </w:p>
        </w:tc>
        <w:tc>
          <w:tcPr>
            <w:tcW w:type="dxa" w:w="1728"/>
          </w:tcPr>
          <w:p>
            <w:r>
              <w:t>فریده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FaridehZergani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99094393*2</w:t>
            </w:r>
          </w:p>
        </w:tc>
        <w:tc>
          <w:tcPr>
            <w:tcW w:type="dxa" w:w="1728"/>
          </w:tcPr>
          <w:p>
            <w:r>
              <w:t>Saba.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sabaaHere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9107*212*1</w:t>
            </w:r>
          </w:p>
        </w:tc>
        <w:tc>
          <w:tcPr>
            <w:tcW w:type="dxa" w:w="1728"/>
          </w:tcPr>
          <w:p>
            <w:r>
              <w:t>میکائیل</w:t>
            </w:r>
          </w:p>
        </w:tc>
        <w:tc>
          <w:tcPr>
            <w:tcW w:type="dxa" w:w="1728"/>
          </w:tcPr>
          <w:p>
            <w:r>
              <w:t>خلیل پور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91*94012*4</w:t>
            </w:r>
          </w:p>
        </w:tc>
        <w:tc>
          <w:tcPr>
            <w:tcW w:type="dxa" w:w="1728"/>
          </w:tcPr>
          <w:p>
            <w:r>
              <w:t>Elnaz.Salehi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BimSalehiE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91247*37*0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9124753760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99117*2*91</w:t>
            </w:r>
          </w:p>
        </w:tc>
        <w:tc>
          <w:tcPr>
            <w:tcW w:type="dxa" w:w="1728"/>
          </w:tcPr>
          <w:p>
            <w:r>
              <w:t>Pedram</w:t>
            </w:r>
          </w:p>
        </w:tc>
        <w:tc>
          <w:tcPr>
            <w:tcW w:type="dxa" w:w="1728"/>
          </w:tcPr>
          <w:p>
            <w:r>
              <w:t>Hashemi</w:t>
            </w:r>
          </w:p>
        </w:tc>
        <w:tc>
          <w:tcPr>
            <w:tcW w:type="dxa" w:w="1728"/>
          </w:tcPr>
          <w:p>
            <w:r>
              <w:t>pehash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93*747*2**</w:t>
            </w:r>
          </w:p>
        </w:tc>
        <w:tc>
          <w:tcPr>
            <w:tcW w:type="dxa" w:w="1728"/>
          </w:tcPr>
          <w:p>
            <w:r>
              <w:t>Zahraa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Zhr_amj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91203*4292</w:t>
            </w:r>
          </w:p>
        </w:tc>
        <w:tc>
          <w:tcPr>
            <w:tcW w:type="dxa" w:w="1728"/>
          </w:tcPr>
          <w:p>
            <w:r>
              <w:t>Jaleh</w:t>
            </w:r>
          </w:p>
        </w:tc>
        <w:tc>
          <w:tcPr>
            <w:tcW w:type="dxa" w:w="1728"/>
          </w:tcPr>
          <w:p>
            <w:r>
              <w:t>Kouchak</w:t>
            </w:r>
          </w:p>
        </w:tc>
        <w:tc>
          <w:tcPr>
            <w:tcW w:type="dxa" w:w="1728"/>
          </w:tcPr>
          <w:p>
            <w:r>
              <w:t>Jaleh_jk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912*10*997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>
              <w:t>Tavakoli</w:t>
            </w:r>
          </w:p>
        </w:tc>
        <w:tc>
          <w:tcPr>
            <w:tcW w:type="dxa" w:w="1728"/>
          </w:tcPr>
          <w:p>
            <w:r>
              <w:t>Mohsentavakolikhabaz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912***7720</w:t>
            </w:r>
          </w:p>
        </w:tc>
        <w:tc>
          <w:tcPr>
            <w:tcW w:type="dxa" w:w="1728"/>
          </w:tcPr>
          <w:p>
            <w:r>
              <w:t>reyhane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reyhanerastkar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91331*43*7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>
              <w:t>Salehi</w:t>
            </w:r>
          </w:p>
        </w:tc>
        <w:tc>
          <w:tcPr>
            <w:tcW w:type="dxa" w:w="1728"/>
          </w:tcPr>
          <w:p>
            <w:r>
              <w:t>Fsalehi1937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913*1*4191</w:t>
            </w:r>
          </w:p>
        </w:tc>
        <w:tc>
          <w:tcPr>
            <w:tcW w:type="dxa" w:w="1728"/>
          </w:tcPr>
          <w:p>
            <w:r>
              <w:t>farzaneh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F_R1368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9203097*39</w:t>
            </w:r>
          </w:p>
        </w:tc>
        <w:tc>
          <w:tcPr>
            <w:tcW w:type="dxa" w:w="1728"/>
          </w:tcPr>
          <w:p>
            <w:r>
              <w:t>Bita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Bitapourali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93*9*2*414</w:t>
            </w:r>
          </w:p>
        </w:tc>
        <w:tc>
          <w:tcPr>
            <w:tcW w:type="dxa" w:w="1728"/>
          </w:tcPr>
          <w:p>
            <w:r>
              <w:t>Navidof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Navidof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91771933*1</w:t>
            </w:r>
          </w:p>
        </w:tc>
        <w:tc>
          <w:tcPr>
            <w:tcW w:type="dxa" w:w="1728"/>
          </w:tcPr>
          <w:p>
            <w:r>
              <w:t>Saba.hadaegh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DrSabaHadaegh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91*****719</w:t>
            </w:r>
          </w:p>
        </w:tc>
        <w:tc>
          <w:tcPr>
            <w:tcW w:type="dxa" w:w="1728"/>
          </w:tcPr>
          <w:p>
            <w:r>
              <w:t>Farzane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93**400244</w:t>
            </w:r>
          </w:p>
        </w:tc>
        <w:tc>
          <w:tcPr>
            <w:tcW w:type="dxa" w:w="1728"/>
          </w:tcPr>
          <w:p>
            <w:r>
              <w:t>Minaz</w:t>
            </w:r>
          </w:p>
        </w:tc>
        <w:tc>
          <w:tcPr>
            <w:tcW w:type="dxa" w:w="1728"/>
          </w:tcPr>
          <w:p>
            <w:r>
              <w:t>Namani</w:t>
            </w:r>
          </w:p>
        </w:tc>
        <w:tc>
          <w:tcPr>
            <w:tcW w:type="dxa" w:w="1728"/>
          </w:tcPr>
          <w:p>
            <w:r>
              <w:t>MinaNamani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922*410*4*</w:t>
            </w:r>
          </w:p>
        </w:tc>
        <w:tc>
          <w:tcPr>
            <w:tcW w:type="dxa" w:w="1728"/>
          </w:tcPr>
          <w:p>
            <w:r>
              <w:t>Fatimah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Fatii_va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93*43112*2</w:t>
            </w:r>
          </w:p>
        </w:tc>
        <w:tc>
          <w:tcPr>
            <w:tcW w:type="dxa" w:w="1728"/>
          </w:tcPr>
          <w:p>
            <w:r>
              <w:t>Shakiba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Shakibanl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9100*2****</w:t>
            </w:r>
          </w:p>
        </w:tc>
        <w:tc>
          <w:tcPr>
            <w:tcW w:type="dxa" w:w="1728"/>
          </w:tcPr>
          <w:p>
            <w:r>
              <w:t>Pezhman,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peji7429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91**079924</w:t>
            </w:r>
          </w:p>
        </w:tc>
        <w:tc>
          <w:tcPr>
            <w:tcW w:type="dxa" w:w="1728"/>
          </w:tcPr>
          <w:p>
            <w:r>
              <w:t>Sebi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Sebi_ba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93*2*32129</w:t>
            </w:r>
          </w:p>
        </w:tc>
        <w:tc>
          <w:tcPr>
            <w:tcW w:type="dxa" w:w="1728"/>
          </w:tcPr>
          <w:p>
            <w:r>
              <w:t>Tajik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RaziTajik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93*97*43*1</w:t>
            </w:r>
          </w:p>
        </w:tc>
        <w:tc>
          <w:tcPr>
            <w:tcW w:type="dxa" w:w="1728"/>
          </w:tcPr>
          <w:p>
            <w:r>
              <w:t>yosra</w:t>
            </w:r>
          </w:p>
        </w:tc>
        <w:tc>
          <w:tcPr>
            <w:tcW w:type="dxa" w:w="1728"/>
          </w:tcPr>
          <w:p>
            <w:r>
              <w:t>shahmoradi</w:t>
            </w:r>
          </w:p>
        </w:tc>
        <w:tc>
          <w:tcPr>
            <w:tcW w:type="dxa" w:w="1728"/>
          </w:tcPr>
          <w:p>
            <w:r>
              <w:t>yosra_shahmoradi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93**091441</w:t>
            </w:r>
          </w:p>
        </w:tc>
        <w:tc>
          <w:tcPr>
            <w:tcW w:type="dxa" w:w="1728"/>
          </w:tcPr>
          <w:p>
            <w:r>
              <w:t>fafar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fafar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912**09133</w:t>
            </w:r>
          </w:p>
        </w:tc>
        <w:tc>
          <w:tcPr>
            <w:tcW w:type="dxa" w:w="1728"/>
          </w:tcPr>
          <w:p>
            <w:r>
              <w:t>Sara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Sarasahihi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9302*310*7</w:t>
            </w:r>
          </w:p>
        </w:tc>
        <w:tc>
          <w:tcPr>
            <w:tcW w:type="dxa" w:w="1728"/>
          </w:tcPr>
          <w:p>
            <w:r>
              <w:t>Tayyebe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Tkordmir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91900*9*04</w:t>
            </w:r>
          </w:p>
        </w:tc>
        <w:tc>
          <w:tcPr>
            <w:tcW w:type="dxa" w:w="1728"/>
          </w:tcPr>
          <w:p>
            <w:r>
              <w:t>Shahrzad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Shzn91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91*110100*</w:t>
            </w:r>
          </w:p>
        </w:tc>
        <w:tc>
          <w:tcPr>
            <w:tcW w:type="dxa" w:w="1728"/>
          </w:tcPr>
          <w:p>
            <w:r>
              <w:t>Atieh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AtiehDini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93*70*3231</w:t>
            </w:r>
          </w:p>
        </w:tc>
        <w:tc>
          <w:tcPr>
            <w:tcW w:type="dxa" w:w="1728"/>
          </w:tcPr>
          <w:p>
            <w:r>
              <w:t>Ashkan</w:t>
            </w:r>
          </w:p>
        </w:tc>
        <w:tc>
          <w:tcPr>
            <w:tcW w:type="dxa" w:w="1728"/>
          </w:tcPr>
          <w:p>
            <w:r>
              <w:t>Zaheri</w:t>
            </w:r>
          </w:p>
        </w:tc>
        <w:tc>
          <w:tcPr>
            <w:tcW w:type="dxa" w:w="1728"/>
          </w:tcPr>
          <w:p>
            <w:r>
              <w:t>ashkanzaa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91310003*1</w:t>
            </w:r>
          </w:p>
        </w:tc>
        <w:tc>
          <w:tcPr>
            <w:tcW w:type="dxa" w:w="1728"/>
          </w:tcPr>
          <w:p>
            <w:r>
              <w:t>Farzaneh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FARZANEH01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91227*2130</w:t>
            </w:r>
          </w:p>
        </w:tc>
        <w:tc>
          <w:tcPr>
            <w:tcW w:type="dxa" w:w="1728"/>
          </w:tcPr>
          <w:p>
            <w:r>
              <w:t>Nora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Noraai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9123*39**4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>
              <w:t>Faraji</w:t>
            </w:r>
          </w:p>
        </w:tc>
        <w:tc>
          <w:tcPr>
            <w:tcW w:type="dxa" w:w="1728"/>
          </w:tcPr>
          <w:p>
            <w:r>
              <w:t>Ftmfji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919**3***1</w:t>
            </w:r>
          </w:p>
        </w:tc>
        <w:tc>
          <w:tcPr>
            <w:tcW w:type="dxa" w:w="1728"/>
          </w:tcPr>
          <w:p>
            <w:r>
              <w:t>Neshat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NeMa76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91*173*3*1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Mohammad_Shahtalab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91***021*1</w:t>
            </w:r>
          </w:p>
        </w:tc>
        <w:tc>
          <w:tcPr>
            <w:tcW w:type="dxa" w:w="1728"/>
          </w:tcPr>
          <w:p>
            <w:r>
              <w:t>Setareh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setareh_1990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9123993174</w:t>
            </w:r>
          </w:p>
        </w:tc>
        <w:tc>
          <w:tcPr>
            <w:tcW w:type="dxa" w:w="1728"/>
          </w:tcPr>
          <w:p>
            <w:r>
              <w:t>parvane moradi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Parvanemoradi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91*3**0*27</w:t>
            </w:r>
          </w:p>
        </w:tc>
        <w:tc>
          <w:tcPr>
            <w:tcW w:type="dxa" w:w="1728"/>
          </w:tcPr>
          <w:p>
            <w:r>
              <w:t>Tara</w:t>
            </w:r>
          </w:p>
        </w:tc>
        <w:tc>
          <w:tcPr>
            <w:tcW w:type="dxa" w:w="1728"/>
          </w:tcPr>
          <w:p>
            <w:r>
              <w:t>Akhavan</w:t>
            </w:r>
          </w:p>
        </w:tc>
        <w:tc>
          <w:tcPr>
            <w:tcW w:type="dxa" w:w="1728"/>
          </w:tcPr>
          <w:p>
            <w:r>
              <w:t>Tara_Akhavan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91**11**0*</w:t>
            </w:r>
          </w:p>
        </w:tc>
        <w:tc>
          <w:tcPr>
            <w:tcW w:type="dxa" w:w="1728"/>
          </w:tcPr>
          <w:p>
            <w:r>
              <w:t>maryam.m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Maryam_mema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91294*73*4</w:t>
            </w:r>
          </w:p>
        </w:tc>
        <w:tc>
          <w:tcPr>
            <w:tcW w:type="dxa" w:w="1728"/>
          </w:tcPr>
          <w:p>
            <w:r>
              <w:t>anoosha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anooshamoh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9134223119</w:t>
            </w:r>
          </w:p>
        </w:tc>
        <w:tc>
          <w:tcPr>
            <w:tcW w:type="dxa" w:w="1728"/>
          </w:tcPr>
          <w:p>
            <w:r>
              <w:t>kian</w:t>
            </w:r>
          </w:p>
        </w:tc>
        <w:tc>
          <w:tcPr>
            <w:tcW w:type="dxa" w:w="1728"/>
          </w:tcPr>
          <w:p>
            <w:r>
              <w:t>jafari</w:t>
            </w:r>
          </w:p>
        </w:tc>
        <w:tc>
          <w:tcPr>
            <w:tcW w:type="dxa" w:w="1728"/>
          </w:tcPr>
          <w:p>
            <w:r>
              <w:t>Kian0060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912327397*</w:t>
            </w:r>
          </w:p>
        </w:tc>
        <w:tc>
          <w:tcPr>
            <w:tcW w:type="dxa" w:w="1728"/>
          </w:tcPr>
          <w:p>
            <w:r>
              <w:t>Atabak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ataasa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917*9*4**9</w:t>
            </w:r>
          </w:p>
        </w:tc>
        <w:tc>
          <w:tcPr>
            <w:tcW w:type="dxa" w:w="1728"/>
          </w:tcPr>
          <w:p>
            <w:r>
              <w:t>Saman</w:t>
            </w:r>
          </w:p>
        </w:tc>
        <w:tc>
          <w:tcPr>
            <w:tcW w:type="dxa" w:w="1728"/>
          </w:tcPr>
          <w:p>
            <w:r>
              <w:t>Tgh</w:t>
            </w:r>
          </w:p>
        </w:tc>
        <w:tc>
          <w:tcPr>
            <w:tcW w:type="dxa" w:w="1728"/>
          </w:tcPr>
          <w:p>
            <w:r>
              <w:t>Saman_tgh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912**01704</w:t>
            </w:r>
          </w:p>
        </w:tc>
        <w:tc>
          <w:tcPr>
            <w:tcW w:type="dxa" w:w="1728"/>
          </w:tcPr>
          <w:p>
            <w:r>
              <w:t>Shahin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Shahin_Shahbaz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91*4**7*3*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nhy5mju6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9120*29***</w:t>
            </w:r>
          </w:p>
        </w:tc>
        <w:tc>
          <w:tcPr>
            <w:tcW w:type="dxa" w:w="1728"/>
          </w:tcPr>
          <w:p>
            <w:r>
              <w:t>Yasaman</w:t>
            </w:r>
          </w:p>
        </w:tc>
        <w:tc>
          <w:tcPr>
            <w:tcW w:type="dxa" w:w="1728"/>
          </w:tcPr>
          <w:p>
            <w:r>
              <w:t>Alizade</w:t>
            </w:r>
          </w:p>
        </w:tc>
        <w:tc>
          <w:tcPr>
            <w:tcW w:type="dxa" w:w="1728"/>
          </w:tcPr>
          <w:p>
            <w:r>
              <w:t>yasi_aliizade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911*0*4*7*</w:t>
            </w:r>
          </w:p>
        </w:tc>
        <w:tc>
          <w:tcPr>
            <w:tcW w:type="dxa" w:w="1728"/>
          </w:tcPr>
          <w:p>
            <w:r>
              <w:t>Amir__Kzm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Amir_Kzm99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912111**9*</w:t>
            </w:r>
          </w:p>
        </w:tc>
        <w:tc>
          <w:tcPr>
            <w:tcW w:type="dxa" w:w="1728"/>
          </w:tcPr>
          <w:p>
            <w:r>
              <w:t>D</w:t>
            </w:r>
          </w:p>
        </w:tc>
        <w:tc>
          <w:tcPr>
            <w:tcW w:type="dxa" w:w="1728"/>
          </w:tcPr>
          <w:p>
            <w:r>
              <w:t>E</w:t>
            </w:r>
          </w:p>
        </w:tc>
        <w:tc>
          <w:tcPr>
            <w:tcW w:type="dxa" w:w="1728"/>
          </w:tcPr>
          <w:p>
            <w:r>
              <w:t>trendnet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93**039141</w:t>
            </w:r>
          </w:p>
        </w:tc>
        <w:tc>
          <w:tcPr>
            <w:tcW w:type="dxa" w:w="1728"/>
          </w:tcPr>
          <w:p>
            <w:r>
              <w:t>Bita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bitaaaaamh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93*1**2*23</w:t>
            </w:r>
          </w:p>
        </w:tc>
        <w:tc>
          <w:tcPr>
            <w:tcW w:type="dxa" w:w="1728"/>
          </w:tcPr>
          <w:p>
            <w:r>
              <w:t>Rad</w:t>
            </w:r>
          </w:p>
        </w:tc>
        <w:tc>
          <w:tcPr>
            <w:tcW w:type="dxa" w:w="1728"/>
          </w:tcPr>
          <w:p>
            <w:r>
              <w:t>Mehr</w:t>
            </w:r>
          </w:p>
        </w:tc>
        <w:tc>
          <w:tcPr>
            <w:tcW w:type="dxa" w:w="1728"/>
          </w:tcPr>
          <w:p>
            <w:r>
              <w:t>Radmehr1987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93*493*004</w:t>
            </w:r>
          </w:p>
        </w:tc>
        <w:tc>
          <w:tcPr>
            <w:tcW w:type="dxa" w:w="1728"/>
          </w:tcPr>
          <w:p>
            <w:r>
              <w:t>Sina</w:t>
            </w:r>
          </w:p>
        </w:tc>
        <w:tc>
          <w:tcPr>
            <w:tcW w:type="dxa" w:w="1728"/>
          </w:tcPr>
          <w:p>
            <w:r>
              <w:t>Sanatii</w:t>
            </w:r>
          </w:p>
        </w:tc>
        <w:tc>
          <w:tcPr>
            <w:tcW w:type="dxa" w:w="1728"/>
          </w:tcPr>
          <w:p>
            <w:r>
              <w:t>Siina91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9122113174</w:t>
            </w:r>
          </w:p>
        </w:tc>
        <w:tc>
          <w:tcPr>
            <w:tcW w:type="dxa" w:w="1728"/>
          </w:tcPr>
          <w:p>
            <w:r>
              <w:t>Babak</w:t>
            </w:r>
          </w:p>
        </w:tc>
        <w:tc>
          <w:tcPr>
            <w:tcW w:type="dxa" w:w="1728"/>
          </w:tcPr>
          <w:p>
            <w:r>
              <w:t>Izadi</w:t>
            </w:r>
          </w:p>
        </w:tc>
        <w:tc>
          <w:tcPr>
            <w:tcW w:type="dxa" w:w="1728"/>
          </w:tcPr>
          <w:p>
            <w:r>
              <w:t>Babak_Izadi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9127300103</w:t>
            </w:r>
          </w:p>
        </w:tc>
        <w:tc>
          <w:tcPr>
            <w:tcW w:type="dxa" w:w="1728"/>
          </w:tcPr>
          <w:p>
            <w:r>
              <w:t>siamak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Siamak44494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937997*77*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alirezaaa_gh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910314*001</w:t>
            </w:r>
          </w:p>
        </w:tc>
        <w:tc>
          <w:tcPr>
            <w:tcW w:type="dxa" w:w="1728"/>
          </w:tcPr>
          <w:p>
            <w:r>
              <w:t>Sepide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sepidezrn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9213*9**22</w:t>
            </w:r>
          </w:p>
        </w:tc>
        <w:tc>
          <w:tcPr>
            <w:tcW w:type="dxa" w:w="1728"/>
          </w:tcPr>
          <w:p>
            <w:r>
              <w:t>MhGolbaz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MhGolbaz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9120324**7</w:t>
            </w:r>
          </w:p>
        </w:tc>
        <w:tc>
          <w:tcPr>
            <w:tcW w:type="dxa" w:w="1728"/>
          </w:tcPr>
          <w:p>
            <w:r>
              <w:t>Yasamin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939393*390</w:t>
            </w:r>
          </w:p>
        </w:tc>
        <w:tc>
          <w:tcPr>
            <w:tcW w:type="dxa" w:w="1728"/>
          </w:tcPr>
          <w:p>
            <w:r>
              <w:t>Sarshar</w:t>
            </w:r>
          </w:p>
        </w:tc>
        <w:tc>
          <w:tcPr>
            <w:tcW w:type="dxa" w:w="1728"/>
          </w:tcPr>
          <w:p>
            <w:r>
              <w:t>D</w:t>
            </w:r>
          </w:p>
        </w:tc>
        <w:tc>
          <w:tcPr>
            <w:tcW w:type="dxa" w:w="1728"/>
          </w:tcPr>
          <w:p>
            <w:r>
              <w:t>Gravity_management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912340*2*3</w:t>
            </w:r>
          </w:p>
        </w:tc>
        <w:tc>
          <w:tcPr>
            <w:tcW w:type="dxa" w:w="1728"/>
          </w:tcPr>
          <w:p>
            <w:r>
              <w:t>Mehdi 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912244*703</w:t>
            </w:r>
          </w:p>
        </w:tc>
        <w:tc>
          <w:tcPr>
            <w:tcW w:type="dxa" w:w="1728"/>
          </w:tcPr>
          <w:p>
            <w:r>
              <w:t>Sara</w:t>
            </w:r>
          </w:p>
        </w:tc>
        <w:tc>
          <w:tcPr>
            <w:tcW w:type="dxa" w:w="1728"/>
          </w:tcPr>
          <w:p>
            <w:r>
              <w:t>Naderifar</w:t>
            </w:r>
          </w:p>
        </w:tc>
        <w:tc>
          <w:tcPr>
            <w:tcW w:type="dxa" w:w="1728"/>
          </w:tcPr>
          <w:p>
            <w:r>
              <w:t>Saraanaderii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9127*9*92*</w:t>
            </w:r>
          </w:p>
        </w:tc>
        <w:tc>
          <w:tcPr>
            <w:tcW w:type="dxa" w:w="1728"/>
          </w:tcPr>
          <w:p>
            <w:r>
              <w:t>Ali Akbar</w:t>
            </w:r>
          </w:p>
        </w:tc>
        <w:tc>
          <w:tcPr>
            <w:tcW w:type="dxa" w:w="1728"/>
          </w:tcPr>
          <w:p>
            <w:r>
              <w:t>Khan Mohammadi</w:t>
            </w:r>
          </w:p>
        </w:tc>
        <w:tc>
          <w:tcPr>
            <w:tcW w:type="dxa" w:w="1728"/>
          </w:tcPr>
          <w:p>
            <w:r>
              <w:t>aircomx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9124*9*144</w:t>
            </w:r>
          </w:p>
        </w:tc>
        <w:tc>
          <w:tcPr>
            <w:tcW w:type="dxa" w:w="1728"/>
          </w:tcPr>
          <w:p>
            <w:r>
              <w:t>S A 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sam_am_sam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93*21*4747</w:t>
            </w:r>
          </w:p>
        </w:tc>
        <w:tc>
          <w:tcPr>
            <w:tcW w:type="dxa" w:w="1728"/>
          </w:tcPr>
          <w:p>
            <w:r>
              <w:t>⋅ Sσнειl 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Soheiilts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  <w:tr>
        <w:tc>
          <w:tcPr>
            <w:tcW w:type="dxa" w:w="1728"/>
          </w:tcPr>
          <w:p>
            <w:r>
              <w:t>93*47*09**</w:t>
            </w:r>
          </w:p>
        </w:tc>
        <w:tc>
          <w:tcPr>
            <w:tcW w:type="dxa" w:w="1728"/>
          </w:tcPr>
          <w:p>
            <w:r>
              <w:t>Taher</w:t>
            </w:r>
          </w:p>
        </w:tc>
        <w:tc>
          <w:tcPr>
            <w:tcW w:type="dxa" w:w="1728"/>
          </w:tcPr>
          <w:p>
            <w:r>
              <w:t>Meydando</w:t>
            </w:r>
          </w:p>
        </w:tc>
        <w:tc>
          <w:tcPr>
            <w:tcW w:type="dxa" w:w="1728"/>
          </w:tcPr>
          <w:p>
            <w:r>
              <w:t>tahermey</w:t>
            </w:r>
          </w:p>
        </w:tc>
        <w:tc>
          <w:tcPr>
            <w:tcW w:type="dxa" w:w="1728"/>
          </w:tcPr>
          <w:p>
            <w:r>
              <w:t>مهاجرت تحصیلی به بریتانیا 🇬🇧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 xml:space="preserve">دانلود بانک موبایل مهاجرت تحصیلی به بریتانیا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