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معلّمو الرياضيّات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معلّمو الرياضيّات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معلّمو الرياضيّات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