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معجزه ی زیبایی مهر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معجزه ی زیبایی مهر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93*0*4229*</w:t>
            </w:r>
          </w:p>
        </w:tc>
        <w:tc>
          <w:tcPr>
            <w:tcW w:type="dxa" w:w="1728"/>
          </w:tcPr>
          <w:p>
            <w:r>
              <w:t>سلدوز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93*10*9**9</w:t>
            </w:r>
          </w:p>
        </w:tc>
        <w:tc>
          <w:tcPr>
            <w:tcW w:type="dxa" w:w="1728"/>
          </w:tcPr>
          <w:p>
            <w:r>
              <w:t>Mahnaz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9302*13439</w:t>
            </w:r>
          </w:p>
        </w:tc>
        <w:tc>
          <w:tcPr>
            <w:tcW w:type="dxa" w:w="1728"/>
          </w:tcPr>
          <w:p>
            <w:r>
              <w:t>ｒｅｚａ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a777700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9309**1**3</w:t>
            </w:r>
          </w:p>
        </w:tc>
        <w:tc>
          <w:tcPr>
            <w:tcW w:type="dxa" w:w="1728"/>
          </w:tcPr>
          <w:p>
            <w:r>
              <w:t>ﾑyliin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Ayliiiiin77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93*7731*29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91441*329*</w:t>
            </w:r>
          </w:p>
        </w:tc>
        <w:tc>
          <w:tcPr>
            <w:tcW w:type="dxa" w:w="1728"/>
          </w:tcPr>
          <w:p>
            <w:r>
              <w:t>Gholam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Axor6630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93792***7*</w:t>
            </w:r>
          </w:p>
        </w:tc>
        <w:tc>
          <w:tcPr>
            <w:tcW w:type="dxa" w:w="1728"/>
          </w:tcPr>
          <w:p>
            <w:r>
              <w:t>Nasa</w:t>
            </w:r>
          </w:p>
        </w:tc>
        <w:tc>
          <w:tcPr>
            <w:tcW w:type="dxa" w:w="1728"/>
          </w:tcPr>
          <w:p>
            <w:r>
              <w:t>f 35</w:t>
            </w:r>
          </w:p>
        </w:tc>
        <w:tc>
          <w:tcPr>
            <w:tcW w:type="dxa" w:w="1728"/>
          </w:tcPr>
          <w:p>
            <w:r>
              <w:t>MHMA48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9923011*0*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Shf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93**921**4</w:t>
            </w:r>
          </w:p>
        </w:tc>
        <w:tc>
          <w:tcPr>
            <w:tcW w:type="dxa" w:w="1728"/>
          </w:tcPr>
          <w:p>
            <w:r>
              <w:t>نص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99049*0*01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92291*13**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93**79079*</w:t>
            </w:r>
          </w:p>
        </w:tc>
        <w:tc>
          <w:tcPr>
            <w:tcW w:type="dxa" w:w="1728"/>
          </w:tcPr>
          <w:p>
            <w:r>
              <w:t>تک درختم سوخت بزار جنگل هم بسوزد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9149*11092</w:t>
            </w:r>
          </w:p>
        </w:tc>
        <w:tc>
          <w:tcPr>
            <w:tcW w:type="dxa" w:w="1728"/>
          </w:tcPr>
          <w:p>
            <w:r>
              <w:t>000000000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939**021*9</w:t>
            </w:r>
          </w:p>
        </w:tc>
        <w:tc>
          <w:tcPr>
            <w:tcW w:type="dxa" w:w="1728"/>
          </w:tcPr>
          <w:p>
            <w:r>
              <w:t>AIi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9332241194</w:t>
            </w:r>
          </w:p>
        </w:tc>
        <w:tc>
          <w:tcPr>
            <w:tcW w:type="dxa" w:w="1728"/>
          </w:tcPr>
          <w:p>
            <w:r>
              <w:t>👑¦₪¦╣• ✞سًٍـًٍـًًـًًـًًـًِوًُʘدًٍ۝آًٍ✞ •╠¦₪¦👑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qazalekz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933231*9**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91*7031*27</w:t>
            </w:r>
          </w:p>
        </w:tc>
        <w:tc>
          <w:tcPr>
            <w:tcW w:type="dxa" w:w="1728"/>
          </w:tcPr>
          <w:p>
            <w:r>
              <w:t>ویهان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903****1*4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91*77*1923</w:t>
            </w:r>
          </w:p>
        </w:tc>
        <w:tc>
          <w:tcPr>
            <w:tcW w:type="dxa" w:w="1728"/>
          </w:tcPr>
          <w:p>
            <w:r>
              <w:t>Fat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91*3214737</w:t>
            </w:r>
          </w:p>
        </w:tc>
        <w:tc>
          <w:tcPr>
            <w:tcW w:type="dxa" w:w="1728"/>
          </w:tcPr>
          <w:p>
            <w:r>
              <w:t>🌺خدا ارامش دل ها🌺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91*9933011</w:t>
            </w:r>
          </w:p>
        </w:tc>
        <w:tc>
          <w:tcPr>
            <w:tcW w:type="dxa" w:w="1728"/>
          </w:tcPr>
          <w:p>
            <w:r>
              <w:t>فیلم غنچه</w:t>
            </w:r>
          </w:p>
        </w:tc>
        <w:tc>
          <w:tcPr>
            <w:tcW w:type="dxa" w:w="1728"/>
          </w:tcPr>
          <w:p>
            <w:r>
              <w:t>طیب ریسی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9030233*2*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93*399*0*3</w:t>
            </w:r>
          </w:p>
        </w:tc>
        <w:tc>
          <w:tcPr>
            <w:tcW w:type="dxa" w:w="1728"/>
          </w:tcPr>
          <w:p>
            <w:r>
              <w:t>امیرعلی اسرا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93*2*42410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😐</w:t>
            </w:r>
          </w:p>
        </w:tc>
        <w:tc>
          <w:tcPr>
            <w:tcW w:type="dxa" w:w="1728"/>
          </w:tcPr>
          <w:p>
            <w:r>
              <w:t>Mimiesmi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9903320*11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91**3779*9</w:t>
            </w:r>
          </w:p>
        </w:tc>
        <w:tc>
          <w:tcPr>
            <w:tcW w:type="dxa" w:w="1728"/>
          </w:tcPr>
          <w:p>
            <w:r>
              <w:t>salar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93*74417*1</w:t>
            </w:r>
          </w:p>
        </w:tc>
        <w:tc>
          <w:tcPr>
            <w:tcW w:type="dxa" w:w="1728"/>
          </w:tcPr>
          <w:p>
            <w:r>
              <w:t>مهدی اقا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933*0*200*</w:t>
            </w:r>
          </w:p>
        </w:tc>
        <w:tc>
          <w:tcPr>
            <w:tcW w:type="dxa" w:w="1728"/>
          </w:tcPr>
          <w:p>
            <w:r>
              <w:t>93028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90*94*3101</w:t>
            </w:r>
          </w:p>
        </w:tc>
        <w:tc>
          <w:tcPr>
            <w:tcW w:type="dxa" w:w="1728"/>
          </w:tcPr>
          <w:p>
            <w:r>
              <w:t>محمدحسین❤❤❤❤❤❤❤🌷🌷🌷🌷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990902*177</w:t>
            </w:r>
          </w:p>
        </w:tc>
        <w:tc>
          <w:tcPr>
            <w:tcW w:type="dxa" w:w="1728"/>
          </w:tcPr>
          <w:p>
            <w:r>
              <w:t>حکیم</w:t>
            </w:r>
          </w:p>
        </w:tc>
        <w:tc>
          <w:tcPr>
            <w:tcW w:type="dxa" w:w="1728"/>
          </w:tcPr>
          <w:p>
            <w:r>
              <w:t>اگبری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930*71399*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913*27411*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jahani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9373911*49</w:t>
            </w:r>
          </w:p>
        </w:tc>
        <w:tc>
          <w:tcPr>
            <w:tcW w:type="dxa" w:w="1728"/>
          </w:tcPr>
          <w:p>
            <w:r>
              <w:t>24 ارش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93749*2*97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91*7**9*04</w:t>
            </w:r>
          </w:p>
        </w:tc>
        <w:tc>
          <w:tcPr>
            <w:tcW w:type="dxa" w:w="1728"/>
          </w:tcPr>
          <w:p>
            <w:r>
              <w:t>,♥Senator♥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99019449*0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Miowpm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939**42234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99070343*0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91*****031</w:t>
            </w:r>
          </w:p>
        </w:tc>
        <w:tc>
          <w:tcPr>
            <w:tcW w:type="dxa" w:w="1728"/>
          </w:tcPr>
          <w:p>
            <w:r>
              <w:t>زمانه</w:t>
            </w:r>
          </w:p>
        </w:tc>
        <w:tc>
          <w:tcPr>
            <w:tcW w:type="dxa" w:w="1728"/>
          </w:tcPr>
          <w:p>
            <w:r>
              <w:t>سهرابی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912379330*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mokhtari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93710*7700</w:t>
            </w:r>
          </w:p>
        </w:tc>
        <w:tc>
          <w:tcPr>
            <w:tcW w:type="dxa" w:w="1728"/>
          </w:tcPr>
          <w:p>
            <w:r>
              <w:t>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93**7177*2</w:t>
            </w:r>
          </w:p>
        </w:tc>
        <w:tc>
          <w:tcPr>
            <w:tcW w:type="dxa" w:w="1728"/>
          </w:tcPr>
          <w:p>
            <w:r>
              <w:t>الیاس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937*411*33</w:t>
            </w:r>
          </w:p>
        </w:tc>
        <w:tc>
          <w:tcPr>
            <w:tcW w:type="dxa" w:w="1728"/>
          </w:tcPr>
          <w:p>
            <w:r>
              <w:t>عبدالله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91**204**9</w:t>
            </w:r>
          </w:p>
        </w:tc>
        <w:tc>
          <w:tcPr>
            <w:tcW w:type="dxa" w:w="1728"/>
          </w:tcPr>
          <w:p>
            <w:r>
              <w:t>دلم شکسته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91*9*31071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hamedfarhangjo110670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91*001719*</w:t>
            </w:r>
          </w:p>
        </w:tc>
        <w:tc>
          <w:tcPr>
            <w:tcW w:type="dxa" w:w="1728"/>
          </w:tcPr>
          <w:p>
            <w:r>
              <w:t>?❤Mahdi ❤?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93**7134*0</w:t>
            </w:r>
          </w:p>
        </w:tc>
        <w:tc>
          <w:tcPr>
            <w:tcW w:type="dxa" w:w="1728"/>
          </w:tcPr>
          <w:p>
            <w:r>
              <w:t>خسته ام از این زندانی که نامش زندگیست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903*13*779</w:t>
            </w:r>
          </w:p>
        </w:tc>
        <w:tc>
          <w:tcPr>
            <w:tcW w:type="dxa" w:w="1728"/>
          </w:tcPr>
          <w:p>
            <w:r>
              <w:t>️: FUCK FAKE FRIENDS👌🖕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Neesan86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903043**00</w:t>
            </w:r>
          </w:p>
        </w:tc>
        <w:tc>
          <w:tcPr>
            <w:tcW w:type="dxa" w:w="1728"/>
          </w:tcPr>
          <w:p>
            <w:r>
              <w:t>R,Y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On311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91**4*1**7</w:t>
            </w:r>
          </w:p>
        </w:tc>
        <w:tc>
          <w:tcPr>
            <w:tcW w:type="dxa" w:w="1728"/>
          </w:tcPr>
          <w:p>
            <w:r>
              <w:t>136508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93*40*494*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Noori</w:t>
            </w:r>
          </w:p>
        </w:tc>
        <w:tc>
          <w:tcPr>
            <w:tcW w:type="dxa" w:w="1728"/>
          </w:tcPr>
          <w:p>
            <w:r>
              <w:t>Eshgh405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9197017**4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shahab_aaymail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93*30***04</w:t>
            </w:r>
          </w:p>
        </w:tc>
        <w:tc>
          <w:tcPr>
            <w:tcW w:type="dxa" w:w="1728"/>
          </w:tcPr>
          <w:p>
            <w:r>
              <w:t>مخاطب خاص🧿🧿</w:t>
            </w:r>
          </w:p>
        </w:tc>
        <w:tc>
          <w:tcPr>
            <w:tcW w:type="dxa" w:w="1728"/>
          </w:tcPr>
          <w:p>
            <w:r>
              <w:t>🧿❤🧿l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901733*914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9332*2**43</w:t>
            </w:r>
          </w:p>
        </w:tc>
        <w:tc>
          <w:tcPr>
            <w:tcW w:type="dxa" w:w="1728"/>
          </w:tcPr>
          <w:p>
            <w:r>
              <w:t>˙·٠•●♥roham♥●•٠·˙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AsRoooham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91392910**</w:t>
            </w:r>
          </w:p>
        </w:tc>
        <w:tc>
          <w:tcPr>
            <w:tcW w:type="dxa" w:w="1728"/>
          </w:tcPr>
          <w:p>
            <w:r>
              <w:t>Sharam</w:t>
            </w:r>
          </w:p>
        </w:tc>
        <w:tc>
          <w:tcPr>
            <w:tcW w:type="dxa" w:w="1728"/>
          </w:tcPr>
          <w:p>
            <w:r>
              <w:t>Tangestani</w:t>
            </w:r>
          </w:p>
        </w:tc>
        <w:tc>
          <w:tcPr>
            <w:tcW w:type="dxa" w:w="1728"/>
          </w:tcPr>
          <w:p>
            <w:r>
              <w:t>Sharam1085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93*1*29370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hHhHHlPo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91424***1*</w:t>
            </w:r>
          </w:p>
        </w:tc>
        <w:tc>
          <w:tcPr>
            <w:tcW w:type="dxa" w:w="1728"/>
          </w:tcPr>
          <w:p>
            <w:r>
              <w:t>Peiman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910334**39</w:t>
            </w:r>
          </w:p>
        </w:tc>
        <w:tc>
          <w:tcPr>
            <w:tcW w:type="dxa" w:w="1728"/>
          </w:tcPr>
          <w:p>
            <w:r>
              <w:t>k,z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khayati_mehr_yazd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902*1**014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alivvvvvv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922172392*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احسان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9374**747*</w:t>
            </w:r>
          </w:p>
        </w:tc>
        <w:tc>
          <w:tcPr>
            <w:tcW w:type="dxa" w:w="1728"/>
          </w:tcPr>
          <w:p>
            <w:r>
              <w:t>زیبا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937*442***</w:t>
            </w:r>
          </w:p>
        </w:tc>
        <w:tc>
          <w:tcPr>
            <w:tcW w:type="dxa" w:w="1728"/>
          </w:tcPr>
          <w:p>
            <w:r>
              <w:t>▂▃▄▅▆▇█▓▒░سالار░▒▓█▇▆▅▄▃▂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914*9777*1</w:t>
            </w:r>
          </w:p>
        </w:tc>
        <w:tc>
          <w:tcPr>
            <w:tcW w:type="dxa" w:w="1728"/>
          </w:tcPr>
          <w:p>
            <w:r>
              <w:t>ایوب امیری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Ayyu56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9173*2**10</w:t>
            </w:r>
          </w:p>
        </w:tc>
        <w:tc>
          <w:tcPr>
            <w:tcW w:type="dxa" w:w="1728"/>
          </w:tcPr>
          <w:p>
            <w:r>
              <w:t>M,a,r,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912*243***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9370*1**13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شریفی....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9037*43*11</w:t>
            </w:r>
          </w:p>
        </w:tc>
        <w:tc>
          <w:tcPr>
            <w:tcW w:type="dxa" w:w="1728"/>
          </w:tcPr>
          <w:p>
            <w:r>
              <w:t>شیرین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Shirin14m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9113*11714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Bakhshude</w:t>
            </w:r>
          </w:p>
        </w:tc>
        <w:tc>
          <w:tcPr>
            <w:tcW w:type="dxa" w:w="1728"/>
          </w:tcPr>
          <w:p>
            <w:r>
              <w:t>Mehdibakhshudeh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930*20*74*</w:t>
            </w:r>
          </w:p>
        </w:tc>
        <w:tc>
          <w:tcPr>
            <w:tcW w:type="dxa" w:w="1728"/>
          </w:tcPr>
          <w:p>
            <w:r>
              <w:t>فرهاد</w:t>
            </w:r>
          </w:p>
        </w:tc>
        <w:tc>
          <w:tcPr>
            <w:tcW w:type="dxa" w:w="1728"/>
          </w:tcPr>
          <w:p>
            <w:r>
              <w:t>فلاحی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9330*934**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901***4*13</w:t>
            </w:r>
          </w:p>
        </w:tc>
        <w:tc>
          <w:tcPr>
            <w:tcW w:type="dxa" w:w="1728"/>
          </w:tcPr>
          <w:p>
            <w:r>
              <w:t>Morad.f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914*21**71</w:t>
            </w:r>
          </w:p>
        </w:tc>
        <w:tc>
          <w:tcPr>
            <w:tcW w:type="dxa" w:w="1728"/>
          </w:tcPr>
          <w:p>
            <w:r>
              <w:t>امید خسروی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Omidkhosra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990*790114</w:t>
            </w:r>
          </w:p>
        </w:tc>
        <w:tc>
          <w:tcPr>
            <w:tcW w:type="dxa" w:w="1728"/>
          </w:tcPr>
          <w:p>
            <w:r>
              <w:t>˙·٠•●♥♥●•٠·˙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abulfazl114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9139*939*0</w:t>
            </w:r>
          </w:p>
        </w:tc>
        <w:tc>
          <w:tcPr>
            <w:tcW w:type="dxa" w:w="1728"/>
          </w:tcPr>
          <w:p>
            <w:r>
              <w:t>Mojtbi</w:t>
            </w:r>
          </w:p>
        </w:tc>
        <w:tc>
          <w:tcPr>
            <w:tcW w:type="dxa" w:w="1728"/>
          </w:tcPr>
          <w:p>
            <w:r>
              <w:t>Aryan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922071241*</w:t>
            </w:r>
          </w:p>
        </w:tc>
        <w:tc>
          <w:tcPr>
            <w:tcW w:type="dxa" w:w="1728"/>
          </w:tcPr>
          <w:p>
            <w:r>
              <w:t>Mohmad1376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93*4*03***</w:t>
            </w:r>
          </w:p>
        </w:tc>
        <w:tc>
          <w:tcPr>
            <w:tcW w:type="dxa" w:w="1728"/>
          </w:tcPr>
          <w:p>
            <w:r>
              <w:t>HAG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93*2*14*1*</w:t>
            </w:r>
          </w:p>
        </w:tc>
        <w:tc>
          <w:tcPr>
            <w:tcW w:type="dxa" w:w="1728"/>
          </w:tcPr>
          <w:p>
            <w:r>
              <w:t>Mahdi.naseri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Z_MNM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9373947**7</w:t>
            </w:r>
          </w:p>
        </w:tc>
        <w:tc>
          <w:tcPr>
            <w:tcW w:type="dxa" w:w="1728"/>
          </w:tcPr>
          <w:p>
            <w:r>
              <w:t>آرین نصیری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mvsavy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  <w:tr>
        <w:tc>
          <w:tcPr>
            <w:tcW w:type="dxa" w:w="1728"/>
          </w:tcPr>
          <w:p>
            <w:r>
              <w:t>91*92***23</w:t>
            </w:r>
          </w:p>
        </w:tc>
        <w:tc>
          <w:tcPr>
            <w:tcW w:type="dxa" w:w="1728"/>
          </w:tcPr>
          <w:p>
            <w:r>
              <w:t>خدا همیشه پشتمع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Tnha12345667</w:t>
            </w:r>
          </w:p>
        </w:tc>
        <w:tc>
          <w:tcPr>
            <w:tcW w:type="dxa" w:w="1728"/>
          </w:tcPr>
          <w:p>
            <w:r>
              <w:t>معجزه ی زیبایی مهر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معجزه ی زیبایی مهر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