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مشاوره پروژه کسر خدمت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مشاوره پروژه کسر خدمت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910032421*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amin_ahmadiy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9197*90*13</w:t>
            </w:r>
          </w:p>
        </w:tc>
        <w:tc>
          <w:tcPr>
            <w:tcW w:type="dxa" w:w="1728"/>
          </w:tcPr>
          <w:p>
            <w:r>
              <w:t>Mahziar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Mahziar_ghorbani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91271*3109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Mahdiforeverr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933*99*04*</w:t>
            </w:r>
          </w:p>
        </w:tc>
        <w:tc>
          <w:tcPr>
            <w:tcW w:type="dxa" w:w="1728"/>
          </w:tcPr>
          <w:p>
            <w:r>
              <w:t>محمد حسین</w:t>
            </w:r>
          </w:p>
        </w:tc>
        <w:tc>
          <w:tcPr>
            <w:tcW w:type="dxa" w:w="1728"/>
          </w:tcPr>
          <w:p>
            <w:r>
              <w:t>حسینی</w:t>
            </w:r>
          </w:p>
        </w:tc>
        <w:tc>
          <w:tcPr>
            <w:tcW w:type="dxa" w:w="1728"/>
          </w:tcPr>
          <w:p>
            <w:r>
              <w:t>mhhm76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91400*041*</w:t>
            </w:r>
          </w:p>
        </w:tc>
        <w:tc>
          <w:tcPr>
            <w:tcW w:type="dxa" w:w="1728"/>
          </w:tcPr>
          <w:p>
            <w:r>
              <w:t>Farzad</w:t>
            </w:r>
          </w:p>
        </w:tc>
        <w:tc>
          <w:tcPr>
            <w:tcW w:type="dxa" w:w="1728"/>
          </w:tcPr>
          <w:p>
            <w:r>
              <w:t>Dehghani</w:t>
            </w:r>
          </w:p>
        </w:tc>
        <w:tc>
          <w:tcPr>
            <w:tcW w:type="dxa" w:w="1728"/>
          </w:tcPr>
          <w:p>
            <w:r>
              <w:t>DehghaniFarzad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91*30*0**4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Poursadegh</w:t>
            </w:r>
          </w:p>
        </w:tc>
        <w:tc>
          <w:tcPr>
            <w:tcW w:type="dxa" w:w="1728"/>
          </w:tcPr>
          <w:p>
            <w:r>
              <w:t>Mehrdad_Poursadegh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939*9*431*</w:t>
            </w:r>
          </w:p>
        </w:tc>
        <w:tc>
          <w:tcPr>
            <w:tcW w:type="dxa" w:w="1728"/>
          </w:tcPr>
          <w:p>
            <w:r>
              <w:t>Soroosh</w:t>
            </w:r>
          </w:p>
        </w:tc>
        <w:tc>
          <w:tcPr>
            <w:tcW w:type="dxa" w:w="1728"/>
          </w:tcPr>
          <w:p>
            <w:r>
              <w:t>Ghs</w:t>
            </w:r>
          </w:p>
        </w:tc>
        <w:tc>
          <w:tcPr>
            <w:tcW w:type="dxa" w:w="1728"/>
          </w:tcPr>
          <w:p>
            <w:r>
              <w:t>Sorooshghs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9130*4*127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Rohani</w:t>
            </w:r>
          </w:p>
        </w:tc>
        <w:tc>
          <w:tcPr>
            <w:tcW w:type="dxa" w:w="1728"/>
          </w:tcPr>
          <w:p>
            <w:r>
              <w:t>ma_amin_rs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9190493***</w:t>
            </w:r>
          </w:p>
        </w:tc>
        <w:tc>
          <w:tcPr>
            <w:tcW w:type="dxa" w:w="1728"/>
          </w:tcPr>
          <w:p>
            <w:r>
              <w:t>ehsan saghaii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ehsansaghaii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933**02390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Alireza_Ari96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91*7072*0*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King_wolf80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930****313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Amir_engineer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9120*0779*</w:t>
            </w:r>
          </w:p>
        </w:tc>
        <w:tc>
          <w:tcPr>
            <w:tcW w:type="dxa" w:w="1728"/>
          </w:tcPr>
          <w:p>
            <w:r>
              <w:t>mohamadreza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mohammadd_rezza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9127*3741*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Mohsenra_7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93**197443</w:t>
            </w:r>
          </w:p>
        </w:tc>
        <w:tc>
          <w:tcPr>
            <w:tcW w:type="dxa" w:w="1728"/>
          </w:tcPr>
          <w:p>
            <w:r>
              <w:t>****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Edificationn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912933*493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pittrader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93*3*1424*</w:t>
            </w:r>
          </w:p>
        </w:tc>
        <w:tc>
          <w:tcPr>
            <w:tcW w:type="dxa" w:w="1728"/>
          </w:tcPr>
          <w:p>
            <w:r>
              <w:t>Meiisam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A72M29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933420****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mohammad23476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93*0**3933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Narges1998s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93*7*720*3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>
              <w:t>Mohammad_Mahdi0320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912*214***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Sharifi</w:t>
            </w:r>
          </w:p>
        </w:tc>
        <w:tc>
          <w:tcPr>
            <w:tcW w:type="dxa" w:w="1728"/>
          </w:tcPr>
          <w:p>
            <w:r>
              <w:t>Mehdifoxtrot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9033337130</w:t>
            </w:r>
          </w:p>
        </w:tc>
        <w:tc>
          <w:tcPr>
            <w:tcW w:type="dxa" w:w="1728"/>
          </w:tcPr>
          <w:p>
            <w:r>
              <w:t>zαhяα_Ghasemi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Zahra_GhasemiN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93790*3742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Vahiiiiid71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912*921299</w:t>
            </w:r>
          </w:p>
        </w:tc>
        <w:tc>
          <w:tcPr>
            <w:tcW w:type="dxa" w:w="1728"/>
          </w:tcPr>
          <w:p>
            <w:r>
              <w:t>Behzad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BZDBZDBZD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93*7979*9*</w:t>
            </w:r>
          </w:p>
        </w:tc>
        <w:tc>
          <w:tcPr>
            <w:tcW w:type="dxa" w:w="1728"/>
          </w:tcPr>
          <w:p>
            <w:r>
              <w:t>BeHrad</w:t>
            </w:r>
          </w:p>
        </w:tc>
        <w:tc>
          <w:tcPr>
            <w:tcW w:type="dxa" w:w="1728"/>
          </w:tcPr>
          <w:p>
            <w:r>
              <w:t>Farhadi AFshar</w:t>
            </w:r>
          </w:p>
        </w:tc>
        <w:tc>
          <w:tcPr>
            <w:tcW w:type="dxa" w:w="1728"/>
          </w:tcPr>
          <w:p>
            <w:r>
              <w:t>BeHradfarhadiafshar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93*49*30*3</w:t>
            </w:r>
          </w:p>
        </w:tc>
        <w:tc>
          <w:tcPr>
            <w:tcW w:type="dxa" w:w="1728"/>
          </w:tcPr>
          <w:p>
            <w:r>
              <w:t>Mohamad.h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mohkam26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933**49*42</w:t>
            </w:r>
          </w:p>
        </w:tc>
        <w:tc>
          <w:tcPr>
            <w:tcW w:type="dxa" w:w="1728"/>
          </w:tcPr>
          <w:p>
            <w:r>
              <w:t>Sajad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91*49*7907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A_salehian76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91204177*7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91*7*94420</w:t>
            </w:r>
          </w:p>
        </w:tc>
        <w:tc>
          <w:tcPr>
            <w:tcW w:type="dxa" w:w="1728"/>
          </w:tcPr>
          <w:p>
            <w:r>
              <w:t>Rojin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emami9494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912*900**2</w:t>
            </w:r>
          </w:p>
        </w:tc>
        <w:tc>
          <w:tcPr>
            <w:tcW w:type="dxa" w:w="1728"/>
          </w:tcPr>
          <w:p>
            <w:r>
              <w:t>Mohammad Amin</w:t>
            </w:r>
          </w:p>
        </w:tc>
        <w:tc>
          <w:tcPr>
            <w:tcW w:type="dxa" w:w="1728"/>
          </w:tcPr>
          <w:p>
            <w:r>
              <w:t>Nili</w:t>
            </w:r>
          </w:p>
        </w:tc>
        <w:tc>
          <w:tcPr>
            <w:tcW w:type="dxa" w:w="1728"/>
          </w:tcPr>
          <w:p>
            <w:r>
              <w:t>ma_nili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93***11324</w:t>
            </w:r>
          </w:p>
        </w:tc>
        <w:tc>
          <w:tcPr>
            <w:tcW w:type="dxa" w:w="1728"/>
          </w:tcPr>
          <w:p>
            <w:r>
              <w:t>@li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Alii_rahmanii110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9224073*13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Folaan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9192*3119*</w:t>
            </w:r>
          </w:p>
        </w:tc>
        <w:tc>
          <w:tcPr>
            <w:tcW w:type="dxa" w:w="1728"/>
          </w:tcPr>
          <w:p>
            <w:r>
              <w:t>Meysam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mebagheri96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912*79*10*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Azmani</w:t>
            </w:r>
          </w:p>
        </w:tc>
        <w:tc>
          <w:tcPr>
            <w:tcW w:type="dxa" w:w="1728"/>
          </w:tcPr>
          <w:p>
            <w:r>
              <w:t>Amir_Azmani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93*949940*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Esfandiar</w:t>
            </w:r>
          </w:p>
        </w:tc>
        <w:tc>
          <w:tcPr>
            <w:tcW w:type="dxa" w:w="1728"/>
          </w:tcPr>
          <w:p>
            <w:r>
              <w:t>mimaleftel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93*33*1192</w:t>
            </w:r>
          </w:p>
        </w:tc>
        <w:tc>
          <w:tcPr>
            <w:tcW w:type="dxa" w:w="1728"/>
          </w:tcPr>
          <w:p>
            <w:r>
              <w:t>D..g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T3_88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91004*4170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s_mohammad_hsj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9120909702</w:t>
            </w:r>
          </w:p>
        </w:tc>
        <w:tc>
          <w:tcPr>
            <w:tcW w:type="dxa" w:w="1728"/>
          </w:tcPr>
          <w:p>
            <w:r>
              <w:t>30Na</w:t>
            </w:r>
          </w:p>
        </w:tc>
        <w:tc>
          <w:tcPr>
            <w:tcW w:type="dxa" w:w="1728"/>
          </w:tcPr>
          <w:p>
            <w:r>
              <w:t>zandy</w:t>
            </w:r>
          </w:p>
        </w:tc>
        <w:tc>
          <w:tcPr>
            <w:tcW w:type="dxa" w:w="1728"/>
          </w:tcPr>
          <w:p>
            <w:r>
              <w:t>Sinaa1994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939*319340</w:t>
            </w:r>
          </w:p>
        </w:tc>
        <w:tc>
          <w:tcPr>
            <w:tcW w:type="dxa" w:w="1728"/>
          </w:tcPr>
          <w:p>
            <w:r>
              <w:t>Fazel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Fazelhamzei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912**1**4*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MrMohsenShayesteh1988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93*7191312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Mhbahramii73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9372*****4</w:t>
            </w:r>
          </w:p>
        </w:tc>
        <w:tc>
          <w:tcPr>
            <w:tcW w:type="dxa" w:w="1728"/>
          </w:tcPr>
          <w:p>
            <w:r>
              <w:t>Es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Esa9619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91**2*223*</w:t>
            </w:r>
          </w:p>
        </w:tc>
        <w:tc>
          <w:tcPr>
            <w:tcW w:type="dxa" w:w="1728"/>
          </w:tcPr>
          <w:p>
            <w:r>
              <w:t>Jalal</w:t>
            </w:r>
          </w:p>
        </w:tc>
        <w:tc>
          <w:tcPr>
            <w:tcW w:type="dxa" w:w="1728"/>
          </w:tcPr>
          <w:p>
            <w:r>
              <w:t>Asadi</w:t>
            </w:r>
          </w:p>
        </w:tc>
        <w:tc>
          <w:tcPr>
            <w:tcW w:type="dxa" w:w="1728"/>
          </w:tcPr>
          <w:p>
            <w:r>
              <w:t>Jalalasadi38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9104*127**</w:t>
            </w:r>
          </w:p>
        </w:tc>
        <w:tc>
          <w:tcPr>
            <w:tcW w:type="dxa" w:w="1728"/>
          </w:tcPr>
          <w:p>
            <w:r>
              <w:t>MohammadHosein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mouhasein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990*07*0*1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Zare</w:t>
            </w:r>
          </w:p>
        </w:tc>
        <w:tc>
          <w:tcPr>
            <w:tcW w:type="dxa" w:w="1728"/>
          </w:tcPr>
          <w:p>
            <w:r>
              <w:t>Mahdizare_1995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91*94****0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tavakoli</w:t>
            </w:r>
          </w:p>
        </w:tc>
        <w:tc>
          <w:tcPr>
            <w:tcW w:type="dxa" w:w="1728"/>
          </w:tcPr>
          <w:p>
            <w:r>
              <w:t>rezatavakolirad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9124**0972</w:t>
            </w:r>
          </w:p>
        </w:tc>
        <w:tc>
          <w:tcPr>
            <w:tcW w:type="dxa" w:w="1728"/>
          </w:tcPr>
          <w:p>
            <w:r>
              <w:t>☯️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91*7*40*00</w:t>
            </w:r>
          </w:p>
        </w:tc>
        <w:tc>
          <w:tcPr>
            <w:tcW w:type="dxa" w:w="1728"/>
          </w:tcPr>
          <w:p>
            <w:r>
              <w:t>neuer22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9124417*4*</w:t>
            </w:r>
          </w:p>
        </w:tc>
        <w:tc>
          <w:tcPr>
            <w:tcW w:type="dxa" w:w="1728"/>
          </w:tcPr>
          <w:p>
            <w:r>
              <w:t>meysam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mmmmmm11443322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913091*2**</w:t>
            </w:r>
          </w:p>
        </w:tc>
        <w:tc>
          <w:tcPr>
            <w:tcW w:type="dxa" w:w="1728"/>
          </w:tcPr>
          <w:p>
            <w:r>
              <w:t>حسین مهدیه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hosseinmahdie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93**213971</w:t>
            </w:r>
          </w:p>
        </w:tc>
        <w:tc>
          <w:tcPr>
            <w:tcW w:type="dxa" w:w="1728"/>
          </w:tcPr>
          <w:p>
            <w:r>
              <w:t>AUB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hooloofi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93***3**90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913*0*4*40</w:t>
            </w:r>
          </w:p>
        </w:tc>
        <w:tc>
          <w:tcPr>
            <w:tcW w:type="dxa" w:w="1728"/>
          </w:tcPr>
          <w:p>
            <w:r>
              <w:t>M.Mahdi</w:t>
            </w:r>
          </w:p>
        </w:tc>
        <w:tc>
          <w:tcPr>
            <w:tcW w:type="dxa" w:w="1728"/>
          </w:tcPr>
          <w:p>
            <w:r>
              <w:t>Monzavi</w:t>
            </w:r>
          </w:p>
        </w:tc>
        <w:tc>
          <w:tcPr>
            <w:tcW w:type="dxa" w:w="1728"/>
          </w:tcPr>
          <w:p>
            <w:r>
              <w:t>Mohamadmahdimonzavi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9014042*30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sh 327</w:t>
            </w:r>
          </w:p>
        </w:tc>
        <w:tc>
          <w:tcPr>
            <w:tcW w:type="dxa" w:w="1728"/>
          </w:tcPr>
          <w:p>
            <w:r>
              <w:t>rs13721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9034*44920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mohammad_ch_96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9377474731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peymanF61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9139744*31</w:t>
            </w:r>
          </w:p>
        </w:tc>
        <w:tc>
          <w:tcPr>
            <w:tcW w:type="dxa" w:w="1728"/>
          </w:tcPr>
          <w:p>
            <w:r>
              <w:t>Hassan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Thisishassan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91*1044**4</w:t>
            </w:r>
          </w:p>
        </w:tc>
        <w:tc>
          <w:tcPr>
            <w:tcW w:type="dxa" w:w="1728"/>
          </w:tcPr>
          <w:p>
            <w:r>
              <w:t>Arshia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arshiaskt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93**2733**</w:t>
            </w:r>
          </w:p>
        </w:tc>
        <w:tc>
          <w:tcPr>
            <w:tcW w:type="dxa" w:w="1728"/>
          </w:tcPr>
          <w:p>
            <w:r>
              <w:t>Reza.</w:t>
            </w:r>
          </w:p>
        </w:tc>
        <w:tc>
          <w:tcPr>
            <w:tcW w:type="dxa" w:w="1728"/>
          </w:tcPr>
          <w:p>
            <w:r>
              <w:t>Hz</w:t>
            </w:r>
          </w:p>
        </w:tc>
        <w:tc>
          <w:tcPr>
            <w:tcW w:type="dxa" w:w="1728"/>
          </w:tcPr>
          <w:p>
            <w:r>
              <w:t>reza_hasanzade1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91111*740*</w:t>
            </w:r>
          </w:p>
        </w:tc>
        <w:tc>
          <w:tcPr>
            <w:tcW w:type="dxa" w:w="1728"/>
          </w:tcPr>
          <w:p>
            <w:r>
              <w:t>Mohamad. B</w:t>
            </w:r>
          </w:p>
        </w:tc>
        <w:tc>
          <w:tcPr>
            <w:tcW w:type="dxa" w:w="1728"/>
          </w:tcPr>
          <w:p>
            <w:r>
              <w:t>Asd</w:t>
            </w:r>
          </w:p>
        </w:tc>
        <w:tc>
          <w:tcPr>
            <w:tcW w:type="dxa" w:w="1728"/>
          </w:tcPr>
          <w:p>
            <w:r>
              <w:t>Mohmadbasdpr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93**4317**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Hossein_1785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9397*3**09</w:t>
            </w:r>
          </w:p>
        </w:tc>
        <w:tc>
          <w:tcPr>
            <w:tcW w:type="dxa" w:w="1728"/>
          </w:tcPr>
          <w:p>
            <w:r>
              <w:t>🔬📚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mohammad_kiani1997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933*007*12</w:t>
            </w:r>
          </w:p>
        </w:tc>
        <w:tc>
          <w:tcPr>
            <w:tcW w:type="dxa" w:w="1728"/>
          </w:tcPr>
          <w:p>
            <w:r>
              <w:t>Ramin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RaminFeyzi1998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913779*792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hossein_1996m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93974*4**2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Kasmaei</w:t>
            </w:r>
          </w:p>
        </w:tc>
        <w:tc>
          <w:tcPr>
            <w:tcW w:type="dxa" w:w="1728"/>
          </w:tcPr>
          <w:p>
            <w:r>
              <w:t>J_srf_k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93**99027*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bagheri</w:t>
            </w:r>
          </w:p>
        </w:tc>
        <w:tc>
          <w:tcPr>
            <w:tcW w:type="dxa" w:w="1728"/>
          </w:tcPr>
          <w:p>
            <w:r>
              <w:t>AmirBagheri1995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939011491*</w:t>
            </w:r>
          </w:p>
        </w:tc>
        <w:tc>
          <w:tcPr>
            <w:tcW w:type="dxa" w:w="1728"/>
          </w:tcPr>
          <w:p>
            <w:r>
              <w:t>Aliakbr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hajakbr21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921*0*7402</w:t>
            </w:r>
          </w:p>
        </w:tc>
        <w:tc>
          <w:tcPr>
            <w:tcW w:type="dxa" w:w="1728"/>
          </w:tcPr>
          <w:p>
            <w:r>
              <w:t>امید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omidkhsurmia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991040**31</w:t>
            </w:r>
          </w:p>
        </w:tc>
        <w:tc>
          <w:tcPr>
            <w:tcW w:type="dxa" w:w="1728"/>
          </w:tcPr>
          <w:p>
            <w:r>
              <w:t>M . 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m_mojarrad74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9131**1232</w:t>
            </w:r>
          </w:p>
        </w:tc>
        <w:tc>
          <w:tcPr>
            <w:tcW w:type="dxa" w:w="1728"/>
          </w:tcPr>
          <w:p>
            <w:r>
              <w:t>Ebrahim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ebrahimhadi544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919*229*7*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ebrahim_041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93*209*432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S_4JJ4D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91202*22*4</w:t>
            </w:r>
          </w:p>
        </w:tc>
        <w:tc>
          <w:tcPr>
            <w:tcW w:type="dxa" w:w="1728"/>
          </w:tcPr>
          <w:p>
            <w:r>
              <w:t>Azami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khodadadazami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90347022*9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>
              <w:t>Mazaheri</w:t>
            </w:r>
          </w:p>
        </w:tc>
        <w:tc>
          <w:tcPr>
            <w:tcW w:type="dxa" w:w="1728"/>
          </w:tcPr>
          <w:p>
            <w:r>
              <w:t>nima_mazaheri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913***0*44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Elham_N0844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9302702*00</w:t>
            </w:r>
          </w:p>
        </w:tc>
        <w:tc>
          <w:tcPr>
            <w:tcW w:type="dxa" w:w="1728"/>
          </w:tcPr>
          <w:p>
            <w:r>
              <w:t>Dorsa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Drsa_k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91*99793*0</w:t>
            </w:r>
          </w:p>
        </w:tc>
        <w:tc>
          <w:tcPr>
            <w:tcW w:type="dxa" w:w="1728"/>
          </w:tcPr>
          <w:p>
            <w:r>
              <w:t>Mohammad Javad</w:t>
            </w:r>
          </w:p>
        </w:tc>
        <w:tc>
          <w:tcPr>
            <w:tcW w:type="dxa" w:w="1728"/>
          </w:tcPr>
          <w:p>
            <w:r>
              <w:t>Hosseinzadeh</w:t>
            </w:r>
          </w:p>
        </w:tc>
        <w:tc>
          <w:tcPr>
            <w:tcW w:type="dxa" w:w="1728"/>
          </w:tcPr>
          <w:p>
            <w:r>
              <w:t>metallurgy22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9379**322*</w:t>
            </w:r>
          </w:p>
        </w:tc>
        <w:tc>
          <w:tcPr>
            <w:tcW w:type="dxa" w:w="1728"/>
          </w:tcPr>
          <w:p>
            <w:r>
              <w:t>Amir hossein</w:t>
            </w:r>
          </w:p>
        </w:tc>
        <w:tc>
          <w:tcPr>
            <w:tcW w:type="dxa" w:w="1728"/>
          </w:tcPr>
          <w:p>
            <w:r>
              <w:t>Kabiri</w:t>
            </w:r>
          </w:p>
        </w:tc>
        <w:tc>
          <w:tcPr>
            <w:tcW w:type="dxa" w:w="1728"/>
          </w:tcPr>
          <w:p>
            <w:r>
              <w:t>amirhkabiri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  <w:tr>
        <w:tc>
          <w:tcPr>
            <w:tcW w:type="dxa" w:w="1728"/>
          </w:tcPr>
          <w:p>
            <w:r>
              <w:t>91331*0*2*</w:t>
            </w:r>
          </w:p>
        </w:tc>
        <w:tc>
          <w:tcPr>
            <w:tcW w:type="dxa" w:w="1728"/>
          </w:tcPr>
          <w:p>
            <w:r>
              <w:t>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drmshafiey</w:t>
            </w:r>
          </w:p>
        </w:tc>
        <w:tc>
          <w:tcPr>
            <w:tcW w:type="dxa" w:w="1728"/>
          </w:tcPr>
          <w:p>
            <w:r>
              <w:t>مشاوره پروژه کسر خدمت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مشاوره پروژه کسر خدمت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