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مسترکلید شمال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مسترکلید شمال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930*24*9*4</w:t>
            </w:r>
          </w:p>
        </w:tc>
        <w:tc>
          <w:tcPr>
            <w:tcW w:type="dxa" w:w="1728"/>
          </w:tcPr>
          <w:p>
            <w:r>
              <w:t>Ali2213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Ali91854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9031*3*771</w:t>
            </w:r>
          </w:p>
        </w:tc>
        <w:tc>
          <w:tcPr>
            <w:tcW w:type="dxa" w:w="1728"/>
          </w:tcPr>
          <w:p>
            <w:r>
              <w:t>▂▃▄▅▆▇█▓▒░Jiva░▒▓█▇▆▅▄▃▂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9392*92911</w:t>
            </w:r>
          </w:p>
        </w:tc>
        <w:tc>
          <w:tcPr>
            <w:tcW w:type="dxa" w:w="1728"/>
          </w:tcPr>
          <w:p>
            <w:r>
              <w:t>F.R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91914**770</w:t>
            </w:r>
          </w:p>
        </w:tc>
        <w:tc>
          <w:tcPr>
            <w:tcW w:type="dxa" w:w="1728"/>
          </w:tcPr>
          <w:p>
            <w:r>
              <w:t>ir</w:t>
            </w:r>
          </w:p>
        </w:tc>
        <w:tc>
          <w:tcPr>
            <w:tcW w:type="dxa" w:w="1728"/>
          </w:tcPr>
          <w:p>
            <w:r>
              <w:t>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93**4*7*40</w:t>
            </w:r>
          </w:p>
        </w:tc>
        <w:tc>
          <w:tcPr>
            <w:tcW w:type="dxa" w:w="1728"/>
          </w:tcPr>
          <w:p>
            <w:r>
              <w:t>HM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HM000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93**940**1</w:t>
            </w:r>
          </w:p>
        </w:tc>
        <w:tc>
          <w:tcPr>
            <w:tcW w:type="dxa" w:w="1728"/>
          </w:tcPr>
          <w:p>
            <w:r>
              <w:t>SaamMi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MKBMISSED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91*2122**9</w:t>
            </w:r>
          </w:p>
        </w:tc>
        <w:tc>
          <w:tcPr>
            <w:tcW w:type="dxa" w:w="1728"/>
          </w:tcPr>
          <w:p>
            <w:r>
              <w:t>Hasti💫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912*9*2**9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Naderi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9013717**0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(زندگیم فقط دخترمه)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93*2*73*7*</w:t>
            </w:r>
          </w:p>
        </w:tc>
        <w:tc>
          <w:tcPr>
            <w:tcW w:type="dxa" w:w="1728"/>
          </w:tcPr>
          <w:p>
            <w:r>
              <w:t>سارا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91247*2*09</w:t>
            </w:r>
          </w:p>
        </w:tc>
        <w:tc>
          <w:tcPr>
            <w:tcW w:type="dxa" w:w="1728"/>
          </w:tcPr>
          <w:p>
            <w:r>
              <w:t>‘°ºø•❤•.¸مهديس¸.•❤•øº°‘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921**9**2*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karimabadi</w:t>
            </w:r>
          </w:p>
        </w:tc>
        <w:tc>
          <w:tcPr>
            <w:tcW w:type="dxa" w:w="1728"/>
          </w:tcPr>
          <w:p>
            <w:r>
              <w:t>reza_karimabadi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91**9*1*17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Khorrami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93*22*0723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عیدی 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937*24**19</w:t>
            </w:r>
          </w:p>
        </w:tc>
        <w:tc>
          <w:tcPr>
            <w:tcW w:type="dxa" w:w="1728"/>
          </w:tcPr>
          <w:p>
            <w:r>
              <w:t>👽Tohid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RealWalker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91272*7470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Abdolahi</w:t>
            </w:r>
          </w:p>
        </w:tc>
        <w:tc>
          <w:tcPr>
            <w:tcW w:type="dxa" w:w="1728"/>
          </w:tcPr>
          <w:p>
            <w:r>
              <w:t>Abdolahi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93*03702*0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amiir_0280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919**9722*</w:t>
            </w:r>
          </w:p>
        </w:tc>
        <w:tc>
          <w:tcPr>
            <w:tcW w:type="dxa" w:w="1728"/>
          </w:tcPr>
          <w:p>
            <w:r>
              <w:t>آرامش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919****2*7</w:t>
            </w:r>
          </w:p>
        </w:tc>
        <w:tc>
          <w:tcPr>
            <w:tcW w:type="dxa" w:w="1728"/>
          </w:tcPr>
          <w:p>
            <w:r>
              <w:t>بایاد خدادلها ارام می گیرد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9199*01*21</w:t>
            </w:r>
          </w:p>
        </w:tc>
        <w:tc>
          <w:tcPr>
            <w:tcW w:type="dxa" w:w="1728"/>
          </w:tcPr>
          <w:p>
            <w:r>
              <w:t>شایگان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ARSHA1943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939*0*93*7</w:t>
            </w:r>
          </w:p>
        </w:tc>
        <w:tc>
          <w:tcPr>
            <w:tcW w:type="dxa" w:w="1728"/>
          </w:tcPr>
          <w:p>
            <w:r>
              <w:t>علی.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937434*710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939*790*3*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Mon_889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91*74*3231</w:t>
            </w:r>
          </w:p>
        </w:tc>
        <w:tc>
          <w:tcPr>
            <w:tcW w:type="dxa" w:w="1728"/>
          </w:tcPr>
          <w:p>
            <w:r>
              <w:t>▂▃▄▅▆▇█▓▒░░▒▓█▇▆▅▄▃▂</w:t>
            </w:r>
          </w:p>
        </w:tc>
        <w:tc>
          <w:tcPr>
            <w:tcW w:type="dxa" w:w="1728"/>
          </w:tcPr>
          <w:p>
            <w:r>
              <w:t>علی شاکرمی</w:t>
            </w:r>
          </w:p>
        </w:tc>
        <w:tc>
          <w:tcPr>
            <w:tcW w:type="dxa" w:w="1728"/>
          </w:tcPr>
          <w:p>
            <w:r>
              <w:t>Alishakarami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9140279424</w:t>
            </w:r>
          </w:p>
        </w:tc>
        <w:tc>
          <w:tcPr>
            <w:tcW w:type="dxa" w:w="1728"/>
          </w:tcPr>
          <w:p>
            <w:r>
              <w:t>Setayesh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Setayesh6778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939**041*9</w:t>
            </w:r>
          </w:p>
        </w:tc>
        <w:tc>
          <w:tcPr>
            <w:tcW w:type="dxa" w:w="1728"/>
          </w:tcPr>
          <w:p>
            <w:r>
              <w:t>мrnιтro -ᴬᴮᴼᴸᶠᴬᶻᴸ-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MrNitro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91*9***149</w:t>
            </w:r>
          </w:p>
        </w:tc>
        <w:tc>
          <w:tcPr>
            <w:tcW w:type="dxa" w:w="1728"/>
          </w:tcPr>
          <w:p>
            <w:r>
              <w:t>کلوپ شهرام</w:t>
            </w:r>
          </w:p>
        </w:tc>
        <w:tc>
          <w:tcPr>
            <w:tcW w:type="dxa" w:w="1728"/>
          </w:tcPr>
          <w:p>
            <w:r>
              <w:t>تااqqqw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933*72214*</w:t>
            </w:r>
          </w:p>
        </w:tc>
        <w:tc>
          <w:tcPr>
            <w:tcW w:type="dxa" w:w="1728"/>
          </w:tcPr>
          <w:p>
            <w:r>
              <w:t>▂▃▄▅▆▇█▓▒░şáⱸⱸƌ1365 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Saeed6435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91749*1294</w:t>
            </w:r>
          </w:p>
        </w:tc>
        <w:tc>
          <w:tcPr>
            <w:tcW w:type="dxa" w:w="1728"/>
          </w:tcPr>
          <w:p>
            <w:r>
              <w:t>abdlcrim</w:t>
            </w:r>
          </w:p>
        </w:tc>
        <w:tc>
          <w:tcPr>
            <w:tcW w:type="dxa" w:w="1728"/>
          </w:tcPr>
          <w:p>
            <w:r>
              <w:t>shms</w:t>
            </w:r>
          </w:p>
        </w:tc>
        <w:tc>
          <w:tcPr>
            <w:tcW w:type="dxa" w:w="1728"/>
          </w:tcPr>
          <w:p>
            <w:r>
              <w:t>abdreof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9174739923</w:t>
            </w:r>
          </w:p>
        </w:tc>
        <w:tc>
          <w:tcPr>
            <w:tcW w:type="dxa" w:w="1728"/>
          </w:tcPr>
          <w:p>
            <w:r>
              <w:t>فارس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93**37*0**</w:t>
            </w:r>
          </w:p>
        </w:tc>
        <w:tc>
          <w:tcPr>
            <w:tcW w:type="dxa" w:w="1728"/>
          </w:tcPr>
          <w:p>
            <w:r>
              <w:t>‘°ºø•❤•.¸yyfh¸.•❤•øº°‘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93**0*2*3*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Hichi00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930*1113*4</w:t>
            </w:r>
          </w:p>
        </w:tc>
        <w:tc>
          <w:tcPr>
            <w:tcW w:type="dxa" w:w="1728"/>
          </w:tcPr>
          <w:p>
            <w:r>
              <w:t>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atish841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9124**74*0</w:t>
            </w:r>
          </w:p>
        </w:tc>
        <w:tc>
          <w:tcPr>
            <w:tcW w:type="dxa" w:w="1728"/>
          </w:tcPr>
          <w:p>
            <w:r>
              <w:t>Sepide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93994*11*4</w:t>
            </w:r>
          </w:p>
        </w:tc>
        <w:tc>
          <w:tcPr>
            <w:tcW w:type="dxa" w:w="1728"/>
          </w:tcPr>
          <w:p>
            <w:r>
              <w:t>💢💪💪💢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91370*4941</w:t>
            </w:r>
          </w:p>
        </w:tc>
        <w:tc>
          <w:tcPr>
            <w:tcW w:type="dxa" w:w="1728"/>
          </w:tcPr>
          <w:p>
            <w:r>
              <w:t>محمدیاسین.فاطمه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9147*3*440</w:t>
            </w:r>
          </w:p>
        </w:tc>
        <w:tc>
          <w:tcPr>
            <w:tcW w:type="dxa" w:w="1728"/>
          </w:tcPr>
          <w:p>
            <w:r>
              <w:t>ANIS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9113*9*0*7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Jvd_soltan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914921*017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93*9**2***</w:t>
            </w:r>
          </w:p>
        </w:tc>
        <w:tc>
          <w:tcPr>
            <w:tcW w:type="dxa" w:w="1728"/>
          </w:tcPr>
          <w:p>
            <w:r>
              <w:t>ꪑꫀꫝᦔⅈ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mediiiiiiiiiiiiiiiiiiii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937*4*7*19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91**1440**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Mahdia0o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93*3992749</w:t>
            </w:r>
          </w:p>
        </w:tc>
        <w:tc>
          <w:tcPr>
            <w:tcW w:type="dxa" w:w="1728"/>
          </w:tcPr>
          <w:p>
            <w:r>
              <w:t>ÀTENÁ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atianom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9372702*04</w:t>
            </w:r>
          </w:p>
        </w:tc>
        <w:tc>
          <w:tcPr>
            <w:tcW w:type="dxa" w:w="1728"/>
          </w:tcPr>
          <w:p>
            <w:r>
              <w:t>mohamad65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M99ze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914*4142**</w:t>
            </w:r>
          </w:p>
        </w:tc>
        <w:tc>
          <w:tcPr>
            <w:tcW w:type="dxa" w:w="1728"/>
          </w:tcPr>
          <w:p>
            <w:r>
              <w:t>⚽Seyyed⚽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93912700*1</w:t>
            </w:r>
          </w:p>
        </w:tc>
        <w:tc>
          <w:tcPr>
            <w:tcW w:type="dxa" w:w="1728"/>
          </w:tcPr>
          <w:p>
            <w:r>
              <w:t>احد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933170741*</w:t>
            </w:r>
          </w:p>
        </w:tc>
        <w:tc>
          <w:tcPr>
            <w:tcW w:type="dxa" w:w="1728"/>
          </w:tcPr>
          <w:p>
            <w:r>
              <w:t>نیلوفر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933*9*7*2*</w:t>
            </w:r>
          </w:p>
        </w:tc>
        <w:tc>
          <w:tcPr>
            <w:tcW w:type="dxa" w:w="1728"/>
          </w:tcPr>
          <w:p>
            <w:r>
              <w:t>ᴍᴀʜꜱʜɪᴅ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mahshidxl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991*3*3301</w:t>
            </w:r>
          </w:p>
        </w:tc>
        <w:tc>
          <w:tcPr>
            <w:tcW w:type="dxa" w:w="1728"/>
          </w:tcPr>
          <w:p>
            <w:r>
              <w:t>$hosin$</w:t>
            </w:r>
          </w:p>
        </w:tc>
        <w:tc>
          <w:tcPr>
            <w:tcW w:type="dxa" w:w="1728"/>
          </w:tcPr>
          <w:p>
            <w:r>
              <w:t>$tahmasbi$</w:t>
            </w:r>
          </w:p>
        </w:tc>
        <w:tc>
          <w:tcPr>
            <w:tcW w:type="dxa" w:w="1728"/>
          </w:tcPr>
          <w:p>
            <w:r>
              <w:t>hosin_tahmasbi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93**20*0*9</w:t>
            </w:r>
          </w:p>
        </w:tc>
        <w:tc>
          <w:tcPr>
            <w:tcW w:type="dxa" w:w="1728"/>
          </w:tcPr>
          <w:p>
            <w:r>
              <w:t>A...a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alimo112233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913**29*47</w:t>
            </w:r>
          </w:p>
        </w:tc>
        <w:tc>
          <w:tcPr>
            <w:tcW w:type="dxa" w:w="1728"/>
          </w:tcPr>
          <w:p>
            <w:r>
              <w:t>خود کرده را تدبیر نیست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93**71**0*</w:t>
            </w:r>
          </w:p>
        </w:tc>
        <w:tc>
          <w:tcPr>
            <w:tcW w:type="dxa" w:w="1728"/>
          </w:tcPr>
          <w:p>
            <w:r>
              <w:t>♠️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T0073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91*7*73121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AGHAYI</w:t>
            </w:r>
          </w:p>
        </w:tc>
        <w:tc>
          <w:tcPr>
            <w:tcW w:type="dxa" w:w="1728"/>
          </w:tcPr>
          <w:p>
            <w:r>
              <w:t>Alireza_Aghayii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912*173*47</w:t>
            </w:r>
          </w:p>
        </w:tc>
        <w:tc>
          <w:tcPr>
            <w:tcW w:type="dxa" w:w="1728"/>
          </w:tcPr>
          <w:p>
            <w:r>
              <w:t>The Degen Kid 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Petrinahubert313090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937*71**3*</w:t>
            </w:r>
          </w:p>
        </w:tc>
        <w:tc>
          <w:tcPr>
            <w:tcW w:type="dxa" w:w="1728"/>
          </w:tcPr>
          <w:p>
            <w:r>
              <w:t>Mehran movaghari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91*2273**0</w:t>
            </w:r>
          </w:p>
        </w:tc>
        <w:tc>
          <w:tcPr>
            <w:tcW w:type="dxa" w:w="1728"/>
          </w:tcPr>
          <w:p>
            <w:r>
              <w:t>کرکلو ساطی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ssddahvjvuhg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91*771**09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ramiin240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919729991*</w:t>
            </w:r>
          </w:p>
        </w:tc>
        <w:tc>
          <w:tcPr>
            <w:tcW w:type="dxa" w:w="1728"/>
          </w:tcPr>
          <w:p>
            <w:r>
              <w:t>♪♫•*¨*•.¸¸❤ṃṓḧṫḁḓẏ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M62_mohtady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93707*4299</w:t>
            </w:r>
          </w:p>
        </w:tc>
        <w:tc>
          <w:tcPr>
            <w:tcW w:type="dxa" w:w="1728"/>
          </w:tcPr>
          <w:p>
            <w:r>
              <w:t>Javid</w:t>
            </w:r>
          </w:p>
        </w:tc>
        <w:tc>
          <w:tcPr>
            <w:tcW w:type="dxa" w:w="1728"/>
          </w:tcPr>
          <w:p>
            <w:r>
              <w:t>7</w:t>
            </w:r>
          </w:p>
        </w:tc>
        <w:tc>
          <w:tcPr>
            <w:tcW w:type="dxa" w:w="1728"/>
          </w:tcPr>
          <w:p>
            <w:r>
              <w:t>Javid_c7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91127**411</w:t>
            </w:r>
          </w:p>
        </w:tc>
        <w:tc>
          <w:tcPr>
            <w:tcW w:type="dxa" w:w="1728"/>
          </w:tcPr>
          <w:p>
            <w:r>
              <w:t>••()••💢❤💢SETAREH💢❤💢••()••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Setar_eh66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9123*9**37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cheraghian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93*2*29013</w:t>
            </w:r>
          </w:p>
        </w:tc>
        <w:tc>
          <w:tcPr>
            <w:tcW w:type="dxa" w:w="1728"/>
          </w:tcPr>
          <w:p>
            <w:r>
              <w:t>✿ ✿ ❀¸¸¸.•*´¯`❀ ✿ دل شکسته💔 ✿❀ԑ̮̑ঙ¸¸¸.•*´¯`❀💓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Pmf1377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933*2049**</w:t>
            </w:r>
          </w:p>
        </w:tc>
        <w:tc>
          <w:tcPr>
            <w:tcW w:type="dxa" w:w="1728"/>
          </w:tcPr>
          <w:p>
            <w:r>
              <w:t>•ــــــــــــــــ@♕ALI♕@ـــــــــــــــــــ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>
              <w:t>bihvgcffhbnl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91**2*1***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moosavi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9331******</w:t>
            </w:r>
          </w:p>
        </w:tc>
        <w:tc>
          <w:tcPr>
            <w:tcW w:type="dxa" w:w="1728"/>
          </w:tcPr>
          <w:p>
            <w:r>
              <w:t>شاهین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shahin_narimi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9122*3**32</w:t>
            </w:r>
          </w:p>
        </w:tc>
        <w:tc>
          <w:tcPr>
            <w:tcW w:type="dxa" w:w="1728"/>
          </w:tcPr>
          <w:p>
            <w:r>
              <w:t>§θĦΞ¡ĺ</w:t>
            </w:r>
          </w:p>
        </w:tc>
        <w:tc>
          <w:tcPr>
            <w:tcW w:type="dxa" w:w="1728"/>
          </w:tcPr>
          <w:p>
            <w:r>
              <w:t>@m¡я¡@מ</w:t>
            </w:r>
          </w:p>
        </w:tc>
        <w:tc>
          <w:tcPr>
            <w:tcW w:type="dxa" w:w="1728"/>
          </w:tcPr>
          <w:p>
            <w:r>
              <w:t>soheil135055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930*47914*</w:t>
            </w:r>
          </w:p>
        </w:tc>
        <w:tc>
          <w:tcPr>
            <w:tcW w:type="dxa" w:w="1728"/>
          </w:tcPr>
          <w:p>
            <w:r>
              <w:t>زینب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90**34**47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93*4143**2</w:t>
            </w:r>
          </w:p>
        </w:tc>
        <w:tc>
          <w:tcPr>
            <w:tcW w:type="dxa" w:w="1728"/>
          </w:tcPr>
          <w:p>
            <w:r>
              <w:t>Mohsen Ebrahimzadeh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Mohsen_Ebrahimzadeh1363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9120*31**7</w:t>
            </w:r>
          </w:p>
        </w:tc>
        <w:tc>
          <w:tcPr>
            <w:tcW w:type="dxa" w:w="1728"/>
          </w:tcPr>
          <w:p>
            <w:r>
              <w:t>Abolfazl .</w:t>
            </w:r>
          </w:p>
        </w:tc>
        <w:tc>
          <w:tcPr>
            <w:tcW w:type="dxa" w:w="1728"/>
          </w:tcPr>
          <w:p>
            <w:r>
              <w:t>Hoseini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919*940*47</w:t>
            </w:r>
          </w:p>
        </w:tc>
        <w:tc>
          <w:tcPr>
            <w:tcW w:type="dxa" w:w="1728"/>
          </w:tcPr>
          <w:p>
            <w:r>
              <w:t>amirhosein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Amirhosein1395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91*9*977*0</w:t>
            </w:r>
          </w:p>
        </w:tc>
        <w:tc>
          <w:tcPr>
            <w:tcW w:type="dxa" w:w="1728"/>
          </w:tcPr>
          <w:p>
            <w:r>
              <w:t>نرجس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91474*2140</w:t>
            </w:r>
          </w:p>
        </w:tc>
        <w:tc>
          <w:tcPr>
            <w:tcW w:type="dxa" w:w="1728"/>
          </w:tcPr>
          <w:p>
            <w:r>
              <w:t>mortaza</w:t>
            </w:r>
          </w:p>
        </w:tc>
        <w:tc>
          <w:tcPr>
            <w:tcW w:type="dxa" w:w="1728"/>
          </w:tcPr>
          <w:p>
            <w:r>
              <w:t>Alijafari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91*07119*4</w:t>
            </w:r>
          </w:p>
        </w:tc>
        <w:tc>
          <w:tcPr>
            <w:tcW w:type="dxa" w:w="1728"/>
          </w:tcPr>
          <w:p>
            <w:r>
              <w:t>🎧🎧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M1964j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937070917*</w:t>
            </w:r>
          </w:p>
        </w:tc>
        <w:tc>
          <w:tcPr>
            <w:tcW w:type="dxa" w:w="1728"/>
          </w:tcPr>
          <w:p>
            <w:r>
              <w:t>قهرمان زمانه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919*04**3*</w:t>
            </w:r>
          </w:p>
        </w:tc>
        <w:tc>
          <w:tcPr>
            <w:tcW w:type="dxa" w:w="1728"/>
          </w:tcPr>
          <w:p>
            <w:r>
              <w:t>سامیار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Samiyar9355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9132*11979</w:t>
            </w:r>
          </w:p>
        </w:tc>
        <w:tc>
          <w:tcPr>
            <w:tcW w:type="dxa" w:w="1728"/>
          </w:tcPr>
          <w:p>
            <w:r>
              <w:t>E . Taheri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91423**931</w:t>
            </w:r>
          </w:p>
        </w:tc>
        <w:tc>
          <w:tcPr>
            <w:tcW w:type="dxa" w:w="1728"/>
          </w:tcPr>
          <w:p>
            <w:r>
              <w:t>Nasrin Nouruzi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nasrinnouruzi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901*70*9*0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DD66889933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  <w:tr>
        <w:tc>
          <w:tcPr>
            <w:tcW w:type="dxa" w:w="1728"/>
          </w:tcPr>
          <w:p>
            <w:r>
              <w:t>9119110747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Alizabihiyan</w:t>
            </w:r>
          </w:p>
        </w:tc>
        <w:tc>
          <w:tcPr>
            <w:tcW w:type="dxa" w:w="1728"/>
          </w:tcPr>
          <w:p>
            <w:r>
              <w:t>مسترکلید شمال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مسترکلید شمال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