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مدیریت مالی 2 دوشنبه 16:15 استاد بهزادی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مدیریت مالی 2 دوشنبه 16:15 استاد بهزادی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937440**0*</w:t>
            </w:r>
          </w:p>
        </w:tc>
        <w:tc>
          <w:tcPr>
            <w:tcW w:type="dxa" w:w="1728"/>
          </w:tcPr>
          <w:p>
            <w:r>
              <w:t>Shirin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Shiiriin_h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9222413490</w:t>
            </w:r>
          </w:p>
        </w:tc>
        <w:tc>
          <w:tcPr>
            <w:tcW w:type="dxa" w:w="1728"/>
          </w:tcPr>
          <w:p>
            <w:r>
              <w:t>armine</w:t>
            </w:r>
          </w:p>
        </w:tc>
        <w:tc>
          <w:tcPr>
            <w:tcW w:type="dxa" w:w="1728"/>
          </w:tcPr>
          <w:p>
            <w:r>
              <w:t>bayat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93*43*1**2</w:t>
            </w:r>
          </w:p>
        </w:tc>
        <w:tc>
          <w:tcPr>
            <w:tcW w:type="dxa" w:w="1728"/>
          </w:tcPr>
          <w:p>
            <w:r>
              <w:t>hanie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haniiiiiie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933*40021*</w:t>
            </w:r>
          </w:p>
        </w:tc>
        <w:tc>
          <w:tcPr>
            <w:tcW w:type="dxa" w:w="1728"/>
          </w:tcPr>
          <w:p>
            <w:r>
              <w:t>.:｡.✿ⓢⓐⓡⓐ ✿.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Saram82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93*29*404*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pianist81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9393*4*49*</w:t>
            </w:r>
          </w:p>
        </w:tc>
        <w:tc>
          <w:tcPr>
            <w:tcW w:type="dxa" w:w="1728"/>
          </w:tcPr>
          <w:p>
            <w:r>
              <w:t>Zohreh.Am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Zohreh_AMousavi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9371**12*3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ImImmortalll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91203*7721</w:t>
            </w:r>
          </w:p>
        </w:tc>
        <w:tc>
          <w:tcPr>
            <w:tcW w:type="dxa" w:w="1728"/>
          </w:tcPr>
          <w:p>
            <w:r>
              <w:t>Honey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aswlsm_82000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9393472*94</w:t>
            </w:r>
          </w:p>
        </w:tc>
        <w:tc>
          <w:tcPr>
            <w:tcW w:type="dxa" w:w="1728"/>
          </w:tcPr>
          <w:p>
            <w:r>
              <w:t>Sadaf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sadafbakhshandep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912*3***4*</w:t>
            </w:r>
          </w:p>
        </w:tc>
        <w:tc>
          <w:tcPr>
            <w:tcW w:type="dxa" w:w="1728"/>
          </w:tcPr>
          <w:p>
            <w:r>
              <w:t>Rojaa.</w:t>
            </w:r>
          </w:p>
        </w:tc>
        <w:tc>
          <w:tcPr>
            <w:tcW w:type="dxa" w:w="1728"/>
          </w:tcPr>
          <w:p>
            <w:r>
              <w:t>Moghadam</w:t>
            </w:r>
          </w:p>
        </w:tc>
        <w:tc>
          <w:tcPr>
            <w:tcW w:type="dxa" w:w="1728"/>
          </w:tcPr>
          <w:p>
            <w:r>
              <w:t>Rojan_FM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93940*424*</w:t>
            </w:r>
          </w:p>
        </w:tc>
        <w:tc>
          <w:tcPr>
            <w:tcW w:type="dxa" w:w="1728"/>
          </w:tcPr>
          <w:p>
            <w:r>
              <w:t>Roya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Roya_hg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90**01*134</w:t>
            </w:r>
          </w:p>
        </w:tc>
        <w:tc>
          <w:tcPr>
            <w:tcW w:type="dxa" w:w="1728"/>
          </w:tcPr>
          <w:p>
            <w:r>
              <w:t>ᏒᎬᏃᎪ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rezakhamoushi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90177*03*9</w:t>
            </w:r>
          </w:p>
        </w:tc>
        <w:tc>
          <w:tcPr>
            <w:tcW w:type="dxa" w:w="1728"/>
          </w:tcPr>
          <w:p>
            <w:r>
              <w:t>Fatiu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fatoemj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93324***92</w:t>
            </w:r>
          </w:p>
        </w:tc>
        <w:tc>
          <w:tcPr>
            <w:tcW w:type="dxa" w:w="1728"/>
          </w:tcPr>
          <w:p>
            <w:r>
              <w:t>Melika.shojaei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Melikashojaeii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903*17494*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Qorbani</w:t>
            </w:r>
          </w:p>
        </w:tc>
        <w:tc>
          <w:tcPr>
            <w:tcW w:type="dxa" w:w="1728"/>
          </w:tcPr>
          <w:p>
            <w:r>
              <w:t>mahdi_qorbani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9100*4341*</w:t>
            </w:r>
          </w:p>
        </w:tc>
        <w:tc>
          <w:tcPr>
            <w:tcW w:type="dxa" w:w="1728"/>
          </w:tcPr>
          <w:p>
            <w:r>
              <w:t>MOJGAN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mojgan_rbt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9332*2**2*</w:t>
            </w:r>
          </w:p>
        </w:tc>
        <w:tc>
          <w:tcPr>
            <w:tcW w:type="dxa" w:w="1728"/>
          </w:tcPr>
          <w:p>
            <w:r>
              <w:t>FOFO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Fatemehyaghmaei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912****34*</w:t>
            </w:r>
          </w:p>
        </w:tc>
        <w:tc>
          <w:tcPr>
            <w:tcW w:type="dxa" w:w="1728"/>
          </w:tcPr>
          <w:p>
            <w:r>
              <w:t>MohammadAmin</w:t>
            </w:r>
          </w:p>
        </w:tc>
        <w:tc>
          <w:tcPr>
            <w:tcW w:type="dxa" w:w="1728"/>
          </w:tcPr>
          <w:p>
            <w:r>
              <w:t>Tale Masuleh</w:t>
            </w:r>
          </w:p>
        </w:tc>
        <w:tc>
          <w:tcPr>
            <w:tcW w:type="dxa" w:w="1728"/>
          </w:tcPr>
          <w:p>
            <w:r>
              <w:t>talemasuleh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912924*0*3</w:t>
            </w:r>
          </w:p>
        </w:tc>
        <w:tc>
          <w:tcPr>
            <w:tcW w:type="dxa" w:w="1728"/>
          </w:tcPr>
          <w:p>
            <w:r>
              <w:t>𝒮𝒶𝒽𝒶𝓇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Shr_mds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930331*212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Dive_into_isolophilia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93*337437*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Zarii_ZY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922240940*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>
              <w:t>bahari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9191143***</w:t>
            </w:r>
          </w:p>
        </w:tc>
        <w:tc>
          <w:tcPr>
            <w:tcW w:type="dxa" w:w="1728"/>
          </w:tcPr>
          <w:p>
            <w:r>
              <w:t>.Niusha.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Niusha_MD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933*009773</w:t>
            </w:r>
          </w:p>
        </w:tc>
        <w:tc>
          <w:tcPr>
            <w:tcW w:type="dxa" w:w="1728"/>
          </w:tcPr>
          <w:p>
            <w:r>
              <w:t>NZ HZ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nzzhz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937*49*720</w:t>
            </w:r>
          </w:p>
        </w:tc>
        <w:tc>
          <w:tcPr>
            <w:tcW w:type="dxa" w:w="1728"/>
          </w:tcPr>
          <w:p>
            <w:r>
              <w:t>𝕄ℍ𝕄𝟚𝟛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MHM1133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93022*314*</w:t>
            </w:r>
          </w:p>
        </w:tc>
        <w:tc>
          <w:tcPr>
            <w:tcW w:type="dxa" w:w="1728"/>
          </w:tcPr>
          <w:p>
            <w:r>
              <w:t>Geghani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geghani_dby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910907794*</w:t>
            </w:r>
          </w:p>
        </w:tc>
        <w:tc>
          <w:tcPr>
            <w:tcW w:type="dxa" w:w="1728"/>
          </w:tcPr>
          <w:p>
            <w:r>
              <w:t>KIMIA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Ab_kimiyaa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937*11939*</w:t>
            </w:r>
          </w:p>
        </w:tc>
        <w:tc>
          <w:tcPr>
            <w:tcW w:type="dxa" w:w="1728"/>
          </w:tcPr>
          <w:p>
            <w:r>
              <w:t>f...♡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fafa_7881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912*0*****</w:t>
            </w:r>
          </w:p>
        </w:tc>
        <w:tc>
          <w:tcPr>
            <w:tcW w:type="dxa" w:w="1728"/>
          </w:tcPr>
          <w:p>
            <w:r>
              <w:t>Paniz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paniz_saeedinasr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9333271*47</w:t>
            </w:r>
          </w:p>
        </w:tc>
        <w:tc>
          <w:tcPr>
            <w:tcW w:type="dxa" w:w="1728"/>
          </w:tcPr>
          <w:p>
            <w:r>
              <w:t>Amirhosein</w:t>
            </w:r>
          </w:p>
        </w:tc>
        <w:tc>
          <w:tcPr>
            <w:tcW w:type="dxa" w:w="1728"/>
          </w:tcPr>
          <w:p>
            <w:r>
              <w:t>.Bg</w:t>
            </w:r>
          </w:p>
        </w:tc>
        <w:tc>
          <w:tcPr>
            <w:tcW w:type="dxa" w:w="1728"/>
          </w:tcPr>
          <w:p>
            <w:r>
              <w:t>AHB_82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91930**2*9</w:t>
            </w:r>
          </w:p>
        </w:tc>
        <w:tc>
          <w:tcPr>
            <w:tcW w:type="dxa" w:w="1728"/>
          </w:tcPr>
          <w:p>
            <w:r>
              <w:t>Mahan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mahan_jvd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990*402***</w:t>
            </w:r>
          </w:p>
        </w:tc>
        <w:tc>
          <w:tcPr>
            <w:tcW w:type="dxa" w:w="1728"/>
          </w:tcPr>
          <w:p>
            <w:r>
              <w:t>-Faeze|mohammadi-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mhmdifaeze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  <w:tr>
        <w:tc>
          <w:tcPr>
            <w:tcW w:type="dxa" w:w="1728"/>
          </w:tcPr>
          <w:p>
            <w:r>
              <w:t>93*2*99*14</w:t>
            </w:r>
          </w:p>
        </w:tc>
        <w:tc>
          <w:tcPr>
            <w:tcW w:type="dxa" w:w="1728"/>
          </w:tcPr>
          <w:p>
            <w:r>
              <w:t>Vida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vidashamsg</w:t>
            </w:r>
          </w:p>
        </w:tc>
        <w:tc>
          <w:tcPr>
            <w:tcW w:type="dxa" w:w="1728"/>
          </w:tcPr>
          <w:p>
            <w:r>
              <w:t>مدیریت مالی 2 دوشنبه 16:15 استاد بهزادی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مدیریت مالی 2 دوشنبه 16:15 استاد بهزادی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