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محفل فرهنگیان البرز™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محفل فرهنگیان البرز™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933*719237</w:t>
            </w:r>
          </w:p>
        </w:tc>
        <w:tc>
          <w:tcPr>
            <w:tcW w:type="dxa" w:w="1728"/>
          </w:tcPr>
          <w:p>
            <w:r>
              <w:t>Leila.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930**1424*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>
              <w:t>*mirzaee</w:t>
            </w:r>
          </w:p>
        </w:tc>
        <w:tc>
          <w:tcPr>
            <w:tcW w:type="dxa" w:w="1728"/>
          </w:tcPr>
          <w:p>
            <w:r>
              <w:t>Hadihhzz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93***0093*</w:t>
            </w:r>
          </w:p>
        </w:tc>
        <w:tc>
          <w:tcPr>
            <w:tcW w:type="dxa" w:w="1728"/>
          </w:tcPr>
          <w:p>
            <w:r>
              <w:t>Angel</w:t>
            </w:r>
          </w:p>
        </w:tc>
        <w:tc>
          <w:tcPr>
            <w:tcW w:type="dxa" w:w="1728"/>
          </w:tcPr>
          <w:p>
            <w:r>
              <w:t>Zr</w:t>
            </w:r>
          </w:p>
        </w:tc>
        <w:tc>
          <w:tcPr>
            <w:tcW w:type="dxa" w:w="1728"/>
          </w:tcPr>
          <w:p>
            <w:r>
              <w:t>Angelzr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9194*3*197</w:t>
            </w:r>
          </w:p>
        </w:tc>
        <w:tc>
          <w:tcPr>
            <w:tcW w:type="dxa" w:w="1728"/>
          </w:tcPr>
          <w:p>
            <w:r>
              <w:t>azPrz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azprz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9127***4*2</w:t>
            </w:r>
          </w:p>
        </w:tc>
        <w:tc>
          <w:tcPr>
            <w:tcW w:type="dxa" w:w="1728"/>
          </w:tcPr>
          <w:p>
            <w:r>
              <w:t>M.ADELPOUR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9124***303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901***919*</w:t>
            </w:r>
          </w:p>
        </w:tc>
        <w:tc>
          <w:tcPr>
            <w:tcW w:type="dxa" w:w="1728"/>
          </w:tcPr>
          <w:p>
            <w:r>
              <w:t>firozyfar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Afirozyfar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9117*1197*</w:t>
            </w:r>
          </w:p>
        </w:tc>
        <w:tc>
          <w:tcPr>
            <w:tcW w:type="dxa" w:w="1728"/>
          </w:tcPr>
          <w:p>
            <w:r>
              <w:t>محمد جافرنوده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jafarnodeh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93**3772*3</w:t>
            </w:r>
          </w:p>
        </w:tc>
        <w:tc>
          <w:tcPr>
            <w:tcW w:type="dxa" w:w="1728"/>
          </w:tcPr>
          <w:p>
            <w:r>
              <w:t>الهه</w:t>
            </w:r>
          </w:p>
        </w:tc>
        <w:tc>
          <w:tcPr>
            <w:tcW w:type="dxa" w:w="1728"/>
          </w:tcPr>
          <w:p>
            <w:r>
              <w:t>جعفری</w:t>
            </w:r>
          </w:p>
        </w:tc>
        <w:tc>
          <w:tcPr>
            <w:tcW w:type="dxa" w:w="1728"/>
          </w:tcPr>
          <w:p>
            <w:r>
              <w:t>Jaaffari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9302932209</w:t>
            </w:r>
          </w:p>
        </w:tc>
        <w:tc>
          <w:tcPr>
            <w:tcW w:type="dxa" w:w="1728"/>
          </w:tcPr>
          <w:p>
            <w:r>
              <w:t>A.karimi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AKRAMK65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9370997*4*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mehdir0013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91*7140021</w:t>
            </w:r>
          </w:p>
        </w:tc>
        <w:tc>
          <w:tcPr>
            <w:tcW w:type="dxa" w:w="1728"/>
          </w:tcPr>
          <w:p>
            <w:r>
              <w:t>Rashidi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rashidi_0021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91****42*4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mah_teacher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91*3972*17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N 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9193**4937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H_R</w:t>
            </w:r>
          </w:p>
        </w:tc>
        <w:tc>
          <w:tcPr>
            <w:tcW w:type="dxa" w:w="1728"/>
          </w:tcPr>
          <w:p>
            <w:r>
              <w:t>Hadi_rafii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939****229</w:t>
            </w:r>
          </w:p>
        </w:tc>
        <w:tc>
          <w:tcPr>
            <w:tcW w:type="dxa" w:w="1728"/>
          </w:tcPr>
          <w:p>
            <w:r>
              <w:t>Avesta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Avesta889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903*77**04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93*149*92*</w:t>
            </w:r>
          </w:p>
        </w:tc>
        <w:tc>
          <w:tcPr>
            <w:tcW w:type="dxa" w:w="1728"/>
          </w:tcPr>
          <w:p>
            <w:r>
              <w:t>Asadi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RiRa111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93*9*02792</w:t>
            </w:r>
          </w:p>
        </w:tc>
        <w:tc>
          <w:tcPr>
            <w:tcW w:type="dxa" w:w="1728"/>
          </w:tcPr>
          <w:p>
            <w:r>
              <w:t>Maedeh</w:t>
            </w:r>
          </w:p>
        </w:tc>
        <w:tc>
          <w:tcPr>
            <w:tcW w:type="dxa" w:w="1728"/>
          </w:tcPr>
          <w:p>
            <w:r>
              <w:t>Mottaghi</w:t>
            </w:r>
          </w:p>
        </w:tc>
        <w:tc>
          <w:tcPr>
            <w:tcW w:type="dxa" w:w="1728"/>
          </w:tcPr>
          <w:p>
            <w:r>
              <w:t>Mottaghi1368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91**9*2790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Maai3124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91903**77*</w:t>
            </w:r>
          </w:p>
        </w:tc>
        <w:tc>
          <w:tcPr>
            <w:tcW w:type="dxa" w:w="1728"/>
          </w:tcPr>
          <w:p>
            <w:r>
              <w:t>🍁m.soheyli🍁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m_soheyli89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9212*2*21*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93091*1*40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G</w:t>
            </w:r>
          </w:p>
        </w:tc>
        <w:tc>
          <w:tcPr>
            <w:tcW w:type="dxa" w:w="1728"/>
          </w:tcPr>
          <w:p>
            <w:r>
              <w:t>Baharg1397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9123**1*27</w:t>
            </w:r>
          </w:p>
        </w:tc>
        <w:tc>
          <w:tcPr>
            <w:tcW w:type="dxa" w:w="1728"/>
          </w:tcPr>
          <w:p>
            <w:r>
              <w:t>Z@</w:t>
            </w:r>
          </w:p>
        </w:tc>
        <w:tc>
          <w:tcPr>
            <w:tcW w:type="dxa" w:w="1728"/>
          </w:tcPr>
          <w:p>
            <w:r>
              <w:t>Hoseini</w:t>
            </w:r>
          </w:p>
        </w:tc>
        <w:tc>
          <w:tcPr>
            <w:tcW w:type="dxa" w:w="1728"/>
          </w:tcPr>
          <w:p>
            <w:r>
              <w:t>EnglishTeacher8993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930900*772</w:t>
            </w:r>
          </w:p>
        </w:tc>
        <w:tc>
          <w:tcPr>
            <w:tcW w:type="dxa" w:w="1728"/>
          </w:tcPr>
          <w:p>
            <w:r>
              <w:t>Bakhshi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e_bakhshiii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91977*37*4</w:t>
            </w:r>
          </w:p>
        </w:tc>
        <w:tc>
          <w:tcPr>
            <w:tcW w:type="dxa" w:w="1728"/>
          </w:tcPr>
          <w:p>
            <w:r>
              <w:t>Masi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>
              <w:t>Mas_Parhizkari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910***43*2</w:t>
            </w:r>
          </w:p>
        </w:tc>
        <w:tc>
          <w:tcPr>
            <w:tcW w:type="dxa" w:w="1728"/>
          </w:tcPr>
          <w:p>
            <w:r>
              <w:t>Ati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ati_teacher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91****141*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aflak1400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912*2904*0</w:t>
            </w:r>
          </w:p>
        </w:tc>
        <w:tc>
          <w:tcPr>
            <w:tcW w:type="dxa" w:w="1728"/>
          </w:tcPr>
          <w:p>
            <w:r>
              <w:t>Tahereh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Tmsms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93*2107410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Alikhah</w:t>
            </w:r>
          </w:p>
        </w:tc>
        <w:tc>
          <w:tcPr>
            <w:tcW w:type="dxa" w:w="1728"/>
          </w:tcPr>
          <w:p>
            <w:r>
              <w:t>maryam_alikhah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93**410**3</w:t>
            </w:r>
          </w:p>
        </w:tc>
        <w:tc>
          <w:tcPr>
            <w:tcW w:type="dxa" w:w="1728"/>
          </w:tcPr>
          <w:p>
            <w:r>
              <w:t>Fateme</w:t>
            </w:r>
          </w:p>
        </w:tc>
        <w:tc>
          <w:tcPr>
            <w:tcW w:type="dxa" w:w="1728"/>
          </w:tcPr>
          <w:p>
            <w:r>
              <w:t>Sadeghi</w:t>
            </w:r>
          </w:p>
        </w:tc>
        <w:tc>
          <w:tcPr>
            <w:tcW w:type="dxa" w:w="1728"/>
          </w:tcPr>
          <w:p>
            <w:r>
              <w:t>fatemesadeghiiii16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91***2*0**</w:t>
            </w:r>
          </w:p>
        </w:tc>
        <w:tc>
          <w:tcPr>
            <w:tcW w:type="dxa" w:w="1728"/>
          </w:tcPr>
          <w:p>
            <w:r>
              <w:t>محمدرضا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93**20*12*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Kh</w:t>
            </w:r>
          </w:p>
        </w:tc>
        <w:tc>
          <w:tcPr>
            <w:tcW w:type="dxa" w:w="1728"/>
          </w:tcPr>
          <w:p>
            <w:r>
              <w:t>zibakh1365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9013431193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Sarayousefi7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937349*9*7</w:t>
            </w:r>
          </w:p>
        </w:tc>
        <w:tc>
          <w:tcPr>
            <w:tcW w:type="dxa" w:w="1728"/>
          </w:tcPr>
          <w:p>
            <w:r>
              <w:t>Ab</w:t>
            </w:r>
          </w:p>
        </w:tc>
        <w:tc>
          <w:tcPr>
            <w:tcW w:type="dxa" w:w="1728"/>
          </w:tcPr>
          <w:p>
            <w:r>
              <w:t>Sa</w:t>
            </w:r>
          </w:p>
        </w:tc>
        <w:tc>
          <w:tcPr>
            <w:tcW w:type="dxa" w:w="1728"/>
          </w:tcPr>
          <w:p>
            <w:r>
              <w:t>Sadatabolh62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9907330*97</w:t>
            </w:r>
          </w:p>
        </w:tc>
        <w:tc>
          <w:tcPr>
            <w:tcW w:type="dxa" w:w="1728"/>
          </w:tcPr>
          <w:p>
            <w:r>
              <w:t>سعید</w:t>
            </w:r>
          </w:p>
        </w:tc>
        <w:tc>
          <w:tcPr>
            <w:tcW w:type="dxa" w:w="1728"/>
          </w:tcPr>
          <w:p>
            <w:r>
              <w:t>حشمتی</w:t>
            </w:r>
          </w:p>
        </w:tc>
        <w:tc>
          <w:tcPr>
            <w:tcW w:type="dxa" w:w="1728"/>
          </w:tcPr>
          <w:p>
            <w:r>
              <w:t>Saeidsurena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9197**0327</w:t>
            </w:r>
          </w:p>
        </w:tc>
        <w:tc>
          <w:tcPr>
            <w:tcW w:type="dxa" w:w="1728"/>
          </w:tcPr>
          <w:p>
            <w:r>
              <w:t>R.m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Rm_7711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912*043*70</w:t>
            </w:r>
          </w:p>
        </w:tc>
        <w:tc>
          <w:tcPr>
            <w:tcW w:type="dxa" w:w="1728"/>
          </w:tcPr>
          <w:p>
            <w:r>
              <w:t>Mahdye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93***03701</w:t>
            </w:r>
          </w:p>
        </w:tc>
        <w:tc>
          <w:tcPr>
            <w:tcW w:type="dxa" w:w="1728"/>
          </w:tcPr>
          <w:p>
            <w:r>
              <w:t>Lnaz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Lnaz13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93*77**3**</w:t>
            </w:r>
          </w:p>
        </w:tc>
        <w:tc>
          <w:tcPr>
            <w:tcW w:type="dxa" w:w="1728"/>
          </w:tcPr>
          <w:p>
            <w:r>
              <w:t>???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990703114*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Forever697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91*7417927</w:t>
            </w:r>
          </w:p>
        </w:tc>
        <w:tc>
          <w:tcPr>
            <w:tcW w:type="dxa" w:w="1728"/>
          </w:tcPr>
          <w:p>
            <w:r>
              <w:t>Bakaool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fhjnkb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93039*1002</w:t>
            </w:r>
          </w:p>
        </w:tc>
        <w:tc>
          <w:tcPr>
            <w:tcW w:type="dxa" w:w="1728"/>
          </w:tcPr>
          <w:p>
            <w:r>
              <w:t>ba3et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b13et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9173*30***</w:t>
            </w:r>
          </w:p>
        </w:tc>
        <w:tc>
          <w:tcPr>
            <w:tcW w:type="dxa" w:w="1728"/>
          </w:tcPr>
          <w:p>
            <w:r>
              <w:t>F.r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Firouzeh2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910*7*022*</w:t>
            </w:r>
          </w:p>
        </w:tc>
        <w:tc>
          <w:tcPr>
            <w:tcW w:type="dxa" w:w="1728"/>
          </w:tcPr>
          <w:p>
            <w:r>
              <w:t>Hamzeh</w:t>
            </w:r>
          </w:p>
        </w:tc>
        <w:tc>
          <w:tcPr>
            <w:tcW w:type="dxa" w:w="1728"/>
          </w:tcPr>
          <w:p>
            <w:r>
              <w:t>Khayami</w:t>
            </w:r>
          </w:p>
        </w:tc>
        <w:tc>
          <w:tcPr>
            <w:tcW w:type="dxa" w:w="1728"/>
          </w:tcPr>
          <w:p>
            <w:r>
              <w:t>Hamzehkhayami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93*7**1934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Armin_khan99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990*1774*3</w:t>
            </w:r>
          </w:p>
        </w:tc>
        <w:tc>
          <w:tcPr>
            <w:tcW w:type="dxa" w:w="1728"/>
          </w:tcPr>
          <w:p>
            <w:r>
              <w:t>نازدارحیران.....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Ahhrn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93*1*12172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Alireza_K67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90*9**23**</w:t>
            </w:r>
          </w:p>
        </w:tc>
        <w:tc>
          <w:tcPr>
            <w:tcW w:type="dxa" w:w="1728"/>
          </w:tcPr>
          <w:p>
            <w:r>
              <w:t>esmat_</w:t>
            </w:r>
          </w:p>
        </w:tc>
        <w:tc>
          <w:tcPr>
            <w:tcW w:type="dxa" w:w="1728"/>
          </w:tcPr>
          <w:p>
            <w:r>
              <w:t>sadat hosseini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93311*491*</w:t>
            </w:r>
          </w:p>
        </w:tc>
        <w:tc>
          <w:tcPr>
            <w:tcW w:type="dxa" w:w="1728"/>
          </w:tcPr>
          <w:p>
            <w:r>
              <w:t>Saeideh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Saeidehh1366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939*931173</w:t>
            </w:r>
          </w:p>
        </w:tc>
        <w:tc>
          <w:tcPr>
            <w:tcW w:type="dxa" w:w="1728"/>
          </w:tcPr>
          <w:p>
            <w:r>
              <w:t>S💞B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9377470797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9334420*7*</w:t>
            </w:r>
          </w:p>
        </w:tc>
        <w:tc>
          <w:tcPr>
            <w:tcW w:type="dxa" w:w="1728"/>
          </w:tcPr>
          <w:p>
            <w:r>
              <w:t>Samadpanad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Panadmasood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910*70211*</w:t>
            </w:r>
          </w:p>
        </w:tc>
        <w:tc>
          <w:tcPr>
            <w:tcW w:type="dxa" w:w="1728"/>
          </w:tcPr>
          <w:p>
            <w:r>
              <w:t>ꕤ𝒁𝒂𝒉𝒓𝒂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zhrab7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91*7477091</w:t>
            </w:r>
          </w:p>
        </w:tc>
        <w:tc>
          <w:tcPr>
            <w:tcW w:type="dxa" w:w="1728"/>
          </w:tcPr>
          <w:p>
            <w:r>
              <w:t>G.m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93*2103914</w:t>
            </w:r>
          </w:p>
        </w:tc>
        <w:tc>
          <w:tcPr>
            <w:tcW w:type="dxa" w:w="1728"/>
          </w:tcPr>
          <w:p>
            <w:r>
              <w:t>رضوان</w:t>
            </w:r>
          </w:p>
        </w:tc>
        <w:tc>
          <w:tcPr>
            <w:tcW w:type="dxa" w:w="1728"/>
          </w:tcPr>
          <w:p>
            <w:r>
              <w:t>علیزاده</w:t>
            </w:r>
          </w:p>
        </w:tc>
        <w:tc>
          <w:tcPr>
            <w:tcW w:type="dxa" w:w="1728"/>
          </w:tcPr>
          <w:p>
            <w:r>
              <w:t>Rezvan1alizadeh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93*9*009*3</w:t>
            </w:r>
          </w:p>
        </w:tc>
        <w:tc>
          <w:tcPr>
            <w:tcW w:type="dxa" w:w="1728"/>
          </w:tcPr>
          <w:p>
            <w:r>
              <w:t>nahid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Nahid_2010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930*944*2*</w:t>
            </w:r>
          </w:p>
        </w:tc>
        <w:tc>
          <w:tcPr>
            <w:tcW w:type="dxa" w:w="1728"/>
          </w:tcPr>
          <w:p>
            <w:r>
              <w:t>S_ 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S_jdk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933**41*0*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933*7*704*</w:t>
            </w:r>
          </w:p>
        </w:tc>
        <w:tc>
          <w:tcPr>
            <w:tcW w:type="dxa" w:w="1728"/>
          </w:tcPr>
          <w:p>
            <w:r>
              <w:t>Pa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papasllar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937*347***</w:t>
            </w:r>
          </w:p>
        </w:tc>
        <w:tc>
          <w:tcPr>
            <w:tcW w:type="dxa" w:w="1728"/>
          </w:tcPr>
          <w:p>
            <w:r>
              <w:t>Ebrahim</w:t>
            </w:r>
          </w:p>
        </w:tc>
        <w:tc>
          <w:tcPr>
            <w:tcW w:type="dxa" w:w="1728"/>
          </w:tcPr>
          <w:p>
            <w:r>
              <w:t>Asadi</w:t>
            </w:r>
          </w:p>
        </w:tc>
        <w:tc>
          <w:tcPr>
            <w:tcW w:type="dxa" w:w="1728"/>
          </w:tcPr>
          <w:p>
            <w:r>
              <w:t>ebrahim_asadi86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92101*1*42</w:t>
            </w:r>
          </w:p>
        </w:tc>
        <w:tc>
          <w:tcPr>
            <w:tcW w:type="dxa" w:w="1728"/>
          </w:tcPr>
          <w:p>
            <w:r>
              <w:t>Miss_Hosseini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S_hosseini1994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9109301*0*</w:t>
            </w:r>
          </w:p>
        </w:tc>
        <w:tc>
          <w:tcPr>
            <w:tcW w:type="dxa" w:w="1728"/>
          </w:tcPr>
          <w:p>
            <w:r>
              <w:t>Hf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93*9*3*0*9</w:t>
            </w:r>
          </w:p>
        </w:tc>
        <w:tc>
          <w:tcPr>
            <w:tcW w:type="dxa" w:w="1728"/>
          </w:tcPr>
          <w:p>
            <w:r>
              <w:t>ஜ۩۩ஜ مهسافلاح زادهஜ۩۩ஜ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919*99**7*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Sss6960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9120*7*772</w:t>
            </w:r>
          </w:p>
        </w:tc>
        <w:tc>
          <w:tcPr>
            <w:tcW w:type="dxa" w:w="1728"/>
          </w:tcPr>
          <w:p>
            <w:r>
              <w:t>‌‌‌‌⁪⁬⁮⁮⁮ ش</w:t>
            </w:r>
          </w:p>
        </w:tc>
        <w:tc>
          <w:tcPr>
            <w:tcW w:type="dxa" w:w="1728"/>
          </w:tcPr>
          <w:p>
            <w:r>
              <w:t>ج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93**0341**</w:t>
            </w:r>
          </w:p>
        </w:tc>
        <w:tc>
          <w:tcPr>
            <w:tcW w:type="dxa" w:w="1728"/>
          </w:tcPr>
          <w:p>
            <w:r>
              <w:t>Rashidi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93*410124*</w:t>
            </w:r>
          </w:p>
        </w:tc>
        <w:tc>
          <w:tcPr>
            <w:tcW w:type="dxa" w:w="1728"/>
          </w:tcPr>
          <w:p>
            <w:r>
              <w:t>「بــهــشــٺـ آـســمـاـنــیـ」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Asemani314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93934**127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9132*02*0*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Hajegheasy</w:t>
            </w:r>
          </w:p>
        </w:tc>
        <w:tc>
          <w:tcPr>
            <w:tcW w:type="dxa" w:w="1728"/>
          </w:tcPr>
          <w:p>
            <w:r>
              <w:t>ati_ghiasy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933*074*30</w:t>
            </w:r>
          </w:p>
        </w:tc>
        <w:tc>
          <w:tcPr>
            <w:tcW w:type="dxa" w:w="1728"/>
          </w:tcPr>
          <w:p>
            <w:r>
              <w:t>~فاطمه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Zareiteacher77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91*71307**</w:t>
            </w:r>
          </w:p>
        </w:tc>
        <w:tc>
          <w:tcPr>
            <w:tcW w:type="dxa" w:w="1728"/>
          </w:tcPr>
          <w:p>
            <w:r>
              <w:t>♪♫•*¨*•.¸¸❤∱ąɧïɱ❤¸¸.•*¨*•♫♪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fahi1990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910*7*1094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Bifilm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930*439***</w:t>
            </w:r>
          </w:p>
        </w:tc>
        <w:tc>
          <w:tcPr>
            <w:tcW w:type="dxa" w:w="1728"/>
          </w:tcPr>
          <w:p>
            <w:r>
              <w:t>s. amraie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someih9697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902*9901*1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912*009*7*</w:t>
            </w:r>
          </w:p>
        </w:tc>
        <w:tc>
          <w:tcPr>
            <w:tcW w:type="dxa" w:w="1728"/>
          </w:tcPr>
          <w:p>
            <w:r>
              <w:t>Fahimeh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Fahimekhosh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9014*27*29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FAza90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930423339*</w:t>
            </w:r>
          </w:p>
        </w:tc>
        <w:tc>
          <w:tcPr>
            <w:tcW w:type="dxa" w:w="1728"/>
          </w:tcPr>
          <w:p>
            <w:r>
              <w:t>jamshidi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Jamshidi1366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902*021212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mahdi_13_64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  <w:tr>
        <w:tc>
          <w:tcPr>
            <w:tcW w:type="dxa" w:w="1728"/>
          </w:tcPr>
          <w:p>
            <w:r>
              <w:t>90132*9**2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melpom</w:t>
            </w:r>
          </w:p>
        </w:tc>
        <w:tc>
          <w:tcPr>
            <w:tcW w:type="dxa" w:w="1728"/>
          </w:tcPr>
          <w:p>
            <w:r>
              <w:t>🔝محفل فرهنگیان البرز™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محفل فرهنگیان البرز™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