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محصولات زیبایی مهروبا مدیریت خانم مریوانی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محصولات زیبایی مهروبا مدیریت خانم مریوانی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91****292*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93*93*3134</w:t>
            </w:r>
          </w:p>
        </w:tc>
        <w:tc>
          <w:tcPr>
            <w:tcW w:type="dxa" w:w="1728"/>
          </w:tcPr>
          <w:p>
            <w:r>
              <w:t>رئال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93*7**0470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Fatima_niu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9302**7*44</w:t>
            </w:r>
          </w:p>
        </w:tc>
        <w:tc>
          <w:tcPr>
            <w:tcW w:type="dxa" w:w="1728"/>
          </w:tcPr>
          <w:p>
            <w:r>
              <w:t>Asma.hosseini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930923**44</w:t>
            </w:r>
          </w:p>
        </w:tc>
        <w:tc>
          <w:tcPr>
            <w:tcW w:type="dxa" w:w="1728"/>
          </w:tcPr>
          <w:p>
            <w:r>
              <w:t>Nazaninzahra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Nazaninzahra3223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93***7702*</w:t>
            </w:r>
          </w:p>
        </w:tc>
        <w:tc>
          <w:tcPr>
            <w:tcW w:type="dxa" w:w="1728"/>
          </w:tcPr>
          <w:p>
            <w:r>
              <w:t>ساچلی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91***32040</w:t>
            </w:r>
          </w:p>
        </w:tc>
        <w:tc>
          <w:tcPr>
            <w:tcW w:type="dxa" w:w="1728"/>
          </w:tcPr>
          <w:p>
            <w:r>
              <w:t>محمدیاسین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9371***099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hazrati</w:t>
            </w:r>
          </w:p>
        </w:tc>
        <w:tc>
          <w:tcPr>
            <w:tcW w:type="dxa" w:w="1728"/>
          </w:tcPr>
          <w:p>
            <w:r>
              <w:t>Zhazratiiiiiii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93327491*3</w:t>
            </w:r>
          </w:p>
        </w:tc>
        <w:tc>
          <w:tcPr>
            <w:tcW w:type="dxa" w:w="1728"/>
          </w:tcPr>
          <w:p>
            <w:r>
              <w:t>این حسین کیست که عالم همه دیوانه اوست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Spartakoos78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9101**9*3*</w:t>
            </w:r>
          </w:p>
        </w:tc>
        <w:tc>
          <w:tcPr>
            <w:tcW w:type="dxa" w:w="1728"/>
          </w:tcPr>
          <w:p>
            <w:r>
              <w:t>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91900247*7</w:t>
            </w:r>
          </w:p>
        </w:tc>
        <w:tc>
          <w:tcPr>
            <w:tcW w:type="dxa" w:w="1728"/>
          </w:tcPr>
          <w:p>
            <w:r>
              <w:t>AFRRA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KZTEJARAT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93**2****7</w:t>
            </w:r>
          </w:p>
        </w:tc>
        <w:tc>
          <w:tcPr>
            <w:tcW w:type="dxa" w:w="1728"/>
          </w:tcPr>
          <w:p>
            <w:r>
              <w:t>سوگل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91032*104*</w:t>
            </w:r>
          </w:p>
        </w:tc>
        <w:tc>
          <w:tcPr>
            <w:tcW w:type="dxa" w:w="1728"/>
          </w:tcPr>
          <w:p>
            <w:r>
              <w:t>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93*904979*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91*7*7*3*7</w:t>
            </w:r>
          </w:p>
        </w:tc>
        <w:tc>
          <w:tcPr>
            <w:tcW w:type="dxa" w:w="1728"/>
          </w:tcPr>
          <w:p>
            <w:r>
              <w:t>آذر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91**73*740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Saranazampor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9147***29*</w:t>
            </w:r>
          </w:p>
        </w:tc>
        <w:tc>
          <w:tcPr>
            <w:tcW w:type="dxa" w:w="1728"/>
          </w:tcPr>
          <w:p>
            <w:r>
              <w:t>Maneya</w:t>
            </w:r>
          </w:p>
        </w:tc>
        <w:tc>
          <w:tcPr>
            <w:tcW w:type="dxa" w:w="1728"/>
          </w:tcPr>
          <w:p>
            <w:r>
              <w:t>Maneya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903*27*3*7</w:t>
            </w:r>
          </w:p>
        </w:tc>
        <w:tc>
          <w:tcPr>
            <w:tcW w:type="dxa" w:w="1728"/>
          </w:tcPr>
          <w:p>
            <w:r>
              <w:t>Pgi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Lift_msd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9127*49374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911*037009</w:t>
            </w:r>
          </w:p>
        </w:tc>
        <w:tc>
          <w:tcPr>
            <w:tcW w:type="dxa" w:w="1728"/>
          </w:tcPr>
          <w:p>
            <w:r>
              <w:t>ماه تیسا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Maryam_nm9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93*2001**7</w:t>
            </w:r>
          </w:p>
        </w:tc>
        <w:tc>
          <w:tcPr>
            <w:tcW w:type="dxa" w:w="1728"/>
          </w:tcPr>
          <w:p>
            <w:r>
              <w:t>AMJA_LIAN95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Amin6261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91*3327190</w:t>
            </w:r>
          </w:p>
        </w:tc>
        <w:tc>
          <w:tcPr>
            <w:tcW w:type="dxa" w:w="1728"/>
          </w:tcPr>
          <w:p>
            <w:r>
              <w:t>Ebtehaj</w:t>
            </w:r>
          </w:p>
        </w:tc>
        <w:tc>
          <w:tcPr>
            <w:tcW w:type="dxa" w:w="1728"/>
          </w:tcPr>
          <w:p>
            <w:r>
              <w:t>Garshaseb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937110924*</w:t>
            </w:r>
          </w:p>
        </w:tc>
        <w:tc>
          <w:tcPr>
            <w:tcW w:type="dxa" w:w="1728"/>
          </w:tcPr>
          <w:p>
            <w:r>
              <w:t>◔͜͡◔ Alireza Ghazanfari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Alireza_ghazanfari72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939*013093</w:t>
            </w:r>
          </w:p>
        </w:tc>
        <w:tc>
          <w:tcPr>
            <w:tcW w:type="dxa" w:w="1728"/>
          </w:tcPr>
          <w:p>
            <w:r>
              <w:t>❥Aٍْْ❥b❥Aٍٍ❥Sٍٍـٍٍ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Abas45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91142441*3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91220*044*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رحیمی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930231**3*</w:t>
            </w:r>
          </w:p>
        </w:tc>
        <w:tc>
          <w:tcPr>
            <w:tcW w:type="dxa" w:w="1728"/>
          </w:tcPr>
          <w:p>
            <w:r>
              <w:t>اتا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9399404027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91*1*3*497</w:t>
            </w:r>
          </w:p>
        </w:tc>
        <w:tc>
          <w:tcPr>
            <w:tcW w:type="dxa" w:w="1728"/>
          </w:tcPr>
          <w:p>
            <w:r>
              <w:t>گلهای پاییزی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91093*09**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rahimi🙆</w:t>
            </w:r>
          </w:p>
        </w:tc>
        <w:tc>
          <w:tcPr>
            <w:tcW w:type="dxa" w:w="1728"/>
          </w:tcPr>
          <w:p>
            <w:r>
              <w:t>Rahimi3188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911*773*40</w:t>
            </w:r>
          </w:p>
        </w:tc>
        <w:tc>
          <w:tcPr>
            <w:tcW w:type="dxa" w:w="1728"/>
          </w:tcPr>
          <w:p>
            <w:r>
              <w:t>Z.Y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ALEXA20061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9334*49917</w:t>
            </w:r>
          </w:p>
        </w:tc>
        <w:tc>
          <w:tcPr>
            <w:tcW w:type="dxa" w:w="1728"/>
          </w:tcPr>
          <w:p>
            <w:r>
              <w:t>الناز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93*03*797*</w:t>
            </w:r>
          </w:p>
        </w:tc>
        <w:tc>
          <w:tcPr>
            <w:tcW w:type="dxa" w:w="1728"/>
          </w:tcPr>
          <w:p>
            <w:r>
              <w:t>۰۰۰۰۰۰</w:t>
            </w:r>
          </w:p>
        </w:tc>
        <w:tc>
          <w:tcPr>
            <w:tcW w:type="dxa" w:w="1728"/>
          </w:tcPr>
          <w:p>
            <w:r>
              <w:t>۰۰۰۰۰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91**4*1172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9210043**2</w:t>
            </w:r>
          </w:p>
        </w:tc>
        <w:tc>
          <w:tcPr>
            <w:tcW w:type="dxa" w:w="1728"/>
          </w:tcPr>
          <w:p>
            <w:r>
              <w:t>سبحان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93031*234*</w:t>
            </w:r>
          </w:p>
        </w:tc>
        <w:tc>
          <w:tcPr>
            <w:tcW w:type="dxa" w:w="1728"/>
          </w:tcPr>
          <w:p>
            <w:r>
              <w:t>Mo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Sharani1375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901494*342</w:t>
            </w:r>
          </w:p>
        </w:tc>
        <w:tc>
          <w:tcPr>
            <w:tcW w:type="dxa" w:w="1728"/>
          </w:tcPr>
          <w:p>
            <w:r>
              <w:t>MOBI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937*7**977</w:t>
            </w:r>
          </w:p>
        </w:tc>
        <w:tc>
          <w:tcPr>
            <w:tcW w:type="dxa" w:w="1728"/>
          </w:tcPr>
          <w:p>
            <w:r>
              <w:t>R.gh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903*24730*</w:t>
            </w:r>
          </w:p>
        </w:tc>
        <w:tc>
          <w:tcPr>
            <w:tcW w:type="dxa" w:w="1728"/>
          </w:tcPr>
          <w:p>
            <w:r>
              <w:t>زندگی کردیم اما،باختیم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91*43*4*7*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eli_kh4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912**31**0</w:t>
            </w:r>
          </w:p>
        </w:tc>
        <w:tc>
          <w:tcPr>
            <w:tcW w:type="dxa" w:w="1728"/>
          </w:tcPr>
          <w:p>
            <w:r>
              <w:t>افسانه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990297*42*</w:t>
            </w:r>
          </w:p>
        </w:tc>
        <w:tc>
          <w:tcPr>
            <w:tcW w:type="dxa" w:w="1728"/>
          </w:tcPr>
          <w:p>
            <w:r>
              <w:t>?تنهای نه الله بامن است?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9119*123*1</w:t>
            </w:r>
          </w:p>
        </w:tc>
        <w:tc>
          <w:tcPr>
            <w:tcW w:type="dxa" w:w="1728"/>
          </w:tcPr>
          <w:p>
            <w:r>
              <w:t>Maryam.kiyani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PooshakTermeh1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990379***2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91*7771*7*</w:t>
            </w:r>
          </w:p>
        </w:tc>
        <w:tc>
          <w:tcPr>
            <w:tcW w:type="dxa" w:w="1728"/>
          </w:tcPr>
          <w:p>
            <w:r>
              <w:t>مهرسا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9143**7**2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Zhraa_bg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9133*9***3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nasirizadeh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90117213**</w:t>
            </w:r>
          </w:p>
        </w:tc>
        <w:tc>
          <w:tcPr>
            <w:tcW w:type="dxa" w:w="1728"/>
          </w:tcPr>
          <w:p>
            <w:r>
              <w:t>khoDa hAst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Malihe1365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93***92*9*</w:t>
            </w:r>
          </w:p>
        </w:tc>
        <w:tc>
          <w:tcPr>
            <w:tcW w:type="dxa" w:w="1728"/>
          </w:tcPr>
          <w:p>
            <w:r>
              <w:t>fariba barzgari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Saminjalaei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91244099*4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91*79*473*</w:t>
            </w:r>
          </w:p>
        </w:tc>
        <w:tc>
          <w:tcPr>
            <w:tcW w:type="dxa" w:w="1728"/>
          </w:tcPr>
          <w:p>
            <w:r>
              <w:t>ارغوان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Arghavan4067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91*2*041**</w:t>
            </w:r>
          </w:p>
        </w:tc>
        <w:tc>
          <w:tcPr>
            <w:tcW w:type="dxa" w:w="1728"/>
          </w:tcPr>
          <w:p>
            <w:r>
              <w:t>N &amp; 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937747**9*</w:t>
            </w:r>
          </w:p>
        </w:tc>
        <w:tc>
          <w:tcPr>
            <w:tcW w:type="dxa" w:w="1728"/>
          </w:tcPr>
          <w:p>
            <w:r>
              <w:t>در زندگی من یک ثروت و عظمت بزرگی هست❤️❤️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922440*341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91**134*1*</w:t>
            </w:r>
          </w:p>
        </w:tc>
        <w:tc>
          <w:tcPr>
            <w:tcW w:type="dxa" w:w="1728"/>
          </w:tcPr>
          <w:p>
            <w:r>
              <w:t>رها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Seedpearl61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9131330*70</w:t>
            </w:r>
          </w:p>
        </w:tc>
        <w:tc>
          <w:tcPr>
            <w:tcW w:type="dxa" w:w="1728"/>
          </w:tcPr>
          <w:p>
            <w:r>
              <w:t>@kamy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Ammamoka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990*912194</w:t>
            </w:r>
          </w:p>
        </w:tc>
        <w:tc>
          <w:tcPr>
            <w:tcW w:type="dxa" w:w="1728"/>
          </w:tcPr>
          <w:p>
            <w:r>
              <w:t>Afsane......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9300322**0</w:t>
            </w:r>
          </w:p>
        </w:tc>
        <w:tc>
          <w:tcPr>
            <w:tcW w:type="dxa" w:w="1728"/>
          </w:tcPr>
          <w:p>
            <w:r>
              <w:t>(✿◠‿◠♥)زڔی ڄؤڽݦ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93740*47**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913071*221</w:t>
            </w:r>
          </w:p>
        </w:tc>
        <w:tc>
          <w:tcPr>
            <w:tcW w:type="dxa" w:w="1728"/>
          </w:tcPr>
          <w:p>
            <w:r>
              <w:t>☔?⛄Dony@⛄ ☔?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91**013409</w:t>
            </w:r>
          </w:p>
        </w:tc>
        <w:tc>
          <w:tcPr>
            <w:tcW w:type="dxa" w:w="1728"/>
          </w:tcPr>
          <w:p>
            <w:r>
              <w:t>❤pegah❤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Nasrollahi68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91****0*14</w:t>
            </w:r>
          </w:p>
        </w:tc>
        <w:tc>
          <w:tcPr>
            <w:tcW w:type="dxa" w:w="1728"/>
          </w:tcPr>
          <w:p>
            <w:r>
              <w:t>اسمان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93*9710*40</w:t>
            </w:r>
          </w:p>
        </w:tc>
        <w:tc>
          <w:tcPr>
            <w:tcW w:type="dxa" w:w="1728"/>
          </w:tcPr>
          <w:p>
            <w:r>
              <w:t>دخترای گلم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912*4910*9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9302*9217*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91**139***</w:t>
            </w:r>
          </w:p>
        </w:tc>
        <w:tc>
          <w:tcPr>
            <w:tcW w:type="dxa" w:w="1728"/>
          </w:tcPr>
          <w:p>
            <w:r>
              <w:t>happy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ceeport8888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939*219*0*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91*4***4*1</w:t>
            </w:r>
          </w:p>
        </w:tc>
        <w:tc>
          <w:tcPr>
            <w:tcW w:type="dxa" w:w="1728"/>
          </w:tcPr>
          <w:p>
            <w:r>
              <w:t>71162</w:t>
            </w:r>
          </w:p>
        </w:tc>
        <w:tc>
          <w:tcPr>
            <w:tcW w:type="dxa" w:w="1728"/>
          </w:tcPr>
          <w:p>
            <w:r>
              <w:t>متین نفسم روژان جیگرم</w:t>
            </w:r>
          </w:p>
        </w:tc>
        <w:tc>
          <w:tcPr>
            <w:tcW w:type="dxa" w:w="1728"/>
          </w:tcPr>
          <w:p>
            <w:r>
              <w:t>RRoojjann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903*033**1</w:t>
            </w:r>
          </w:p>
        </w:tc>
        <w:tc>
          <w:tcPr>
            <w:tcW w:type="dxa" w:w="1728"/>
          </w:tcPr>
          <w:p>
            <w:r>
              <w:t>@;//@Z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9133401*33</w:t>
            </w:r>
          </w:p>
        </w:tc>
        <w:tc>
          <w:tcPr>
            <w:tcW w:type="dxa" w:w="1728"/>
          </w:tcPr>
          <w:p>
            <w:r>
              <w:t>باغ وسالن پذیرایی بهاران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Baharan12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93*37*1244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civil_engnering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9014729924</w:t>
            </w:r>
          </w:p>
        </w:tc>
        <w:tc>
          <w:tcPr>
            <w:tcW w:type="dxa" w:w="1728"/>
          </w:tcPr>
          <w:p>
            <w:r>
              <w:t>??hamnafas??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93*4*9*4**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S_deloei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9147172141</w:t>
            </w:r>
          </w:p>
        </w:tc>
        <w:tc>
          <w:tcPr>
            <w:tcW w:type="dxa" w:w="1728"/>
          </w:tcPr>
          <w:p>
            <w:r>
              <w:t>m_e_h_r_a_n.(m)9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mehran_persepolis_9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913*7210*0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Askarisa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91*1*3*72*</w:t>
            </w:r>
          </w:p>
        </w:tc>
        <w:tc>
          <w:tcPr>
            <w:tcW w:type="dxa" w:w="1728"/>
          </w:tcPr>
          <w:p>
            <w:r>
              <w:t>Mahshid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912320*03*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میرجعفری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9374*04191</w:t>
            </w:r>
          </w:p>
        </w:tc>
        <w:tc>
          <w:tcPr>
            <w:tcW w:type="dxa" w:w="1728"/>
          </w:tcPr>
          <w:p>
            <w:r>
              <w:t>♡ Amir 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amirusa41911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93*9**3**7</w:t>
            </w:r>
          </w:p>
        </w:tc>
        <w:tc>
          <w:tcPr>
            <w:tcW w:type="dxa" w:w="1728"/>
          </w:tcPr>
          <w:p>
            <w:r>
              <w:t>Manizhe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manizhe999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  <w:tr>
        <w:tc>
          <w:tcPr>
            <w:tcW w:type="dxa" w:w="1728"/>
          </w:tcPr>
          <w:p>
            <w:r>
              <w:t>91377*4773</w:t>
            </w:r>
          </w:p>
        </w:tc>
        <w:tc>
          <w:tcPr>
            <w:tcW w:type="dxa" w:w="1728"/>
          </w:tcPr>
          <w:p>
            <w:r>
              <w:t>دا</w:t>
            </w:r>
          </w:p>
        </w:tc>
        <w:tc>
          <w:tcPr>
            <w:tcW w:type="dxa" w:w="1728"/>
          </w:tcPr>
          <w:p>
            <w:r>
              <w:t>وود</w:t>
            </w:r>
          </w:p>
        </w:tc>
        <w:tc>
          <w:tcPr>
            <w:tcW w:type="dxa" w:w="1728"/>
          </w:tcPr>
          <w:p>
            <w:r>
              <w:t>D4773</w:t>
            </w:r>
          </w:p>
        </w:tc>
        <w:tc>
          <w:tcPr>
            <w:tcW w:type="dxa" w:w="1728"/>
          </w:tcPr>
          <w:p>
            <w:r>
              <w:t>💞محصولات زیبایی مهرو💞با مدیریت خانم مریوانی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محصولات زیبایی مهروبا مدیریت خانم مریوانی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