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محصولات ارگانیک و آرایشی بهداشتی (مشهد گلبهار و چناران)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محصولات ارگانیک و آرایشی بهداشتی (مشهد گلبهار و چناران)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93*4*93**0</w:t>
            </w:r>
          </w:p>
        </w:tc>
        <w:tc>
          <w:tcPr>
            <w:tcW w:type="dxa" w:w="1728"/>
          </w:tcPr>
          <w:p>
            <w:r>
              <w:t>yasinkaleji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Yasinkaleji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93703*99*9</w:t>
            </w:r>
          </w:p>
        </w:tc>
        <w:tc>
          <w:tcPr>
            <w:tcW w:type="dxa" w:w="1728"/>
          </w:tcPr>
          <w:p>
            <w:r>
              <w:t>اَللّهُمَّ عَجِّلْ</w:t>
            </w:r>
          </w:p>
        </w:tc>
        <w:tc>
          <w:tcPr>
            <w:tcW w:type="dxa" w:w="1728"/>
          </w:tcPr>
          <w:p>
            <w:r>
              <w:t>لِوَلیِّکَ الْفَرَج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912*31304*</w:t>
            </w:r>
          </w:p>
        </w:tc>
        <w:tc>
          <w:tcPr>
            <w:tcW w:type="dxa" w:w="1728"/>
          </w:tcPr>
          <w:p>
            <w:r>
              <w:t>🌿⃟🕊𝒵𝒶𝒽𝓇𝒶🌿⃟🕊 ‌‌‌‌‌‌‌‌‌‌‌‌‌‌‌‌‌‌‌‌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Roze65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93*7917410</w:t>
            </w:r>
          </w:p>
        </w:tc>
        <w:tc>
          <w:tcPr>
            <w:tcW w:type="dxa" w:w="1728"/>
          </w:tcPr>
          <w:p>
            <w:r>
              <w:t>جهان یار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Jahanyar10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91*0**13*3</w:t>
            </w:r>
          </w:p>
        </w:tc>
        <w:tc>
          <w:tcPr>
            <w:tcW w:type="dxa" w:w="1728"/>
          </w:tcPr>
          <w:p>
            <w:r>
              <w:t>همای رحمت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93*1091394</w:t>
            </w:r>
          </w:p>
        </w:tc>
        <w:tc>
          <w:tcPr>
            <w:tcW w:type="dxa" w:w="1728"/>
          </w:tcPr>
          <w:p>
            <w:r>
              <w:t>Farideazarmanesh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farideazarmanesh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91423232*3</w:t>
            </w:r>
          </w:p>
        </w:tc>
        <w:tc>
          <w:tcPr>
            <w:tcW w:type="dxa" w:w="1728"/>
          </w:tcPr>
          <w:p>
            <w:r>
              <w:t>Mohamd</w:t>
            </w:r>
          </w:p>
        </w:tc>
        <w:tc>
          <w:tcPr>
            <w:tcW w:type="dxa" w:w="1728"/>
          </w:tcPr>
          <w:p>
            <w:r>
              <w:t>Afrashteh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93*01243*7</w:t>
            </w:r>
          </w:p>
        </w:tc>
        <w:tc>
          <w:tcPr>
            <w:tcW w:type="dxa" w:w="1728"/>
          </w:tcPr>
          <w:p>
            <w:r>
              <w:t>B,E</w:t>
            </w:r>
          </w:p>
        </w:tc>
        <w:tc>
          <w:tcPr>
            <w:tcW w:type="dxa" w:w="1728"/>
          </w:tcPr>
          <w:p>
            <w:r>
              <w:t>Mir</w:t>
            </w:r>
          </w:p>
        </w:tc>
        <w:tc>
          <w:tcPr>
            <w:tcW w:type="dxa" w:w="1728"/>
          </w:tcPr>
          <w:p>
            <w:r>
              <w:t>bEmirz95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991777****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Sa232823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9371*13921</w:t>
            </w:r>
          </w:p>
        </w:tc>
        <w:tc>
          <w:tcPr>
            <w:tcW w:type="dxa" w:w="1728"/>
          </w:tcPr>
          <w:p>
            <w:r>
              <w:t>ᴍʜʟᴀ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Joorab_nooram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911*4232*4</w:t>
            </w:r>
          </w:p>
        </w:tc>
        <w:tc>
          <w:tcPr>
            <w:tcW w:type="dxa" w:w="1728"/>
          </w:tcPr>
          <w:p>
            <w:r>
              <w:t>RichQuack</w:t>
            </w:r>
          </w:p>
        </w:tc>
        <w:tc>
          <w:tcPr>
            <w:tcW w:type="dxa" w:w="1728"/>
          </w:tcPr>
          <w:p>
            <w:r>
              <w:t>Announcements</w:t>
            </w:r>
          </w:p>
        </w:tc>
        <w:tc>
          <w:tcPr>
            <w:tcW w:type="dxa" w:w="1728"/>
          </w:tcPr>
          <w:p>
            <w:r>
              <w:t>hosein3254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90341*9790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alireza_hrni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930*0*1*74</w:t>
            </w:r>
          </w:p>
        </w:tc>
        <w:tc>
          <w:tcPr>
            <w:tcW w:type="dxa" w:w="1728"/>
          </w:tcPr>
          <w:p>
            <w:r>
              <w:t>N 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9104190771</w:t>
            </w:r>
          </w:p>
        </w:tc>
        <w:tc>
          <w:tcPr>
            <w:tcW w:type="dxa" w:w="1728"/>
          </w:tcPr>
          <w:p>
            <w:r>
              <w:t>فقط خدا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Sharen38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90*2034104</w:t>
            </w:r>
          </w:p>
        </w:tc>
        <w:tc>
          <w:tcPr>
            <w:tcW w:type="dxa" w:w="1728"/>
          </w:tcPr>
          <w:p>
            <w:r>
              <w:t>🌻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933*10*13*</w:t>
            </w:r>
          </w:p>
        </w:tc>
        <w:tc>
          <w:tcPr>
            <w:tcW w:type="dxa" w:w="1728"/>
          </w:tcPr>
          <w:p>
            <w:r>
              <w:t>‘°ºø•❤•.¸اباصالح¸.•❤•øº°‘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90292**001</w:t>
            </w:r>
          </w:p>
        </w:tc>
        <w:tc>
          <w:tcPr>
            <w:tcW w:type="dxa" w:w="1728"/>
          </w:tcPr>
          <w:p>
            <w:r>
              <w:t>F. Mosavi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Fmosavi13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91**902*44</w:t>
            </w:r>
          </w:p>
        </w:tc>
        <w:tc>
          <w:tcPr>
            <w:tcW w:type="dxa" w:w="1728"/>
          </w:tcPr>
          <w:p>
            <w:r>
              <w:t>_Abolfazl.azari_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abolfazll_azarii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9144**3143</w:t>
            </w:r>
          </w:p>
        </w:tc>
        <w:tc>
          <w:tcPr>
            <w:tcW w:type="dxa" w:w="1728"/>
          </w:tcPr>
          <w:p>
            <w:r>
              <w:t>رضا</w:t>
            </w:r>
          </w:p>
        </w:tc>
        <w:tc>
          <w:tcPr>
            <w:tcW w:type="dxa" w:w="1728"/>
          </w:tcPr>
          <w:p>
            <w:r>
              <w:t>ش</w:t>
            </w:r>
          </w:p>
        </w:tc>
        <w:tc>
          <w:tcPr>
            <w:tcW w:type="dxa" w:w="1728"/>
          </w:tcPr>
          <w:p>
            <w:r>
              <w:t>RezaTeb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93070*2442</w:t>
            </w:r>
          </w:p>
        </w:tc>
        <w:tc>
          <w:tcPr>
            <w:tcW w:type="dxa" w:w="1728"/>
          </w:tcPr>
          <w:p>
            <w:r>
              <w:t>♡Fateme♡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Naargesi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91*417902*</w:t>
            </w:r>
          </w:p>
        </w:tc>
        <w:tc>
          <w:tcPr>
            <w:tcW w:type="dxa" w:w="1728"/>
          </w:tcPr>
          <w:p>
            <w:r>
              <w:t>✧ بهــβαஅαՐـار 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Baharmallaki1995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9179027*33</w:t>
            </w:r>
          </w:p>
        </w:tc>
        <w:tc>
          <w:tcPr>
            <w:tcW w:type="dxa" w:w="1728"/>
          </w:tcPr>
          <w:p>
            <w:r>
              <w:t>شایان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903297*410</w:t>
            </w:r>
          </w:p>
        </w:tc>
        <w:tc>
          <w:tcPr>
            <w:tcW w:type="dxa" w:w="1728"/>
          </w:tcPr>
          <w:p>
            <w:r>
              <w:t>Donyijoon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donya563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9372317917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ali_n8o2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9222399*71</w:t>
            </w:r>
          </w:p>
        </w:tc>
        <w:tc>
          <w:tcPr>
            <w:tcW w:type="dxa" w:w="1728"/>
          </w:tcPr>
          <w:p>
            <w:r>
              <w:t>NIKII</w:t>
            </w:r>
          </w:p>
        </w:tc>
        <w:tc>
          <w:tcPr>
            <w:tcW w:type="dxa" w:w="1728"/>
          </w:tcPr>
          <w:p>
            <w:r>
              <w:t>JAVID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9944439719</w:t>
            </w:r>
          </w:p>
        </w:tc>
        <w:tc>
          <w:tcPr>
            <w:tcW w:type="dxa" w:w="1728"/>
          </w:tcPr>
          <w:p>
            <w:r>
              <w:t>🙄🙄🙄🙄تنهایی🙄🙄🙄🙄🙄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91**9*2311</w:t>
            </w:r>
          </w:p>
        </w:tc>
        <w:tc>
          <w:tcPr>
            <w:tcW w:type="dxa" w:w="1728"/>
          </w:tcPr>
          <w:p>
            <w:r>
              <w:t>🌼M💓 M🌼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91**90*3*3</w:t>
            </w:r>
          </w:p>
        </w:tc>
        <w:tc>
          <w:tcPr>
            <w:tcW w:type="dxa" w:w="1728"/>
          </w:tcPr>
          <w:p>
            <w:r>
              <w:t>زهرا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912779*7**</w:t>
            </w:r>
          </w:p>
        </w:tc>
        <w:tc>
          <w:tcPr>
            <w:tcW w:type="dxa" w:w="1728"/>
          </w:tcPr>
          <w:p>
            <w:r>
              <w:t>Zohreh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Zozo_khhhh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90*71932*1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>
              <w:t>پوراکبری</w:t>
            </w:r>
          </w:p>
        </w:tc>
        <w:tc>
          <w:tcPr>
            <w:tcW w:type="dxa" w:w="1728"/>
          </w:tcPr>
          <w:p>
            <w:r>
              <w:t>Mehtilost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912*34414*</w:t>
            </w:r>
          </w:p>
        </w:tc>
        <w:tc>
          <w:tcPr>
            <w:tcW w:type="dxa" w:w="1728"/>
          </w:tcPr>
          <w:p>
            <w:r>
              <w:t>ملیحه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91*1217**1</w:t>
            </w:r>
          </w:p>
        </w:tc>
        <w:tc>
          <w:tcPr>
            <w:tcW w:type="dxa" w:w="1728"/>
          </w:tcPr>
          <w:p>
            <w:r>
              <w:t>الهه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Elahe_1212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912**1*492</w:t>
            </w:r>
          </w:p>
        </w:tc>
        <w:tc>
          <w:tcPr>
            <w:tcW w:type="dxa" w:w="1728"/>
          </w:tcPr>
          <w:p>
            <w:r>
              <w:t>·٠•a_b•٠·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ali_a_baqeri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93*2**9**7</w:t>
            </w:r>
          </w:p>
        </w:tc>
        <w:tc>
          <w:tcPr>
            <w:tcW w:type="dxa" w:w="1728"/>
          </w:tcPr>
          <w:p>
            <w:r>
              <w:t>unknown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unknown_1391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93*3*13*73</w:t>
            </w:r>
          </w:p>
        </w:tc>
        <w:tc>
          <w:tcPr>
            <w:tcW w:type="dxa" w:w="1728"/>
          </w:tcPr>
          <w:p>
            <w:r>
              <w:t>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R8866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9123**0*9*</w:t>
            </w:r>
          </w:p>
        </w:tc>
        <w:tc>
          <w:tcPr>
            <w:tcW w:type="dxa" w:w="1728"/>
          </w:tcPr>
          <w:p>
            <w:r>
              <w:t>افسانه پناهی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990*93030*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Avin1414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93*7*1**23</w:t>
            </w:r>
          </w:p>
        </w:tc>
        <w:tc>
          <w:tcPr>
            <w:tcW w:type="dxa" w:w="1728"/>
          </w:tcPr>
          <w:p>
            <w:r>
              <w:t>Moghadam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Zahra6359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91*130**37</w:t>
            </w:r>
          </w:p>
        </w:tc>
        <w:tc>
          <w:tcPr>
            <w:tcW w:type="dxa" w:w="1728"/>
          </w:tcPr>
          <w:p>
            <w:r>
              <w:t>نرگس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9194*7**90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91**7*4130</w:t>
            </w:r>
          </w:p>
        </w:tc>
        <w:tc>
          <w:tcPr>
            <w:tcW w:type="dxa" w:w="1728"/>
          </w:tcPr>
          <w:p>
            <w:r>
              <w:t>Sahar.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939231*4*3</w:t>
            </w:r>
          </w:p>
        </w:tc>
        <w:tc>
          <w:tcPr>
            <w:tcW w:type="dxa" w:w="1728"/>
          </w:tcPr>
          <w:p>
            <w:r>
              <w:t>👑👑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javad_5453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91*4**7*29</w:t>
            </w:r>
          </w:p>
        </w:tc>
        <w:tc>
          <w:tcPr>
            <w:tcW w:type="dxa" w:w="1728"/>
          </w:tcPr>
          <w:p>
            <w:r>
              <w:t>اعظم</w:t>
            </w:r>
          </w:p>
        </w:tc>
        <w:tc>
          <w:tcPr>
            <w:tcW w:type="dxa" w:w="1728"/>
          </w:tcPr>
          <w:p>
            <w:r>
              <w:t>ایوبی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91**93****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.Kh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9331***07*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9339*19*33</w:t>
            </w:r>
          </w:p>
        </w:tc>
        <w:tc>
          <w:tcPr>
            <w:tcW w:type="dxa" w:w="1728"/>
          </w:tcPr>
          <w:p>
            <w:r>
              <w:t>▂▃▄▅▆▇█▓▒░کامران░▒▓█▇▆▅▄▃▂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kamran2354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9103**0*99</w:t>
            </w:r>
          </w:p>
        </w:tc>
        <w:tc>
          <w:tcPr>
            <w:tcW w:type="dxa" w:w="1728"/>
          </w:tcPr>
          <w:p>
            <w:r>
              <w:t>Mash_ aydin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mashti_pesar78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9119**2001</w:t>
            </w:r>
          </w:p>
        </w:tc>
        <w:tc>
          <w:tcPr>
            <w:tcW w:type="dxa" w:w="1728"/>
          </w:tcPr>
          <w:p>
            <w:r>
              <w:t>Jahan</w:t>
            </w:r>
          </w:p>
        </w:tc>
        <w:tc>
          <w:tcPr>
            <w:tcW w:type="dxa" w:w="1728"/>
          </w:tcPr>
          <w:p>
            <w:r>
              <w:t>Hamrah Masal</w:t>
            </w:r>
          </w:p>
        </w:tc>
        <w:tc>
          <w:tcPr>
            <w:tcW w:type="dxa" w:w="1728"/>
          </w:tcPr>
          <w:p>
            <w:r>
              <w:t>jahanhamrah1006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91*0*99912</w:t>
            </w:r>
          </w:p>
        </w:tc>
        <w:tc>
          <w:tcPr>
            <w:tcW w:type="dxa" w:w="1728"/>
          </w:tcPr>
          <w:p>
            <w:r>
              <w:t>Narges mard</w:t>
            </w:r>
          </w:p>
        </w:tc>
        <w:tc>
          <w:tcPr>
            <w:tcW w:type="dxa" w:w="1728"/>
          </w:tcPr>
          <w:p>
            <w:r>
              <w:t>#</w:t>
            </w:r>
          </w:p>
        </w:tc>
        <w:tc>
          <w:tcPr>
            <w:tcW w:type="dxa" w:w="1728"/>
          </w:tcPr>
          <w:p>
            <w:r>
              <w:t>nargesmard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91**90****</w:t>
            </w:r>
          </w:p>
        </w:tc>
        <w:tc>
          <w:tcPr>
            <w:tcW w:type="dxa" w:w="1728"/>
          </w:tcPr>
          <w:p>
            <w:r>
              <w:t>b.s7673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R_Z_7376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9373*4*4**</w:t>
            </w:r>
          </w:p>
        </w:tc>
        <w:tc>
          <w:tcPr>
            <w:tcW w:type="dxa" w:w="1728"/>
          </w:tcPr>
          <w:p>
            <w:r>
              <w:t>˙·٠•●♥ Ƹ̵̡Ӝ̵̨̄ƷامیرعلیƸ̵̡Ӝ̵̨̄Ʒ 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913400132*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>
              <w:t>Ahmadi</w:t>
            </w:r>
          </w:p>
        </w:tc>
        <w:tc>
          <w:tcPr>
            <w:tcW w:type="dxa" w:w="1728"/>
          </w:tcPr>
          <w:p>
            <w:r>
              <w:t>Majidahmadi1328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902*2*2994</w:t>
            </w:r>
          </w:p>
        </w:tc>
        <w:tc>
          <w:tcPr>
            <w:tcW w:type="dxa" w:w="1728"/>
          </w:tcPr>
          <w:p>
            <w:r>
              <w:t>نسترن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93*00317*1</w:t>
            </w:r>
          </w:p>
        </w:tc>
        <w:tc>
          <w:tcPr>
            <w:tcW w:type="dxa" w:w="1728"/>
          </w:tcPr>
          <w:p>
            <w:r>
              <w:t>Farzad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Farzad0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9017*4**9*</w:t>
            </w:r>
          </w:p>
        </w:tc>
        <w:tc>
          <w:tcPr>
            <w:tcW w:type="dxa" w:w="1728"/>
          </w:tcPr>
          <w:p>
            <w:r>
              <w:t>ɳαƒαร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nafas_3314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930*93*7*0</w:t>
            </w:r>
          </w:p>
        </w:tc>
        <w:tc>
          <w:tcPr>
            <w:tcW w:type="dxa" w:w="1728"/>
          </w:tcPr>
          <w:p>
            <w:r>
              <w:t>Hooman6760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901*74*4*3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Ari333a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9142**33*1</w:t>
            </w:r>
          </w:p>
        </w:tc>
        <w:tc>
          <w:tcPr>
            <w:tcW w:type="dxa" w:w="1728"/>
          </w:tcPr>
          <w:p>
            <w:r>
              <w:t>***M***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91*41*97*2</w:t>
            </w:r>
          </w:p>
        </w:tc>
        <w:tc>
          <w:tcPr>
            <w:tcW w:type="dxa" w:w="1728"/>
          </w:tcPr>
          <w:p>
            <w:r>
              <w:t>Mahla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Mahla_Mirzapour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93*2*44090</w:t>
            </w:r>
          </w:p>
        </w:tc>
        <w:tc>
          <w:tcPr>
            <w:tcW w:type="dxa" w:w="1728"/>
          </w:tcPr>
          <w:p>
            <w:r>
              <w:t>رحیم</w:t>
            </w:r>
          </w:p>
        </w:tc>
        <w:tc>
          <w:tcPr>
            <w:tcW w:type="dxa" w:w="1728"/>
          </w:tcPr>
          <w:p>
            <w:r>
              <w:t>جعفری</w:t>
            </w:r>
          </w:p>
        </w:tc>
        <w:tc>
          <w:tcPr>
            <w:tcW w:type="dxa" w:w="1728"/>
          </w:tcPr>
          <w:p>
            <w:r>
              <w:t>Rahim_jafariii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939*0*37**</w:t>
            </w:r>
          </w:p>
        </w:tc>
        <w:tc>
          <w:tcPr>
            <w:tcW w:type="dxa" w:w="1728"/>
          </w:tcPr>
          <w:p>
            <w:r>
              <w:t>˙·٠•●♥کیاڽ 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Kian9768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91***2322*</w:t>
            </w:r>
          </w:p>
        </w:tc>
        <w:tc>
          <w:tcPr>
            <w:tcW w:type="dxa" w:w="1728"/>
          </w:tcPr>
          <w:p>
            <w:r>
              <w:t>F.Delaram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F_del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990474020*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aserashgh78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93*7*149**</w:t>
            </w:r>
          </w:p>
        </w:tc>
        <w:tc>
          <w:tcPr>
            <w:tcW w:type="dxa" w:w="1728"/>
          </w:tcPr>
          <w:p>
            <w:r>
              <w:t>(❤saleh_sharki😂.)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asalehnoori082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90324*1044</w:t>
            </w:r>
          </w:p>
        </w:tc>
        <w:tc>
          <w:tcPr>
            <w:tcW w:type="dxa" w:w="1728"/>
          </w:tcPr>
          <w:p>
            <w:r>
              <w:t>Dina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912423*01*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bazvand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91**0130**</w:t>
            </w:r>
          </w:p>
        </w:tc>
        <w:tc>
          <w:tcPr>
            <w:tcW w:type="dxa" w:w="1728"/>
          </w:tcPr>
          <w:p>
            <w:r>
              <w:t>Aylin</w:t>
            </w:r>
          </w:p>
        </w:tc>
        <w:tc>
          <w:tcPr>
            <w:tcW w:type="dxa" w:w="1728"/>
          </w:tcPr>
          <w:p>
            <w:r>
              <w:t>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9149977930</w:t>
            </w:r>
          </w:p>
        </w:tc>
        <w:tc>
          <w:tcPr>
            <w:tcW w:type="dxa" w:w="1728"/>
          </w:tcPr>
          <w:p>
            <w:r>
              <w:t>B I 🐈‍⬛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vernelkish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933*4**312</w:t>
            </w:r>
          </w:p>
        </w:tc>
        <w:tc>
          <w:tcPr>
            <w:tcW w:type="dxa" w:w="1728"/>
          </w:tcPr>
          <w:p>
            <w:r>
              <w:t>Siamak</w:t>
            </w:r>
          </w:p>
        </w:tc>
        <w:tc>
          <w:tcPr>
            <w:tcW w:type="dxa" w:w="1728"/>
          </w:tcPr>
          <w:p>
            <w:r>
              <w:t>Abrishami</w:t>
            </w:r>
          </w:p>
        </w:tc>
        <w:tc>
          <w:tcPr>
            <w:tcW w:type="dxa" w:w="1728"/>
          </w:tcPr>
          <w:p>
            <w:r>
              <w:t>Mr193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9142137*22</w:t>
            </w:r>
          </w:p>
        </w:tc>
        <w:tc>
          <w:tcPr>
            <w:tcW w:type="dxa" w:w="1728"/>
          </w:tcPr>
          <w:p>
            <w:r>
              <w:t>💕 Soheyla💕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Soheyla0m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9392*7332*</w:t>
            </w:r>
          </w:p>
        </w:tc>
        <w:tc>
          <w:tcPr>
            <w:tcW w:type="dxa" w:w="1728"/>
          </w:tcPr>
          <w:p>
            <w:r>
              <w:t>asman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93**24104*</w:t>
            </w:r>
          </w:p>
        </w:tc>
        <w:tc>
          <w:tcPr>
            <w:tcW w:type="dxa" w:w="1728"/>
          </w:tcPr>
          <w:p>
            <w:r>
              <w:t>ᕼᗩᑎIYᗴ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Haniyeh2288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91133**3*9</w:t>
            </w:r>
          </w:p>
        </w:tc>
        <w:tc>
          <w:tcPr>
            <w:tcW w:type="dxa" w:w="1728"/>
          </w:tcPr>
          <w:p>
            <w:r>
              <w:t>شهرام</w:t>
            </w:r>
          </w:p>
        </w:tc>
        <w:tc>
          <w:tcPr>
            <w:tcW w:type="dxa" w:w="1728"/>
          </w:tcPr>
          <w:p>
            <w:r>
              <w:t>صفرپور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9370094*33</w:t>
            </w:r>
          </w:p>
        </w:tc>
        <w:tc>
          <w:tcPr>
            <w:tcW w:type="dxa" w:w="1728"/>
          </w:tcPr>
          <w:p>
            <w:r>
              <w:t>Nosrat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babaee01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913747933*</w:t>
            </w:r>
          </w:p>
        </w:tc>
        <w:tc>
          <w:tcPr>
            <w:tcW w:type="dxa" w:w="1728"/>
          </w:tcPr>
          <w:p>
            <w:r>
              <w:t>زهرا</w:t>
            </w:r>
          </w:p>
        </w:tc>
        <w:tc>
          <w:tcPr>
            <w:tcW w:type="dxa" w:w="1728"/>
          </w:tcPr>
          <w:p>
            <w:r>
              <w:t>زرگر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91**4*714*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933*17*91*</w:t>
            </w:r>
          </w:p>
        </w:tc>
        <w:tc>
          <w:tcPr>
            <w:tcW w:type="dxa" w:w="1728"/>
          </w:tcPr>
          <w:p>
            <w:r>
              <w:t>رضا افشار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91**229777</w:t>
            </w:r>
          </w:p>
        </w:tc>
        <w:tc>
          <w:tcPr>
            <w:tcW w:type="dxa" w:w="1728"/>
          </w:tcPr>
          <w:p>
            <w:r>
              <w:t>Atie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ISomaye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93*0*0*233</w:t>
            </w:r>
          </w:p>
        </w:tc>
        <w:tc>
          <w:tcPr>
            <w:tcW w:type="dxa" w:w="1728"/>
          </w:tcPr>
          <w:p>
            <w:r>
              <w:t>(#)o°*°o..(#)..o°(✿◠‿◠♥)naz Gol khanom(♥◠‿◠✿)(#)o°*°o..(#)..o°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  <w:tr>
        <w:tc>
          <w:tcPr>
            <w:tcW w:type="dxa" w:w="1728"/>
          </w:tcPr>
          <w:p>
            <w:r>
              <w:t>93*1***019</w:t>
            </w:r>
          </w:p>
        </w:tc>
        <w:tc>
          <w:tcPr>
            <w:tcW w:type="dxa" w:w="1728"/>
          </w:tcPr>
          <w:p>
            <w:r>
              <w:t>Sohrab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Sohrab_8019</w:t>
            </w:r>
          </w:p>
        </w:tc>
        <w:tc>
          <w:tcPr>
            <w:tcW w:type="dxa" w:w="1728"/>
          </w:tcPr>
          <w:p>
            <w:r>
              <w:t>محصولات ارگانیک و آرایشی بهداشتی (مشهد گلبهار و چناران)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محصولات ارگانیک و آرایشی بهداشتی (مشهد گلبهار و چناران)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