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لوازم خانگی و کادویی عسل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لوازم خانگی و کادویی عسل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93312*3*11</w:t>
            </w:r>
          </w:p>
        </w:tc>
        <w:tc>
          <w:tcPr>
            <w:tcW w:type="dxa" w:w="1728"/>
          </w:tcPr>
          <w:p>
            <w:r>
              <w:t>‘°ºø•❤•.¸M¸.•❤•øº°‘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Hadesa1395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991**717**</w:t>
            </w:r>
          </w:p>
        </w:tc>
        <w:tc>
          <w:tcPr>
            <w:tcW w:type="dxa" w:w="1728"/>
          </w:tcPr>
          <w:p>
            <w:r>
              <w:t>زهرا 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91*3330430</w:t>
            </w:r>
          </w:p>
        </w:tc>
        <w:tc>
          <w:tcPr>
            <w:tcW w:type="dxa" w:w="1728"/>
          </w:tcPr>
          <w:p>
            <w:r>
              <w:t>mh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93**092473</w:t>
            </w:r>
          </w:p>
        </w:tc>
        <w:tc>
          <w:tcPr>
            <w:tcW w:type="dxa" w:w="1728"/>
          </w:tcPr>
          <w:p>
            <w:r>
              <w:t>Homa</w:t>
            </w:r>
          </w:p>
        </w:tc>
        <w:tc>
          <w:tcPr>
            <w:tcW w:type="dxa" w:w="1728"/>
          </w:tcPr>
          <w:p>
            <w:r>
              <w:t>Fada</w:t>
            </w:r>
          </w:p>
        </w:tc>
        <w:tc>
          <w:tcPr>
            <w:tcW w:type="dxa" w:w="1728"/>
          </w:tcPr>
          <w:p>
            <w:r>
              <w:t>Homafada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91*7111023</w:t>
            </w:r>
          </w:p>
        </w:tc>
        <w:tc>
          <w:tcPr>
            <w:tcW w:type="dxa" w:w="1728"/>
          </w:tcPr>
          <w:p>
            <w:r>
              <w:t>ToKtAm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91*9343701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990973472*</w:t>
            </w:r>
          </w:p>
        </w:tc>
        <w:tc>
          <w:tcPr>
            <w:tcW w:type="dxa" w:w="1728"/>
          </w:tcPr>
          <w:p>
            <w:r>
              <w:t>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933*4772**</w:t>
            </w:r>
          </w:p>
        </w:tc>
        <w:tc>
          <w:tcPr>
            <w:tcW w:type="dxa" w:w="1728"/>
          </w:tcPr>
          <w:p>
            <w:r>
              <w:t>mehrnosh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helena_helma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91**3*30*4</w:t>
            </w:r>
          </w:p>
        </w:tc>
        <w:tc>
          <w:tcPr>
            <w:tcW w:type="dxa" w:w="1728"/>
          </w:tcPr>
          <w:p>
            <w:r>
              <w:t>E.B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939**7011*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91*227*3*7</w:t>
            </w:r>
          </w:p>
        </w:tc>
        <w:tc>
          <w:tcPr>
            <w:tcW w:type="dxa" w:w="1728"/>
          </w:tcPr>
          <w:p>
            <w:r>
              <w:t>عشق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s_alijani78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939*0*23*0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Mzsh1401y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921*7*1*2*</w:t>
            </w:r>
          </w:p>
        </w:tc>
        <w:tc>
          <w:tcPr>
            <w:tcW w:type="dxa" w:w="1728"/>
          </w:tcPr>
          <w:p>
            <w:r>
              <w:t>˙·٠•●♥ḳḧ.ṅ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Khnurozi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937112**42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9374343014</w:t>
            </w:r>
          </w:p>
        </w:tc>
        <w:tc>
          <w:tcPr>
            <w:tcW w:type="dxa" w:w="1728"/>
          </w:tcPr>
          <w:p>
            <w:r>
              <w:t>zari</w:t>
            </w:r>
          </w:p>
        </w:tc>
        <w:tc>
          <w:tcPr>
            <w:tcW w:type="dxa" w:w="1728"/>
          </w:tcPr>
          <w:p>
            <w:r>
              <w:t>adiban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90144294**</w:t>
            </w:r>
          </w:p>
        </w:tc>
        <w:tc>
          <w:tcPr>
            <w:tcW w:type="dxa" w:w="1728"/>
          </w:tcPr>
          <w:p>
            <w:r>
              <w:t>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Somi77m2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930329*4*1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91*717*2*3</w:t>
            </w:r>
          </w:p>
        </w:tc>
        <w:tc>
          <w:tcPr>
            <w:tcW w:type="dxa" w:w="1728"/>
          </w:tcPr>
          <w:p>
            <w:r>
              <w:t>مرد تنهای شهر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Amirttttm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93*33*7243</w:t>
            </w:r>
          </w:p>
        </w:tc>
        <w:tc>
          <w:tcPr>
            <w:tcW w:type="dxa" w:w="1728"/>
          </w:tcPr>
          <w:p>
            <w:r>
              <w:t>ℳℳ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Mina31398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93*4049*2*</w:t>
            </w:r>
          </w:p>
        </w:tc>
        <w:tc>
          <w:tcPr>
            <w:tcW w:type="dxa" w:w="1728"/>
          </w:tcPr>
          <w:p>
            <w:r>
              <w:t>~~~S;::M^^^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93*072*4**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91**1032**</w:t>
            </w:r>
          </w:p>
        </w:tc>
        <w:tc>
          <w:tcPr>
            <w:tcW w:type="dxa" w:w="1728"/>
          </w:tcPr>
          <w:p>
            <w:r>
              <w:t>Im Taherh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919249*24*</w:t>
            </w:r>
          </w:p>
        </w:tc>
        <w:tc>
          <w:tcPr>
            <w:tcW w:type="dxa" w:w="1728"/>
          </w:tcPr>
          <w:p>
            <w:r>
              <w:t>Simin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Simin00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93*94**73*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.Salimi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903*39230*</w:t>
            </w:r>
          </w:p>
        </w:tc>
        <w:tc>
          <w:tcPr>
            <w:tcW w:type="dxa" w:w="1728"/>
          </w:tcPr>
          <w:p>
            <w:r>
              <w:t>Amir...ilin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9332114327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93*0027093</w:t>
            </w:r>
          </w:p>
        </w:tc>
        <w:tc>
          <w:tcPr>
            <w:tcW w:type="dxa" w:w="1728"/>
          </w:tcPr>
          <w:p>
            <w:r>
              <w:t>.•♫•♬•معین•♬•♫•.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Zcvbbnmmml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93907*4100</w:t>
            </w:r>
          </w:p>
        </w:tc>
        <w:tc>
          <w:tcPr>
            <w:tcW w:type="dxa" w:w="1728"/>
          </w:tcPr>
          <w:p>
            <w:r>
              <w:t>محمود پوررضا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91*3033*9*</w:t>
            </w:r>
          </w:p>
        </w:tc>
        <w:tc>
          <w:tcPr>
            <w:tcW w:type="dxa" w:w="1728"/>
          </w:tcPr>
          <w:p>
            <w:r>
              <w:t>Fr</w:t>
            </w:r>
          </w:p>
        </w:tc>
        <w:tc>
          <w:tcPr>
            <w:tcW w:type="dxa" w:w="1728"/>
          </w:tcPr>
          <w:p>
            <w:r>
              <w:t>Poorhasan</w:t>
            </w:r>
          </w:p>
        </w:tc>
        <w:tc>
          <w:tcPr>
            <w:tcW w:type="dxa" w:w="1728"/>
          </w:tcPr>
          <w:p>
            <w:r>
              <w:t>f_poorhasan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91372017*9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Khjvbn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903*497009</w:t>
            </w:r>
          </w:p>
        </w:tc>
        <w:tc>
          <w:tcPr>
            <w:tcW w:type="dxa" w:w="1728"/>
          </w:tcPr>
          <w:p>
            <w:r>
              <w:t>محیا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91*04**723</w:t>
            </w:r>
          </w:p>
        </w:tc>
        <w:tc>
          <w:tcPr>
            <w:tcW w:type="dxa" w:w="1728"/>
          </w:tcPr>
          <w:p>
            <w:r>
              <w:t>?Madar?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Barzgarane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93*70***27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9370729*7*</w:t>
            </w:r>
          </w:p>
        </w:tc>
        <w:tc>
          <w:tcPr>
            <w:tcW w:type="dxa" w:w="1728"/>
          </w:tcPr>
          <w:p>
            <w:r>
              <w:t>R.asgharzadeh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91*72*4902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91*90397**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91**0*0179</w:t>
            </w:r>
          </w:p>
        </w:tc>
        <w:tc>
          <w:tcPr>
            <w:tcW w:type="dxa" w:w="1728"/>
          </w:tcPr>
          <w:p>
            <w:r>
              <w:t>سحر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Sargol1371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9377*23794</w:t>
            </w:r>
          </w:p>
        </w:tc>
        <w:tc>
          <w:tcPr>
            <w:tcW w:type="dxa" w:w="1728"/>
          </w:tcPr>
          <w:p>
            <w:r>
              <w:t>@ri@na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Motamedi009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914****32*</w:t>
            </w:r>
          </w:p>
        </w:tc>
        <w:tc>
          <w:tcPr>
            <w:tcW w:type="dxa" w:w="1728"/>
          </w:tcPr>
          <w:p>
            <w:r>
              <w:t>باقری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Bageri599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9394*3*723</w:t>
            </w:r>
          </w:p>
        </w:tc>
        <w:tc>
          <w:tcPr>
            <w:tcW w:type="dxa" w:w="1728"/>
          </w:tcPr>
          <w:p>
            <w:r>
              <w:t>Mahsan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Miss_Bashshash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93329**100</w:t>
            </w:r>
          </w:p>
        </w:tc>
        <w:tc>
          <w:tcPr>
            <w:tcW w:type="dxa" w:w="1728"/>
          </w:tcPr>
          <w:p>
            <w:r>
              <w:t>(✿◠‿◠♥)(✿◠‿◠♥)👫A&amp;M👧P👨‍👩‍👧(♥◠‿◠✿)(♥◠‿◠✿)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9910*212*7</w:t>
            </w:r>
          </w:p>
        </w:tc>
        <w:tc>
          <w:tcPr>
            <w:tcW w:type="dxa" w:w="1728"/>
          </w:tcPr>
          <w:p>
            <w:r>
              <w:t>m:m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93*971**14</w:t>
            </w:r>
          </w:p>
        </w:tc>
        <w:tc>
          <w:tcPr>
            <w:tcW w:type="dxa" w:w="1728"/>
          </w:tcPr>
          <w:p>
            <w:r>
              <w:t>G ♡♡♡ 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939333**7*</w:t>
            </w:r>
          </w:p>
        </w:tc>
        <w:tc>
          <w:tcPr>
            <w:tcW w:type="dxa" w:w="1728"/>
          </w:tcPr>
          <w:p>
            <w:r>
              <w:t>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939**374*0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Sharifeh67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91929490*9</w:t>
            </w:r>
          </w:p>
        </w:tc>
        <w:tc>
          <w:tcPr>
            <w:tcW w:type="dxa" w:w="1728"/>
          </w:tcPr>
          <w:p>
            <w:r>
              <w:t>🌱T.amin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93**02*49*</w:t>
            </w:r>
          </w:p>
        </w:tc>
        <w:tc>
          <w:tcPr>
            <w:tcW w:type="dxa" w:w="1728"/>
          </w:tcPr>
          <w:p>
            <w:r>
              <w:t>•••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939**11424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Amirplybak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91*2273430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mah_cake25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91**31*9**</w:t>
            </w:r>
          </w:p>
        </w:tc>
        <w:tc>
          <w:tcPr>
            <w:tcW w:type="dxa" w:w="1728"/>
          </w:tcPr>
          <w:p>
            <w:r>
              <w:t>جلالی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Jalali5050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91*0*99073</w:t>
            </w:r>
          </w:p>
        </w:tc>
        <w:tc>
          <w:tcPr>
            <w:tcW w:type="dxa" w:w="1728"/>
          </w:tcPr>
          <w:p>
            <w:r>
              <w:t>Eisa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91*13*4902</w:t>
            </w:r>
          </w:p>
        </w:tc>
        <w:tc>
          <w:tcPr>
            <w:tcW w:type="dxa" w:w="1728"/>
          </w:tcPr>
          <w:p>
            <w:r>
              <w:t>A 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93*71*074*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msb9462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91*07037*1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91*1302741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mtm1367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91****7442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Haghdadii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9370*14029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9910*32202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937**2*439</w:t>
            </w:r>
          </w:p>
        </w:tc>
        <w:tc>
          <w:tcPr>
            <w:tcW w:type="dxa" w:w="1728"/>
          </w:tcPr>
          <w:p>
            <w:r>
              <w:t>💝نیوشا😘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903703249*</w:t>
            </w:r>
          </w:p>
        </w:tc>
        <w:tc>
          <w:tcPr>
            <w:tcW w:type="dxa" w:w="1728"/>
          </w:tcPr>
          <w:p>
            <w:r>
              <w:t>(✿◠‿◠♥)Maryam(♥◠‿◠✿)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M7M4F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91*332140*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93977*3*99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91*4207209</w:t>
            </w:r>
          </w:p>
        </w:tc>
        <w:tc>
          <w:tcPr>
            <w:tcW w:type="dxa" w:w="1728"/>
          </w:tcPr>
          <w:p>
            <w:r>
              <w:t>ملکا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91*312**43</w:t>
            </w:r>
          </w:p>
        </w:tc>
        <w:tc>
          <w:tcPr>
            <w:tcW w:type="dxa" w:w="1728"/>
          </w:tcPr>
          <w:p>
            <w:r>
              <w:t>Nana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93**0**9*7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>
              <w:t>اخرتی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933*73202*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93**7**3*4</w:t>
            </w:r>
          </w:p>
        </w:tc>
        <w:tc>
          <w:tcPr>
            <w:tcW w:type="dxa" w:w="1728"/>
          </w:tcPr>
          <w:p>
            <w:r>
              <w:t>محمدطاها وابولفضل پروین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93*37947*3</w:t>
            </w:r>
          </w:p>
        </w:tc>
        <w:tc>
          <w:tcPr>
            <w:tcW w:type="dxa" w:w="1728"/>
          </w:tcPr>
          <w:p>
            <w:r>
              <w:t>Ziaee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ziaeer62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91*10277**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93*73*04*3</w:t>
            </w:r>
          </w:p>
        </w:tc>
        <w:tc>
          <w:tcPr>
            <w:tcW w:type="dxa" w:w="1728"/>
          </w:tcPr>
          <w:p>
            <w:r>
              <w:t>نازنین زینب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91*1*0*290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abciran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91*91*2414</w:t>
            </w:r>
          </w:p>
        </w:tc>
        <w:tc>
          <w:tcPr>
            <w:tcW w:type="dxa" w:w="1728"/>
          </w:tcPr>
          <w:p>
            <w:r>
              <w:t>Amir 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Bi_raghiB13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919324*01*</w:t>
            </w:r>
          </w:p>
        </w:tc>
        <w:tc>
          <w:tcPr>
            <w:tcW w:type="dxa" w:w="1728"/>
          </w:tcPr>
          <w:p>
            <w:r>
              <w:t>zeynab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91**13*3**</w:t>
            </w:r>
          </w:p>
        </w:tc>
        <w:tc>
          <w:tcPr>
            <w:tcW w:type="dxa" w:w="1728"/>
          </w:tcPr>
          <w:p>
            <w:r>
              <w:t>Samyar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Samyar977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91*9331*33</w:t>
            </w:r>
          </w:p>
        </w:tc>
        <w:tc>
          <w:tcPr>
            <w:tcW w:type="dxa" w:w="1728"/>
          </w:tcPr>
          <w:p>
            <w:r>
              <w:t>S.rmzp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S_rmzp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937*12*0*7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.a.a1991</w:t>
            </w:r>
          </w:p>
        </w:tc>
        <w:tc>
          <w:tcPr>
            <w:tcW w:type="dxa" w:w="1728"/>
          </w:tcPr>
          <w:p>
            <w:r>
              <w:t>Alvan1991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939*4*0711</w:t>
            </w:r>
          </w:p>
        </w:tc>
        <w:tc>
          <w:tcPr>
            <w:tcW w:type="dxa" w:w="1728"/>
          </w:tcPr>
          <w:p>
            <w:r>
              <w:t>O</w:t>
            </w:r>
          </w:p>
        </w:tc>
        <w:tc>
          <w:tcPr>
            <w:tcW w:type="dxa" w:w="1728"/>
          </w:tcPr>
          <w:p>
            <w:r>
              <w:t>St</w:t>
            </w:r>
          </w:p>
        </w:tc>
        <w:tc>
          <w:tcPr>
            <w:tcW w:type="dxa" w:w="1728"/>
          </w:tcPr>
          <w:p>
            <w:r>
              <w:t>Ost69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9371*0770*</w:t>
            </w:r>
          </w:p>
        </w:tc>
        <w:tc>
          <w:tcPr>
            <w:tcW w:type="dxa" w:w="1728"/>
          </w:tcPr>
          <w:p>
            <w:r>
              <w:t>soheila</w:t>
            </w:r>
          </w:p>
        </w:tc>
        <w:tc>
          <w:tcPr>
            <w:tcW w:type="dxa" w:w="1728"/>
          </w:tcPr>
          <w:p>
            <w:r>
              <w:t>abrishami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9012*01*33</w:t>
            </w:r>
          </w:p>
        </w:tc>
        <w:tc>
          <w:tcPr>
            <w:tcW w:type="dxa" w:w="1728"/>
          </w:tcPr>
          <w:p>
            <w:r>
              <w:t>🥰محمدامین و یکتا🥰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yektajoun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  <w:tr>
        <w:tc>
          <w:tcPr>
            <w:tcW w:type="dxa" w:w="1728"/>
          </w:tcPr>
          <w:p>
            <w:r>
              <w:t>91*040199*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Zsdgfcv</w:t>
            </w:r>
          </w:p>
        </w:tc>
        <w:tc>
          <w:tcPr>
            <w:tcW w:type="dxa" w:w="1728"/>
          </w:tcPr>
          <w:p>
            <w:r>
              <w:t>لوازم خانگی و کادویی عسل🍯🍯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لوازم خانگی و کادویی عسل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