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لوازم آرايشي فرحان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لوازم آرايشي فرحان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9397*0171*</w:t>
            </w:r>
          </w:p>
        </w:tc>
        <w:tc>
          <w:tcPr>
            <w:tcW w:type="dxa" w:w="1728"/>
          </w:tcPr>
          <w:p>
            <w:r>
              <w:t>amor.s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mgh1366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9124*4007*</w:t>
            </w:r>
          </w:p>
        </w:tc>
        <w:tc>
          <w:tcPr>
            <w:tcW w:type="dxa" w:w="1728"/>
          </w:tcPr>
          <w:p>
            <w:r>
              <w:t>رویا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Royaa555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9122933*24</w:t>
            </w:r>
          </w:p>
        </w:tc>
        <w:tc>
          <w:tcPr>
            <w:tcW w:type="dxa" w:w="1728"/>
          </w:tcPr>
          <w:p>
            <w:r>
              <w:t>Farzan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farzan19_92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93*2413*41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Ad_99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911217*212</w:t>
            </w:r>
          </w:p>
        </w:tc>
        <w:tc>
          <w:tcPr>
            <w:tcW w:type="dxa" w:w="1728"/>
          </w:tcPr>
          <w:p>
            <w:r>
              <w:t>عشقم پسرم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9212343*43</w:t>
            </w:r>
          </w:p>
        </w:tc>
        <w:tc>
          <w:tcPr>
            <w:tcW w:type="dxa" w:w="1728"/>
          </w:tcPr>
          <w:p>
            <w:r>
              <w:t>گلد🎖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Goldmahdi76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9379*7*407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Bahmanpur_7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910*4**020</w:t>
            </w:r>
          </w:p>
        </w:tc>
        <w:tc>
          <w:tcPr>
            <w:tcW w:type="dxa" w:w="1728"/>
          </w:tcPr>
          <w:p>
            <w:r>
              <w:t>Fatemah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Fatemah1021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901**03*72</w:t>
            </w:r>
          </w:p>
        </w:tc>
        <w:tc>
          <w:tcPr>
            <w:tcW w:type="dxa" w:w="1728"/>
          </w:tcPr>
          <w:p>
            <w:r>
              <w:t>Łeiℓi</w:t>
            </w:r>
          </w:p>
        </w:tc>
        <w:tc>
          <w:tcPr>
            <w:tcW w:type="dxa" w:w="1728"/>
          </w:tcPr>
          <w:p>
            <w:r>
              <w:t>@ⓢ</w:t>
            </w:r>
          </w:p>
        </w:tc>
        <w:tc>
          <w:tcPr>
            <w:tcW w:type="dxa" w:w="1728"/>
          </w:tcPr>
          <w:p>
            <w:r>
              <w:t>Laajj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9377*41977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Bagherzadeh</w:t>
            </w:r>
          </w:p>
        </w:tc>
        <w:tc>
          <w:tcPr>
            <w:tcW w:type="dxa" w:w="1728"/>
          </w:tcPr>
          <w:p>
            <w:r>
              <w:t>Rezabagherzadeh64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91202147*7</w:t>
            </w:r>
          </w:p>
        </w:tc>
        <w:tc>
          <w:tcPr>
            <w:tcW w:type="dxa" w:w="1728"/>
          </w:tcPr>
          <w:p>
            <w:r>
              <w:t>Alireza Bahadoran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9171130**3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93**4013*1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93*2214*23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digisefaresh1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93799774*4</w:t>
            </w:r>
          </w:p>
        </w:tc>
        <w:tc>
          <w:tcPr>
            <w:tcW w:type="dxa" w:w="1728"/>
          </w:tcPr>
          <w:p>
            <w:r>
              <w:t>MaHaN &amp; MaKaN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MahanArayshi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93*2*32933</w:t>
            </w:r>
          </w:p>
        </w:tc>
        <w:tc>
          <w:tcPr>
            <w:tcW w:type="dxa" w:w="1728"/>
          </w:tcPr>
          <w:p>
            <w:r>
              <w:t>nosrat</w:t>
            </w:r>
          </w:p>
        </w:tc>
        <w:tc>
          <w:tcPr>
            <w:tcW w:type="dxa" w:w="1728"/>
          </w:tcPr>
          <w:p>
            <w:r>
              <w:t>hanife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919*41*241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93***293*0</w:t>
            </w:r>
          </w:p>
        </w:tc>
        <w:tc>
          <w:tcPr>
            <w:tcW w:type="dxa" w:w="1728"/>
          </w:tcPr>
          <w:p>
            <w:r>
              <w:t>Tooraj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91**019912</w:t>
            </w:r>
          </w:p>
        </w:tc>
        <w:tc>
          <w:tcPr>
            <w:tcW w:type="dxa" w:w="1728"/>
          </w:tcPr>
          <w:p>
            <w:r>
              <w:t>معصومه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93*349700*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Mohammadshams021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939*903001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Simaj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9309*3*0*3</w:t>
            </w:r>
          </w:p>
        </w:tc>
        <w:tc>
          <w:tcPr>
            <w:tcW w:type="dxa" w:w="1728"/>
          </w:tcPr>
          <w:p>
            <w:r>
              <w:t>yalan donya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93**927*00</w:t>
            </w:r>
          </w:p>
        </w:tc>
        <w:tc>
          <w:tcPr>
            <w:tcW w:type="dxa" w:w="1728"/>
          </w:tcPr>
          <w:p>
            <w:r>
              <w:t>Kobra Norollahi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KobraAkbar6776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937*241**3</w:t>
            </w:r>
          </w:p>
        </w:tc>
        <w:tc>
          <w:tcPr>
            <w:tcW w:type="dxa" w:w="1728"/>
          </w:tcPr>
          <w:p>
            <w:r>
              <w:t>M . Nejati</w:t>
            </w:r>
          </w:p>
        </w:tc>
        <w:tc>
          <w:tcPr>
            <w:tcW w:type="dxa" w:w="1728"/>
          </w:tcPr>
          <w:p>
            <w:r>
              <w:t>09376241653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93**90**43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mimi147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9302*0721*</w:t>
            </w:r>
          </w:p>
        </w:tc>
        <w:tc>
          <w:tcPr>
            <w:tcW w:type="dxa" w:w="1728"/>
          </w:tcPr>
          <w:p>
            <w:r>
              <w:t>farzad2afm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ferii_barber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9397*401*7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912130*730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Q</w:t>
            </w:r>
          </w:p>
        </w:tc>
        <w:tc>
          <w:tcPr>
            <w:tcW w:type="dxa" w:w="1728"/>
          </w:tcPr>
          <w:p>
            <w:r>
              <w:t>qajarkamyar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9331*4*442</w:t>
            </w:r>
          </w:p>
        </w:tc>
        <w:tc>
          <w:tcPr>
            <w:tcW w:type="dxa" w:w="1728"/>
          </w:tcPr>
          <w:p>
            <w:r>
              <w:t>Kobra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KobraAkbari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91714120*9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9170*302*0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>
              <w:t>jaberi</w:t>
            </w:r>
          </w:p>
        </w:tc>
        <w:tc>
          <w:tcPr>
            <w:tcW w:type="dxa" w:w="1728"/>
          </w:tcPr>
          <w:p>
            <w:r>
              <w:t>Erfanjaberi12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9124*97009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zr_j67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9211249*49</w:t>
            </w:r>
          </w:p>
        </w:tc>
        <w:tc>
          <w:tcPr>
            <w:tcW w:type="dxa" w:w="1728"/>
          </w:tcPr>
          <w:p>
            <w:r>
              <w:t>Dorsa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dorsaghashami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917**3*291</w:t>
            </w:r>
          </w:p>
        </w:tc>
        <w:tc>
          <w:tcPr>
            <w:tcW w:type="dxa" w:w="1728"/>
          </w:tcPr>
          <w:p>
            <w:r>
              <w:t>amer rad</w:t>
            </w:r>
          </w:p>
        </w:tc>
        <w:tc>
          <w:tcPr>
            <w:tcW w:type="dxa" w:w="1728"/>
          </w:tcPr>
          <w:p>
            <w:r>
              <w:t>ب</w:t>
            </w:r>
          </w:p>
        </w:tc>
        <w:tc>
          <w:tcPr>
            <w:tcW w:type="dxa" w:w="1728"/>
          </w:tcPr>
          <w:p>
            <w:r>
              <w:t>amir56565656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9392110301</w:t>
            </w:r>
          </w:p>
        </w:tc>
        <w:tc>
          <w:tcPr>
            <w:tcW w:type="dxa" w:w="1728"/>
          </w:tcPr>
          <w:p>
            <w:r>
              <w:t>‘°ºø•❤•.¸ṧ.ṃ.ṿ 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smv68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93***93**4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sedmeyti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93097*33**</w:t>
            </w:r>
          </w:p>
        </w:tc>
        <w:tc>
          <w:tcPr>
            <w:tcW w:type="dxa" w:w="1728"/>
          </w:tcPr>
          <w:p>
            <w:r>
              <w:t>ملوسا خانم 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iransari090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90442*0**2</w:t>
            </w:r>
          </w:p>
        </w:tc>
        <w:tc>
          <w:tcPr>
            <w:tcW w:type="dxa" w:w="1728"/>
          </w:tcPr>
          <w:p>
            <w:r>
              <w:t>گلنار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92241**0*9</w:t>
            </w:r>
          </w:p>
        </w:tc>
        <w:tc>
          <w:tcPr>
            <w:tcW w:type="dxa" w:w="1728"/>
          </w:tcPr>
          <w:p>
            <w:r>
              <w:t>˙·٠•●♥solaleh♥●•٠·˙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solaleh67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937743*1*2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>
              <w:t>Taherabadi</w:t>
            </w:r>
          </w:p>
        </w:tc>
        <w:tc>
          <w:tcPr>
            <w:tcW w:type="dxa" w:w="1728"/>
          </w:tcPr>
          <w:p>
            <w:r>
              <w:t>parisa_t70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914*412191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91901*097*</w:t>
            </w:r>
          </w:p>
        </w:tc>
        <w:tc>
          <w:tcPr>
            <w:tcW w:type="dxa" w:w="1728"/>
          </w:tcPr>
          <w:p>
            <w:r>
              <w:t>💞 P.safir 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psafir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939*1*0*39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Whoami2nd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93**2403*2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921*433***</w:t>
            </w:r>
          </w:p>
        </w:tc>
        <w:tc>
          <w:tcPr>
            <w:tcW w:type="dxa" w:w="1728"/>
          </w:tcPr>
          <w:p>
            <w:r>
              <w:t>آرزو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930*2*107*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banoooomoradii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919*4*1713</w:t>
            </w:r>
          </w:p>
        </w:tc>
        <w:tc>
          <w:tcPr>
            <w:tcW w:type="dxa" w:w="1728"/>
          </w:tcPr>
          <w:p>
            <w:r>
              <w:t>z...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937411**11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>
              <w:t>رضایی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902724*439</w:t>
            </w:r>
          </w:p>
        </w:tc>
        <w:tc>
          <w:tcPr>
            <w:tcW w:type="dxa" w:w="1728"/>
          </w:tcPr>
          <w:p>
            <w:r>
              <w:t>mohi jon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Mohiandhosein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9394732*20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Hardmas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912*4***10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>
              <w:t>Sa</w:t>
            </w:r>
          </w:p>
        </w:tc>
        <w:tc>
          <w:tcPr>
            <w:tcW w:type="dxa" w:w="1728"/>
          </w:tcPr>
          <w:p>
            <w:r>
              <w:t>Minasadeghe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93*173100*</w:t>
            </w:r>
          </w:p>
        </w:tc>
        <w:tc>
          <w:tcPr>
            <w:tcW w:type="dxa" w:w="1728"/>
          </w:tcPr>
          <w:p>
            <w:r>
              <w:t>Āłï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Alihjafari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9304*0447*</w:t>
            </w:r>
          </w:p>
        </w:tc>
        <w:tc>
          <w:tcPr>
            <w:tcW w:type="dxa" w:w="1728"/>
          </w:tcPr>
          <w:p>
            <w:r>
              <w:t>!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asmafallah1996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93*2*03*2*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قاسمی</w:t>
            </w:r>
          </w:p>
        </w:tc>
        <w:tc>
          <w:tcPr>
            <w:tcW w:type="dxa" w:w="1728"/>
          </w:tcPr>
          <w:p>
            <w:r>
              <w:t>newmerinos2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919*9*449*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Arman800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90**4*0730</w:t>
            </w:r>
          </w:p>
        </w:tc>
        <w:tc>
          <w:tcPr>
            <w:tcW w:type="dxa" w:w="1728"/>
          </w:tcPr>
          <w:p>
            <w:r>
              <w:t>نفس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9197132239</w:t>
            </w:r>
          </w:p>
        </w:tc>
        <w:tc>
          <w:tcPr>
            <w:tcW w:type="dxa" w:w="1728"/>
          </w:tcPr>
          <w:p>
            <w:r>
              <w:t>M3hdi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m3hdimoqadam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93*3***0**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>
              <w:t>Parastar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9222423*39</w:t>
            </w:r>
          </w:p>
        </w:tc>
        <w:tc>
          <w:tcPr>
            <w:tcW w:type="dxa" w:w="1728"/>
          </w:tcPr>
          <w:p>
            <w:r>
              <w:t>soraya</w:t>
            </w:r>
          </w:p>
        </w:tc>
        <w:tc>
          <w:tcPr>
            <w:tcW w:type="dxa" w:w="1728"/>
          </w:tcPr>
          <w:p>
            <w:r>
              <w:t>kiani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912****317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Meehdi_63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93*470*02*</w:t>
            </w:r>
          </w:p>
        </w:tc>
        <w:tc>
          <w:tcPr>
            <w:tcW w:type="dxa" w:w="1728"/>
          </w:tcPr>
          <w:p>
            <w:r>
              <w:t>رضــــــــــــÂ مـــoــtــoــری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rmehdizadeh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93*371*3**</w:t>
            </w:r>
          </w:p>
        </w:tc>
        <w:tc>
          <w:tcPr>
            <w:tcW w:type="dxa" w:w="1728"/>
          </w:tcPr>
          <w:p>
            <w:r>
              <w:t>A.farkhari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Aaazammmm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9117**7114</w:t>
            </w:r>
          </w:p>
        </w:tc>
        <w:tc>
          <w:tcPr>
            <w:tcW w:type="dxa" w:w="1728"/>
          </w:tcPr>
          <w:p>
            <w:r>
              <w:t>R.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93**1323*1</w:t>
            </w:r>
          </w:p>
        </w:tc>
        <w:tc>
          <w:tcPr>
            <w:tcW w:type="dxa" w:w="1728"/>
          </w:tcPr>
          <w:p>
            <w:r>
              <w:t>❤?ßαɧαՐ?❤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9177*7*439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Mijidsadeghi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93*1*422*2</w:t>
            </w:r>
          </w:p>
        </w:tc>
        <w:tc>
          <w:tcPr>
            <w:tcW w:type="dxa" w:w="1728"/>
          </w:tcPr>
          <w:p>
            <w:r>
              <w:t>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B_saheli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911*422*4*</w:t>
            </w:r>
          </w:p>
        </w:tc>
        <w:tc>
          <w:tcPr>
            <w:tcW w:type="dxa" w:w="1728"/>
          </w:tcPr>
          <w:p>
            <w:r>
              <w:t>00</w:t>
            </w:r>
          </w:p>
        </w:tc>
        <w:tc>
          <w:tcPr>
            <w:tcW w:type="dxa" w:w="1728"/>
          </w:tcPr>
          <w:p>
            <w:r>
              <w:t>98</w:t>
            </w:r>
          </w:p>
        </w:tc>
        <w:tc>
          <w:tcPr>
            <w:tcW w:type="dxa" w:w="1728"/>
          </w:tcPr>
          <w:p>
            <w:r>
              <w:t>ZZ_h_28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912*942334</w:t>
            </w:r>
          </w:p>
        </w:tc>
        <w:tc>
          <w:tcPr>
            <w:tcW w:type="dxa" w:w="1728"/>
          </w:tcPr>
          <w:p>
            <w:r>
              <w:t>Ftm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ftmsadeghi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9121393*33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مختاري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9910139*79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Marziyei433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990*04901*</w:t>
            </w:r>
          </w:p>
        </w:tc>
        <w:tc>
          <w:tcPr>
            <w:tcW w:type="dxa" w:w="1728"/>
          </w:tcPr>
          <w:p>
            <w:r>
              <w:t>somayeh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901194*297</w:t>
            </w:r>
          </w:p>
        </w:tc>
        <w:tc>
          <w:tcPr>
            <w:tcW w:type="dxa" w:w="1728"/>
          </w:tcPr>
          <w:p>
            <w:r>
              <w:t>E❤j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Alija7371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91**271*3*</w:t>
            </w:r>
          </w:p>
        </w:tc>
        <w:tc>
          <w:tcPr>
            <w:tcW w:type="dxa" w:w="1728"/>
          </w:tcPr>
          <w:p>
            <w:r>
              <w:t>Elnaz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eeli_68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93797*729*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MA_0D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912**23244</w:t>
            </w:r>
          </w:p>
        </w:tc>
        <w:tc>
          <w:tcPr>
            <w:tcW w:type="dxa" w:w="1728"/>
          </w:tcPr>
          <w:p>
            <w:r>
              <w:t>S.</w:t>
            </w:r>
          </w:p>
        </w:tc>
        <w:tc>
          <w:tcPr>
            <w:tcW w:type="dxa" w:w="1728"/>
          </w:tcPr>
          <w:p>
            <w:r>
              <w:t>Darvishi</w:t>
            </w:r>
          </w:p>
        </w:tc>
        <w:tc>
          <w:tcPr>
            <w:tcW w:type="dxa" w:w="1728"/>
          </w:tcPr>
          <w:p>
            <w:r>
              <w:t>samiradarvishi93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912*03****</w:t>
            </w:r>
          </w:p>
        </w:tc>
        <w:tc>
          <w:tcPr>
            <w:tcW w:type="dxa" w:w="1728"/>
          </w:tcPr>
          <w:p>
            <w:r>
              <w:t>Fariba</w:t>
            </w:r>
          </w:p>
        </w:tc>
        <w:tc>
          <w:tcPr>
            <w:tcW w:type="dxa" w:w="1728"/>
          </w:tcPr>
          <w:p>
            <w:r>
              <w:t>Abbasi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937*97***9</w:t>
            </w:r>
          </w:p>
        </w:tc>
        <w:tc>
          <w:tcPr>
            <w:tcW w:type="dxa" w:w="1728"/>
          </w:tcPr>
          <w:p>
            <w:r>
              <w:t>˙·٠•●♥ Ƹ̵̡Ӝ̵̨̄ majid̵̡Ӝ̵̨̄Ʒ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m_a_jid70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914*0249**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reza_g4966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91*4*2*37*</w:t>
            </w:r>
          </w:p>
        </w:tc>
        <w:tc>
          <w:tcPr>
            <w:tcW w:type="dxa" w:w="1728"/>
          </w:tcPr>
          <w:p>
            <w:r>
              <w:t>?‌nazanin?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Hossenimalvandi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  <w:tr>
        <w:tc>
          <w:tcPr>
            <w:tcW w:type="dxa" w:w="1728"/>
          </w:tcPr>
          <w:p>
            <w:r>
              <w:t>93**34*4**</w:t>
            </w:r>
          </w:p>
        </w:tc>
        <w:tc>
          <w:tcPr>
            <w:tcW w:type="dxa" w:w="1728"/>
          </w:tcPr>
          <w:p>
            <w:r>
              <w:t>Bita</w:t>
            </w:r>
          </w:p>
        </w:tc>
        <w:tc>
          <w:tcPr>
            <w:tcW w:type="dxa" w:w="1728"/>
          </w:tcPr>
          <w:p>
            <w:r>
              <w:t>Abasi</w:t>
            </w:r>
          </w:p>
        </w:tc>
        <w:tc>
          <w:tcPr>
            <w:tcW w:type="dxa" w:w="1728"/>
          </w:tcPr>
          <w:p>
            <w:r>
              <w:t>Bita_abasi</w:t>
            </w:r>
          </w:p>
        </w:tc>
        <w:tc>
          <w:tcPr>
            <w:tcW w:type="dxa" w:w="1728"/>
          </w:tcPr>
          <w:p>
            <w:r>
              <w:t>لوازم آرايشي فرحان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لوازم آرايشي فرحان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