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كاريابي مربيان(اعتماديان)رايگان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كاريابي مربيان(اعتماديان)رايگان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92244**024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9307**49*0</w:t>
            </w:r>
          </w:p>
        </w:tc>
        <w:tc>
          <w:tcPr>
            <w:tcW w:type="dxa" w:w="1728"/>
          </w:tcPr>
          <w:p>
            <w:r>
              <w:t>elham_khareqani🕉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9373223002</w:t>
            </w:r>
          </w:p>
        </w:tc>
        <w:tc>
          <w:tcPr>
            <w:tcW w:type="dxa" w:w="1728"/>
          </w:tcPr>
          <w:p>
            <w:r>
              <w:t>?? maryam.m 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maryammousavi65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9121****0*</w:t>
            </w:r>
          </w:p>
        </w:tc>
        <w:tc>
          <w:tcPr>
            <w:tcW w:type="dxa" w:w="1728"/>
          </w:tcPr>
          <w:p>
            <w:r>
              <w:t>Mk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9124*912*2</w:t>
            </w:r>
          </w:p>
        </w:tc>
        <w:tc>
          <w:tcPr>
            <w:tcW w:type="dxa" w:w="1728"/>
          </w:tcPr>
          <w:p>
            <w:r>
              <w:t>nastaran</w:t>
            </w:r>
          </w:p>
        </w:tc>
        <w:tc>
          <w:tcPr>
            <w:tcW w:type="dxa" w:w="1728"/>
          </w:tcPr>
          <w:p>
            <w:r>
              <w:t>jamshidi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93**7*7407</w:t>
            </w:r>
          </w:p>
        </w:tc>
        <w:tc>
          <w:tcPr>
            <w:tcW w:type="dxa" w:w="1728"/>
          </w:tcPr>
          <w:p>
            <w:r>
              <w:t>Donyaaa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93****0747</w:t>
            </w:r>
          </w:p>
        </w:tc>
        <w:tc>
          <w:tcPr>
            <w:tcW w:type="dxa" w:w="1728"/>
          </w:tcPr>
          <w:p>
            <w:r>
              <w:t>Leila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9121*73*13</w:t>
            </w:r>
          </w:p>
        </w:tc>
        <w:tc>
          <w:tcPr>
            <w:tcW w:type="dxa" w:w="1728"/>
          </w:tcPr>
          <w:p>
            <w:r>
              <w:t>بهاره عصاری_ روانشناس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Bbaahhaarrii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990773030*</w:t>
            </w:r>
          </w:p>
        </w:tc>
        <w:tc>
          <w:tcPr>
            <w:tcW w:type="dxa" w:w="1728"/>
          </w:tcPr>
          <w:p>
            <w:r>
              <w:t>Sotude</w:t>
            </w:r>
          </w:p>
        </w:tc>
        <w:tc>
          <w:tcPr>
            <w:tcW w:type="dxa" w:w="1728"/>
          </w:tcPr>
          <w:p>
            <w:r>
              <w:t>Mb</w:t>
            </w:r>
          </w:p>
        </w:tc>
        <w:tc>
          <w:tcPr>
            <w:tcW w:type="dxa" w:w="1728"/>
          </w:tcPr>
          <w:p>
            <w:r>
              <w:t>Mbsotude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919*71*00*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Mehdiesmaaeelii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91231*1034</w:t>
            </w:r>
          </w:p>
        </w:tc>
        <w:tc>
          <w:tcPr>
            <w:tcW w:type="dxa" w:w="1728"/>
          </w:tcPr>
          <w:p>
            <w:r>
              <w:t>👸</w:t>
            </w:r>
          </w:p>
        </w:tc>
        <w:tc>
          <w:tcPr>
            <w:tcW w:type="dxa" w:w="1728"/>
          </w:tcPr>
          <w:p>
            <w:r>
              <w:t>samii</w:t>
            </w:r>
          </w:p>
        </w:tc>
        <w:tc>
          <w:tcPr>
            <w:tcW w:type="dxa" w:w="1728"/>
          </w:tcPr>
          <w:p>
            <w:r>
              <w:t>samii92er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91230*4*40</w:t>
            </w:r>
          </w:p>
        </w:tc>
        <w:tc>
          <w:tcPr>
            <w:tcW w:type="dxa" w:w="1728"/>
          </w:tcPr>
          <w:p>
            <w:r>
              <w:t>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prma_r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919*90*0*9</w:t>
            </w:r>
          </w:p>
        </w:tc>
        <w:tc>
          <w:tcPr>
            <w:tcW w:type="dxa" w:w="1728"/>
          </w:tcPr>
          <w:p>
            <w:r>
              <w:t>مهدیه سادات</w:t>
            </w:r>
          </w:p>
        </w:tc>
        <w:tc>
          <w:tcPr>
            <w:tcW w:type="dxa" w:w="1728"/>
          </w:tcPr>
          <w:p>
            <w:r>
              <w:t>میرعابدینی</w:t>
            </w:r>
          </w:p>
        </w:tc>
        <w:tc>
          <w:tcPr>
            <w:tcW w:type="dxa" w:w="1728"/>
          </w:tcPr>
          <w:p>
            <w:r>
              <w:t>MSM651215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93*2*39**3</w:t>
            </w:r>
          </w:p>
        </w:tc>
        <w:tc>
          <w:tcPr>
            <w:tcW w:type="dxa" w:w="1728"/>
          </w:tcPr>
          <w:p>
            <w:r>
              <w:t>Mh.p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MHp5625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90*7942**1</w:t>
            </w:r>
          </w:p>
        </w:tc>
        <w:tc>
          <w:tcPr>
            <w:tcW w:type="dxa" w:w="1728"/>
          </w:tcPr>
          <w:p>
            <w:r>
              <w:t>لوازم جانبی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919*09010*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Mahdi6528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922*2*9294</w:t>
            </w:r>
          </w:p>
        </w:tc>
        <w:tc>
          <w:tcPr>
            <w:tcW w:type="dxa" w:w="1728"/>
          </w:tcPr>
          <w:p>
            <w:r>
              <w:t>Sh❤A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Shimaazimii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93*34*4*4*</w:t>
            </w:r>
          </w:p>
        </w:tc>
        <w:tc>
          <w:tcPr>
            <w:tcW w:type="dxa" w:w="1728"/>
          </w:tcPr>
          <w:p>
            <w:r>
              <w:t>B.N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901**93*32</w:t>
            </w:r>
          </w:p>
        </w:tc>
        <w:tc>
          <w:tcPr>
            <w:tcW w:type="dxa" w:w="1728"/>
          </w:tcPr>
          <w:p>
            <w:r>
              <w:t>Fs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Fat1785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912*4*2437</w:t>
            </w:r>
          </w:p>
        </w:tc>
        <w:tc>
          <w:tcPr>
            <w:tcW w:type="dxa" w:w="1728"/>
          </w:tcPr>
          <w:p>
            <w:r>
              <w:t>Parvane</w:t>
            </w:r>
          </w:p>
        </w:tc>
        <w:tc>
          <w:tcPr>
            <w:tcW w:type="dxa" w:w="1728"/>
          </w:tcPr>
          <w:p>
            <w:r>
              <w:t>Nobakht</w:t>
            </w:r>
          </w:p>
        </w:tc>
        <w:tc>
          <w:tcPr>
            <w:tcW w:type="dxa" w:w="1728"/>
          </w:tcPr>
          <w:p>
            <w:r>
              <w:t>pari_27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921**01*0*</w:t>
            </w:r>
          </w:p>
        </w:tc>
        <w:tc>
          <w:tcPr>
            <w:tcW w:type="dxa" w:w="1728"/>
          </w:tcPr>
          <w:p>
            <w:r>
              <w:t>Mahdiye</w:t>
            </w:r>
          </w:p>
        </w:tc>
        <w:tc>
          <w:tcPr>
            <w:tcW w:type="dxa" w:w="1728"/>
          </w:tcPr>
          <w:p>
            <w:r>
              <w:t>Razavi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9309790*43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hosod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912*7**9**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jes777777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9122**4*39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Asghari</w:t>
            </w:r>
          </w:p>
        </w:tc>
        <w:tc>
          <w:tcPr>
            <w:tcW w:type="dxa" w:w="1728"/>
          </w:tcPr>
          <w:p>
            <w:r>
              <w:t>asghari132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903072*9**</w:t>
            </w:r>
          </w:p>
        </w:tc>
        <w:tc>
          <w:tcPr>
            <w:tcW w:type="dxa" w:w="1728"/>
          </w:tcPr>
          <w:p>
            <w:r>
              <w:t>S.ali.alavi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Moeini2020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93*2*74**4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>
              <w:t>gilaki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9397**10**</w:t>
            </w:r>
          </w:p>
        </w:tc>
        <w:tc>
          <w:tcPr>
            <w:tcW w:type="dxa" w:w="1728"/>
          </w:tcPr>
          <w:p>
            <w:r>
              <w:t>sh.salmani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>
              <w:t>Sh_salmani13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9194**4002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seyedFmousavi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91941*23*0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Maryam_Goleij00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91244**073</w:t>
            </w:r>
          </w:p>
        </w:tc>
        <w:tc>
          <w:tcPr>
            <w:tcW w:type="dxa" w:w="1728"/>
          </w:tcPr>
          <w:p>
            <w:r>
              <w:t>Sogolii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93*310**32</w:t>
            </w:r>
          </w:p>
        </w:tc>
        <w:tc>
          <w:tcPr>
            <w:tcW w:type="dxa" w:w="1728"/>
          </w:tcPr>
          <w:p>
            <w:r>
              <w:t>zαнrα♡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Zahratalebii78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912*143979</w:t>
            </w:r>
          </w:p>
        </w:tc>
        <w:tc>
          <w:tcPr>
            <w:tcW w:type="dxa" w:w="1728"/>
          </w:tcPr>
          <w:p>
            <w:r>
              <w:t>Yousefjahangiri</w:t>
            </w:r>
          </w:p>
        </w:tc>
        <w:tc>
          <w:tcPr>
            <w:tcW w:type="dxa" w:w="1728"/>
          </w:tcPr>
          <w:p>
            <w:r>
              <w:t>Tkd.iri</w:t>
            </w:r>
          </w:p>
        </w:tc>
        <w:tc>
          <w:tcPr>
            <w:tcW w:type="dxa" w:w="1728"/>
          </w:tcPr>
          <w:p>
            <w:r>
              <w:t>Kwontkdz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919*34**7*</w:t>
            </w:r>
          </w:p>
        </w:tc>
        <w:tc>
          <w:tcPr>
            <w:tcW w:type="dxa" w:w="1728"/>
          </w:tcPr>
          <w:p>
            <w:r>
              <w:t>Sakineh</w:t>
            </w:r>
          </w:p>
        </w:tc>
        <w:tc>
          <w:tcPr>
            <w:tcW w:type="dxa" w:w="1728"/>
          </w:tcPr>
          <w:p>
            <w:r>
              <w:t>Jafarzadeh</w:t>
            </w:r>
          </w:p>
        </w:tc>
        <w:tc>
          <w:tcPr>
            <w:tcW w:type="dxa" w:w="1728"/>
          </w:tcPr>
          <w:p>
            <w:r>
              <w:t>Sakineh59G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933*0*2*90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Ghadakchi</w:t>
            </w:r>
          </w:p>
        </w:tc>
        <w:tc>
          <w:tcPr>
            <w:tcW w:type="dxa" w:w="1728"/>
          </w:tcPr>
          <w:p>
            <w:r>
              <w:t>alighadakchi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9129*201*7</w:t>
            </w:r>
          </w:p>
        </w:tc>
        <w:tc>
          <w:tcPr>
            <w:tcW w:type="dxa" w:w="1728"/>
          </w:tcPr>
          <w:p>
            <w:r>
              <w:t>Jaleh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921*922093</w:t>
            </w:r>
          </w:p>
        </w:tc>
        <w:tc>
          <w:tcPr>
            <w:tcW w:type="dxa" w:w="1728"/>
          </w:tcPr>
          <w:p>
            <w:r>
              <w:t>?Ghazale?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Ghazaleshafaei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91972410*1</w:t>
            </w:r>
          </w:p>
        </w:tc>
        <w:tc>
          <w:tcPr>
            <w:tcW w:type="dxa" w:w="1728"/>
          </w:tcPr>
          <w:p>
            <w:r>
              <w:t>SHIMA?PILATES</w:t>
            </w:r>
          </w:p>
        </w:tc>
        <w:tc>
          <w:tcPr>
            <w:tcW w:type="dxa" w:w="1728"/>
          </w:tcPr>
          <w:p>
            <w:r>
              <w:t>?TRX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933*4**3*3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Rezvan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912*02**21</w:t>
            </w:r>
          </w:p>
        </w:tc>
        <w:tc>
          <w:tcPr>
            <w:tcW w:type="dxa" w:w="1728"/>
          </w:tcPr>
          <w:p>
            <w:r>
              <w:t>Leila</w:t>
            </w:r>
          </w:p>
        </w:tc>
        <w:tc>
          <w:tcPr>
            <w:tcW w:type="dxa" w:w="1728"/>
          </w:tcPr>
          <w:p>
            <w:r>
              <w:t>Mahdavi</w:t>
            </w:r>
          </w:p>
        </w:tc>
        <w:tc>
          <w:tcPr>
            <w:tcW w:type="dxa" w:w="1728"/>
          </w:tcPr>
          <w:p>
            <w:r>
              <w:t>mlkmhdv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9192477709</w:t>
            </w:r>
          </w:p>
        </w:tc>
        <w:tc>
          <w:tcPr>
            <w:tcW w:type="dxa" w:w="1728"/>
          </w:tcPr>
          <w:p>
            <w:r>
              <w:t>فرشته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937*3*3071</w:t>
            </w:r>
          </w:p>
        </w:tc>
        <w:tc>
          <w:tcPr>
            <w:tcW w:type="dxa" w:w="1728"/>
          </w:tcPr>
          <w:p>
            <w:r>
              <w:t>🐳🏊mohammad🏊🐳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Mohammad_li021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912*97*21*</w:t>
            </w:r>
          </w:p>
        </w:tc>
        <w:tc>
          <w:tcPr>
            <w:tcW w:type="dxa" w:w="1728"/>
          </w:tcPr>
          <w:p>
            <w:r>
              <w:t>💞AsK💞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aaasksk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9121192724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Fsaremi1950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9013*420*3</w:t>
            </w:r>
          </w:p>
        </w:tc>
        <w:tc>
          <w:tcPr>
            <w:tcW w:type="dxa" w:w="1728"/>
          </w:tcPr>
          <w:p>
            <w:r>
              <w:t>🦋Nilin🦋</w:t>
            </w:r>
          </w:p>
        </w:tc>
        <w:tc>
          <w:tcPr>
            <w:tcW w:type="dxa" w:w="1728"/>
          </w:tcPr>
          <w:p>
            <w:r>
              <w:t>Nsr</w:t>
            </w:r>
          </w:p>
        </w:tc>
        <w:tc>
          <w:tcPr>
            <w:tcW w:type="dxa" w:w="1728"/>
          </w:tcPr>
          <w:p>
            <w:r>
              <w:t>Nilin7899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930*****9*</w:t>
            </w:r>
          </w:p>
        </w:tc>
        <w:tc>
          <w:tcPr>
            <w:tcW w:type="dxa" w:w="1728"/>
          </w:tcPr>
          <w:p>
            <w:r>
              <w:t>امید</w:t>
            </w:r>
          </w:p>
        </w:tc>
        <w:tc>
          <w:tcPr>
            <w:tcW w:type="dxa" w:w="1728"/>
          </w:tcPr>
          <w:p>
            <w:r>
              <w:t>مطهری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930*071*1*</w:t>
            </w:r>
          </w:p>
        </w:tc>
        <w:tc>
          <w:tcPr>
            <w:tcW w:type="dxa" w:w="1728"/>
          </w:tcPr>
          <w:p>
            <w:r>
              <w:t>Mahiii_jalili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912*04907*</w:t>
            </w:r>
          </w:p>
        </w:tc>
        <w:tc>
          <w:tcPr>
            <w:tcW w:type="dxa" w:w="1728"/>
          </w:tcPr>
          <w:p>
            <w:r>
              <w:t>Soli</w:t>
            </w:r>
          </w:p>
        </w:tc>
        <w:tc>
          <w:tcPr>
            <w:tcW w:type="dxa" w:w="1728"/>
          </w:tcPr>
          <w:p>
            <w:r>
              <w:t>Hilda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937237*1*1</w:t>
            </w:r>
          </w:p>
        </w:tc>
        <w:tc>
          <w:tcPr>
            <w:tcW w:type="dxa" w:w="1728"/>
          </w:tcPr>
          <w:p>
            <w:r>
              <w:t>Hooman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homan13733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9123407311</w:t>
            </w:r>
          </w:p>
        </w:tc>
        <w:tc>
          <w:tcPr>
            <w:tcW w:type="dxa" w:w="1728"/>
          </w:tcPr>
          <w:p>
            <w:r>
              <w:t>Marg🌸L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Margolitt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91027**079</w:t>
            </w:r>
          </w:p>
        </w:tc>
        <w:tc>
          <w:tcPr>
            <w:tcW w:type="dxa" w:w="1728"/>
          </w:tcPr>
          <w:p>
            <w:r>
              <w:t>MohammadHosein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910*9*7092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Samira_goli66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9334*9****</w:t>
            </w:r>
          </w:p>
        </w:tc>
        <w:tc>
          <w:tcPr>
            <w:tcW w:type="dxa" w:w="1728"/>
          </w:tcPr>
          <w:p>
            <w:r>
              <w:t>Katayon</w:t>
            </w:r>
          </w:p>
        </w:tc>
        <w:tc>
          <w:tcPr>
            <w:tcW w:type="dxa" w:w="1728"/>
          </w:tcPr>
          <w:p>
            <w:r>
              <w:t>Meh</w:t>
            </w:r>
          </w:p>
        </w:tc>
        <w:tc>
          <w:tcPr>
            <w:tcW w:type="dxa" w:w="1728"/>
          </w:tcPr>
          <w:p>
            <w:r>
              <w:t>kaataayoonn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937010*101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Ali_rad10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93*1*1292*</w:t>
            </w:r>
          </w:p>
        </w:tc>
        <w:tc>
          <w:tcPr>
            <w:tcW w:type="dxa" w:w="1728"/>
          </w:tcPr>
          <w:p>
            <w:r>
              <w:t>Zohre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93*94**121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>
              <w:t>Din Parast</w:t>
            </w:r>
          </w:p>
        </w:tc>
        <w:tc>
          <w:tcPr>
            <w:tcW w:type="dxa" w:w="1728"/>
          </w:tcPr>
          <w:p>
            <w:r>
              <w:t>sara_d22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9120*92*31</w:t>
            </w:r>
          </w:p>
        </w:tc>
        <w:tc>
          <w:tcPr>
            <w:tcW w:type="dxa" w:w="1728"/>
          </w:tcPr>
          <w:p>
            <w:r>
              <w:t>Niloo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niloofar_st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912*7*3*92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Abdolmohamadi</w:t>
            </w:r>
          </w:p>
        </w:tc>
        <w:tc>
          <w:tcPr>
            <w:tcW w:type="dxa" w:w="1728"/>
          </w:tcPr>
          <w:p>
            <w:r>
              <w:t>mostafa_abdolmohamadi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93900349**</w:t>
            </w:r>
          </w:p>
        </w:tc>
        <w:tc>
          <w:tcPr>
            <w:tcW w:type="dxa" w:w="1728"/>
          </w:tcPr>
          <w:p>
            <w:r>
              <w:t>Fariba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910144**99</w:t>
            </w:r>
          </w:p>
        </w:tc>
        <w:tc>
          <w:tcPr>
            <w:tcW w:type="dxa" w:w="1728"/>
          </w:tcPr>
          <w:p>
            <w:r>
              <w:t>Mahsan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mahsanfit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9191**9*70</w:t>
            </w:r>
          </w:p>
        </w:tc>
        <w:tc>
          <w:tcPr>
            <w:tcW w:type="dxa" w:w="1728"/>
          </w:tcPr>
          <w:p>
            <w:r>
              <w:t>Sama</w:t>
            </w:r>
          </w:p>
        </w:tc>
        <w:tc>
          <w:tcPr>
            <w:tcW w:type="dxa" w:w="1728"/>
          </w:tcPr>
          <w:p>
            <w:r>
              <w:t>Roya</w:t>
            </w:r>
          </w:p>
        </w:tc>
        <w:tc>
          <w:tcPr>
            <w:tcW w:type="dxa" w:w="1728"/>
          </w:tcPr>
          <w:p>
            <w:r>
              <w:t>Mrs_Sohrabi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93*12*10*9</w:t>
            </w:r>
          </w:p>
        </w:tc>
        <w:tc>
          <w:tcPr>
            <w:tcW w:type="dxa" w:w="1728"/>
          </w:tcPr>
          <w:p>
            <w:r>
              <w:t>melli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melika76h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930*1*0***</w:t>
            </w:r>
          </w:p>
        </w:tc>
        <w:tc>
          <w:tcPr>
            <w:tcW w:type="dxa" w:w="1728"/>
          </w:tcPr>
          <w:p>
            <w:r>
              <w:t>Eyes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yenyng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9223**1**9</w:t>
            </w:r>
          </w:p>
        </w:tc>
        <w:tc>
          <w:tcPr>
            <w:tcW w:type="dxa" w:w="1728"/>
          </w:tcPr>
          <w:p>
            <w:r>
              <w:t>"Naghme"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Naghmeraoofi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90120*1319</w:t>
            </w:r>
          </w:p>
        </w:tc>
        <w:tc>
          <w:tcPr>
            <w:tcW w:type="dxa" w:w="1728"/>
          </w:tcPr>
          <w:p>
            <w:r>
              <w:t>️amir kian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amir_kiaanm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9127199213</w:t>
            </w:r>
          </w:p>
        </w:tc>
        <w:tc>
          <w:tcPr>
            <w:tcW w:type="dxa" w:w="1728"/>
          </w:tcPr>
          <w:p>
            <w:r>
              <w:t>Sarah</w:t>
            </w:r>
          </w:p>
        </w:tc>
        <w:tc>
          <w:tcPr>
            <w:tcW w:type="dxa" w:w="1728"/>
          </w:tcPr>
          <w:p>
            <w:r>
              <w:t>Farahani</w:t>
            </w:r>
          </w:p>
        </w:tc>
        <w:tc>
          <w:tcPr>
            <w:tcW w:type="dxa" w:w="1728"/>
          </w:tcPr>
          <w:p>
            <w:r>
              <w:t>sarahkishani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912*793712</w:t>
            </w:r>
          </w:p>
        </w:tc>
        <w:tc>
          <w:tcPr>
            <w:tcW w:type="dxa" w:w="1728"/>
          </w:tcPr>
          <w:p>
            <w:r>
              <w:t>B.K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BTOX_K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902*3****3</w:t>
            </w:r>
          </w:p>
        </w:tc>
        <w:tc>
          <w:tcPr>
            <w:tcW w:type="dxa" w:w="1728"/>
          </w:tcPr>
          <w:p>
            <w:r>
              <w:t>Pourya🦒</w:t>
            </w:r>
          </w:p>
        </w:tc>
        <w:tc>
          <w:tcPr>
            <w:tcW w:type="dxa" w:w="1728"/>
          </w:tcPr>
          <w:p>
            <w:r>
              <w:t>🦒</w:t>
            </w:r>
          </w:p>
        </w:tc>
        <w:tc>
          <w:tcPr>
            <w:tcW w:type="dxa" w:w="1728"/>
          </w:tcPr>
          <w:p>
            <w:r>
              <w:t>shakibamassage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9124713911</w:t>
            </w:r>
          </w:p>
        </w:tc>
        <w:tc>
          <w:tcPr>
            <w:tcW w:type="dxa" w:w="1728"/>
          </w:tcPr>
          <w:p>
            <w:r>
              <w:t>Mah</w:t>
            </w:r>
          </w:p>
        </w:tc>
        <w:tc>
          <w:tcPr>
            <w:tcW w:type="dxa" w:w="1728"/>
          </w:tcPr>
          <w:p>
            <w:r>
              <w:t>Asadi</w:t>
            </w:r>
          </w:p>
        </w:tc>
        <w:tc>
          <w:tcPr>
            <w:tcW w:type="dxa" w:w="1728"/>
          </w:tcPr>
          <w:p>
            <w:r>
              <w:t>MahAsadiK3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91294979**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Lari</w:t>
            </w:r>
          </w:p>
        </w:tc>
        <w:tc>
          <w:tcPr>
            <w:tcW w:type="dxa" w:w="1728"/>
          </w:tcPr>
          <w:p>
            <w:r>
              <w:t>Coachhosseinlari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91209143*7</w:t>
            </w:r>
          </w:p>
        </w:tc>
        <w:tc>
          <w:tcPr>
            <w:tcW w:type="dxa" w:w="1728"/>
          </w:tcPr>
          <w:p>
            <w:r>
              <w:t>Arezoo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Arezoo_soltani_chef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9121**1140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93*94*7412</w:t>
            </w:r>
          </w:p>
        </w:tc>
        <w:tc>
          <w:tcPr>
            <w:tcW w:type="dxa" w:w="1728"/>
          </w:tcPr>
          <w:p>
            <w:r>
              <w:t>Mansoureh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Asadi72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913702*790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SportManagment1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93*979317*</w:t>
            </w:r>
          </w:p>
        </w:tc>
        <w:tc>
          <w:tcPr>
            <w:tcW w:type="dxa" w:w="1728"/>
          </w:tcPr>
          <w:p>
            <w:r>
              <w:t>Mohammad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mohamadreza1365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912*0319*7</w:t>
            </w:r>
          </w:p>
        </w:tc>
        <w:tc>
          <w:tcPr>
            <w:tcW w:type="dxa" w:w="1728"/>
          </w:tcPr>
          <w:p>
            <w:r>
              <w:t>SaHar ShaVanD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Sahar_SH_Coach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9123939149</w:t>
            </w:r>
          </w:p>
        </w:tc>
        <w:tc>
          <w:tcPr>
            <w:tcW w:type="dxa" w:w="1728"/>
          </w:tcPr>
          <w:p>
            <w:r>
              <w:t>Naghmeh</w:t>
            </w:r>
          </w:p>
        </w:tc>
        <w:tc>
          <w:tcPr>
            <w:tcW w:type="dxa" w:w="1728"/>
          </w:tcPr>
          <w:p>
            <w:r>
              <w:t>Jahanfar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912*93***2</w:t>
            </w:r>
          </w:p>
        </w:tc>
        <w:tc>
          <w:tcPr>
            <w:tcW w:type="dxa" w:w="1728"/>
          </w:tcPr>
          <w:p>
            <w:r>
              <w:t>Reza Badri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9123*7*3*9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Mirzaee</w:t>
            </w:r>
          </w:p>
        </w:tc>
        <w:tc>
          <w:tcPr>
            <w:tcW w:type="dxa" w:w="1728"/>
          </w:tcPr>
          <w:p>
            <w:r>
              <w:t>mo_ha_ma_d_m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9122933494</w:t>
            </w:r>
          </w:p>
        </w:tc>
        <w:tc>
          <w:tcPr>
            <w:tcW w:type="dxa" w:w="1728"/>
          </w:tcPr>
          <w:p>
            <w:r>
              <w:t>Mayali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Maayaali</w:t>
            </w:r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  <w:tr>
        <w:tc>
          <w:tcPr>
            <w:tcW w:type="dxa" w:w="1728"/>
          </w:tcPr>
          <w:p>
            <w:r>
              <w:t>919*014*04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كاريابي مربيان(اعتماديان)رايگان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كاريابي مربيان(اعتماديان)رايگان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