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صنایع دستباف صابر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صنایع دستباف صابر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911**993*0</w:t>
            </w:r>
          </w:p>
        </w:tc>
        <w:tc>
          <w:tcPr>
            <w:tcW w:type="dxa" w:w="1728"/>
          </w:tcPr>
          <w:p>
            <w:r>
              <w:t>Sahne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9302**3070</w:t>
            </w:r>
          </w:p>
        </w:tc>
        <w:tc>
          <w:tcPr>
            <w:tcW w:type="dxa" w:w="1728"/>
          </w:tcPr>
          <w:p>
            <w:r>
              <w:t>💜PEnAr💜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911410*272</w:t>
            </w:r>
          </w:p>
        </w:tc>
        <w:tc>
          <w:tcPr>
            <w:tcW w:type="dxa" w:w="1728"/>
          </w:tcPr>
          <w:p>
            <w:r>
              <w:t>محمد عادل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9017*31*3*</w:t>
            </w:r>
          </w:p>
        </w:tc>
        <w:tc>
          <w:tcPr>
            <w:tcW w:type="dxa" w:w="1728"/>
          </w:tcPr>
          <w:p>
            <w:r>
              <w:t>▂▃▄▅▆▇█▓▒░ℳⓞみⓐოﾑの░▒▓█▇▆▅▄▃▂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912*09114*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Javadi</w:t>
            </w:r>
          </w:p>
        </w:tc>
        <w:tc>
          <w:tcPr>
            <w:tcW w:type="dxa" w:w="1728"/>
          </w:tcPr>
          <w:p>
            <w:r>
              <w:t>hhhh_javadi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91117*4*0*</w:t>
            </w:r>
          </w:p>
        </w:tc>
        <w:tc>
          <w:tcPr>
            <w:tcW w:type="dxa" w:w="1728"/>
          </w:tcPr>
          <w:p>
            <w:r>
              <w:t>R.k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911*324*37</w:t>
            </w:r>
          </w:p>
        </w:tc>
        <w:tc>
          <w:tcPr>
            <w:tcW w:type="dxa" w:w="1728"/>
          </w:tcPr>
          <w:p>
            <w:r>
              <w:t>سلیمه</w:t>
            </w:r>
          </w:p>
        </w:tc>
        <w:tc>
          <w:tcPr>
            <w:tcW w:type="dxa" w:w="1728"/>
          </w:tcPr>
          <w:p>
            <w:r>
              <w:t>اق اتابای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9113003*20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9034202190</w:t>
            </w:r>
          </w:p>
        </w:tc>
        <w:tc>
          <w:tcPr>
            <w:tcW w:type="dxa" w:w="1728"/>
          </w:tcPr>
          <w:p>
            <w:r>
              <w:t>جمیله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90***224**</w:t>
            </w:r>
          </w:p>
        </w:tc>
        <w:tc>
          <w:tcPr>
            <w:tcW w:type="dxa" w:w="1728"/>
          </w:tcPr>
          <w:p>
            <w:r>
              <w:t>Ns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Nilo7377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937093*303</w:t>
            </w:r>
          </w:p>
        </w:tc>
        <w:tc>
          <w:tcPr>
            <w:tcW w:type="dxa" w:w="1728"/>
          </w:tcPr>
          <w:p>
            <w:r>
              <w:t>❤😙Aiyhan</w:t>
            </w:r>
          </w:p>
        </w:tc>
        <w:tc>
          <w:tcPr>
            <w:tcW w:type="dxa" w:w="1728"/>
          </w:tcPr>
          <w:p>
            <w:r>
              <w:t>joon😍❤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933*20*993</w:t>
            </w:r>
          </w:p>
        </w:tc>
        <w:tc>
          <w:tcPr>
            <w:tcW w:type="dxa" w:w="1728"/>
          </w:tcPr>
          <w:p>
            <w:r>
              <w:t>ساجده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937992****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937*9*0171</w:t>
            </w:r>
          </w:p>
        </w:tc>
        <w:tc>
          <w:tcPr>
            <w:tcW w:type="dxa" w:w="1728"/>
          </w:tcPr>
          <w:p>
            <w:r>
              <w:t>فرش دستبافت نورانی کلته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somaieh33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9390*131**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911**3479*</w:t>
            </w:r>
          </w:p>
        </w:tc>
        <w:tc>
          <w:tcPr>
            <w:tcW w:type="dxa" w:w="1728"/>
          </w:tcPr>
          <w:p>
            <w:r>
              <w:t>مرجان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911*7*119*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bahareh_hadi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911*190197</w:t>
            </w:r>
          </w:p>
        </w:tc>
        <w:tc>
          <w:tcPr>
            <w:tcW w:type="dxa" w:w="1728"/>
          </w:tcPr>
          <w:p>
            <w:r>
              <w:t>▂▃▄▅▆▇█▓▒░محمدرضاویسنا░▒▓█▇▆▅▄▃▂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93***37473</w:t>
            </w:r>
          </w:p>
        </w:tc>
        <w:tc>
          <w:tcPr>
            <w:tcW w:type="dxa" w:w="1728"/>
          </w:tcPr>
          <w:p>
            <w:r>
              <w:t>Shehin.m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Gorgan1990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903*4*1929</w:t>
            </w:r>
          </w:p>
        </w:tc>
        <w:tc>
          <w:tcPr>
            <w:tcW w:type="dxa" w:w="1728"/>
          </w:tcPr>
          <w:p>
            <w:r>
              <w:t>دوگونچی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Hniiifeee65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93*30*9**2</w:t>
            </w:r>
          </w:p>
        </w:tc>
        <w:tc>
          <w:tcPr>
            <w:tcW w:type="dxa" w:w="1728"/>
          </w:tcPr>
          <w:p>
            <w:r>
              <w:t>یسنا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Parmooz73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9013*01*9*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93*41924**</w:t>
            </w:r>
          </w:p>
        </w:tc>
        <w:tc>
          <w:tcPr>
            <w:tcW w:type="dxa" w:w="1728"/>
          </w:tcPr>
          <w:p>
            <w:r>
              <w:t>خانم</w:t>
            </w:r>
          </w:p>
        </w:tc>
        <w:tc>
          <w:tcPr>
            <w:tcW w:type="dxa" w:w="1728"/>
          </w:tcPr>
          <w:p>
            <w:r>
              <w:t>نعمت زاده</w:t>
            </w:r>
          </w:p>
        </w:tc>
        <w:tc>
          <w:tcPr>
            <w:tcW w:type="dxa" w:w="1728"/>
          </w:tcPr>
          <w:p>
            <w:r>
              <w:t>Pormv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91142171*4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91127*70*2</w:t>
            </w:r>
          </w:p>
        </w:tc>
        <w:tc>
          <w:tcPr>
            <w:tcW w:type="dxa" w:w="1728"/>
          </w:tcPr>
          <w:p>
            <w:r>
              <w:t>👼Yara👼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s_kor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911*7*02*7</w:t>
            </w:r>
          </w:p>
        </w:tc>
        <w:tc>
          <w:tcPr>
            <w:tcW w:type="dxa" w:w="1728"/>
          </w:tcPr>
          <w:p>
            <w:r>
              <w:t>میوه های عشقمون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9392*3341*</w:t>
            </w:r>
          </w:p>
        </w:tc>
        <w:tc>
          <w:tcPr>
            <w:tcW w:type="dxa" w:w="1728"/>
          </w:tcPr>
          <w:p>
            <w:r>
              <w:t>Bahram.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911*32***0</w:t>
            </w:r>
          </w:p>
        </w:tc>
        <w:tc>
          <w:tcPr>
            <w:tcW w:type="dxa" w:w="1728"/>
          </w:tcPr>
          <w:p>
            <w:r>
              <w:t>شکرانه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902*492740</w:t>
            </w:r>
          </w:p>
        </w:tc>
        <w:tc>
          <w:tcPr>
            <w:tcW w:type="dxa" w:w="1728"/>
          </w:tcPr>
          <w:p>
            <w:r>
              <w:t>Elisaa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Marveh9767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93**147***</w:t>
            </w:r>
          </w:p>
        </w:tc>
        <w:tc>
          <w:tcPr>
            <w:tcW w:type="dxa" w:w="1728"/>
          </w:tcPr>
          <w:p>
            <w:r>
              <w:t>نفسمیjeyjey❤❤❤❤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Sehrdeilman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911**3**43</w:t>
            </w:r>
          </w:p>
        </w:tc>
        <w:tc>
          <w:tcPr>
            <w:tcW w:type="dxa" w:w="1728"/>
          </w:tcPr>
          <w:p>
            <w:r>
              <w:t>dora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90*7*33421</w:t>
            </w:r>
          </w:p>
        </w:tc>
        <w:tc>
          <w:tcPr>
            <w:tcW w:type="dxa" w:w="1728"/>
          </w:tcPr>
          <w:p>
            <w:r>
              <w:t>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Marzi_seyed_shakor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9117711*97</w:t>
            </w:r>
          </w:p>
        </w:tc>
        <w:tc>
          <w:tcPr>
            <w:tcW w:type="dxa" w:w="1728"/>
          </w:tcPr>
          <w:p>
            <w:r>
              <w:t>Shima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Shima_sahne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990171439*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9019**7*7*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atixizadi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93*4*39*2*</w:t>
            </w:r>
          </w:p>
        </w:tc>
        <w:tc>
          <w:tcPr>
            <w:tcW w:type="dxa" w:w="1728"/>
          </w:tcPr>
          <w:p>
            <w:r>
              <w:t>O•❤•.¸✿¸.aydeniz_kazemi.¸✿¸.•❤•Oº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aydeniz_kazemi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93*974*1*9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919**232*9</w:t>
            </w:r>
          </w:p>
        </w:tc>
        <w:tc>
          <w:tcPr>
            <w:tcW w:type="dxa" w:w="1728"/>
          </w:tcPr>
          <w:p>
            <w:r>
              <w:t>Salva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91137***4*</w:t>
            </w:r>
          </w:p>
        </w:tc>
        <w:tc>
          <w:tcPr>
            <w:tcW w:type="dxa" w:w="1728"/>
          </w:tcPr>
          <w:p>
            <w:r>
              <w:t>🐾qaffar</w:t>
            </w:r>
          </w:p>
        </w:tc>
        <w:tc>
          <w:tcPr>
            <w:tcW w:type="dxa" w:w="1728"/>
          </w:tcPr>
          <w:p>
            <w:r>
              <w:t>bashghare</w:t>
            </w:r>
          </w:p>
        </w:tc>
        <w:tc>
          <w:tcPr>
            <w:tcW w:type="dxa" w:w="1728"/>
          </w:tcPr>
          <w:p>
            <w:r>
              <w:t>qafarBash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91172*241*</w:t>
            </w:r>
          </w:p>
        </w:tc>
        <w:tc>
          <w:tcPr>
            <w:tcW w:type="dxa" w:w="1728"/>
          </w:tcPr>
          <w:p>
            <w:r>
              <w:t>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911**99*12</w:t>
            </w:r>
          </w:p>
        </w:tc>
        <w:tc>
          <w:tcPr>
            <w:tcW w:type="dxa" w:w="1728"/>
          </w:tcPr>
          <w:p>
            <w:r>
              <w:t>کاش بودی مادر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933*430***</w:t>
            </w:r>
          </w:p>
        </w:tc>
        <w:tc>
          <w:tcPr>
            <w:tcW w:type="dxa" w:w="1728"/>
          </w:tcPr>
          <w:p>
            <w:r>
              <w:t>گولن آی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Gulen_ay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937*334927</w:t>
            </w:r>
          </w:p>
        </w:tc>
        <w:tc>
          <w:tcPr>
            <w:tcW w:type="dxa" w:w="1728"/>
          </w:tcPr>
          <w:p>
            <w:r>
              <w:t>فری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93****0*13</w:t>
            </w:r>
          </w:p>
        </w:tc>
        <w:tc>
          <w:tcPr>
            <w:tcW w:type="dxa" w:w="1728"/>
          </w:tcPr>
          <w:p>
            <w:r>
              <w:t>😘یکی یدونم😘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91172*72**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990377**41</w:t>
            </w:r>
          </w:p>
        </w:tc>
        <w:tc>
          <w:tcPr>
            <w:tcW w:type="dxa" w:w="1728"/>
          </w:tcPr>
          <w:p>
            <w:r>
              <w:t>Golnaz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Golnazk69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902414*933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91197**4*9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902***3049</w:t>
            </w:r>
          </w:p>
        </w:tc>
        <w:tc>
          <w:tcPr>
            <w:tcW w:type="dxa" w:w="1728"/>
          </w:tcPr>
          <w:p>
            <w:r>
              <w:t>??Diamond??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lati_joon76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901*34709*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m_s_t_y_i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9029*0**01</w:t>
            </w:r>
          </w:p>
        </w:tc>
        <w:tc>
          <w:tcPr>
            <w:tcW w:type="dxa" w:w="1728"/>
          </w:tcPr>
          <w:p>
            <w:r>
              <w:t>🌹👑🌹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9112*0**9*</w:t>
            </w:r>
          </w:p>
        </w:tc>
        <w:tc>
          <w:tcPr>
            <w:tcW w:type="dxa" w:w="1728"/>
          </w:tcPr>
          <w:p>
            <w:r>
              <w:t>:)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911*3*2311</w:t>
            </w:r>
          </w:p>
        </w:tc>
        <w:tc>
          <w:tcPr>
            <w:tcW w:type="dxa" w:w="1728"/>
          </w:tcPr>
          <w:p>
            <w:r>
              <w:t>sorya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911449**79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93931*7312</w:t>
            </w:r>
          </w:p>
        </w:tc>
        <w:tc>
          <w:tcPr>
            <w:tcW w:type="dxa" w:w="1728"/>
          </w:tcPr>
          <w:p>
            <w:r>
              <w:t>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9119*11**9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9331*924*4</w:t>
            </w:r>
          </w:p>
        </w:tc>
        <w:tc>
          <w:tcPr>
            <w:tcW w:type="dxa" w:w="1728"/>
          </w:tcPr>
          <w:p>
            <w:r>
              <w:t>Ain@z.$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91173011*2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faghatalla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9112*0*902</w:t>
            </w:r>
          </w:p>
        </w:tc>
        <w:tc>
          <w:tcPr>
            <w:tcW w:type="dxa" w:w="1728"/>
          </w:tcPr>
          <w:p>
            <w:r>
              <w:t>.:**:.*.:｡.✿s.j✿.｡.:* :**:.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91093*01*4</w:t>
            </w:r>
          </w:p>
        </w:tc>
        <w:tc>
          <w:tcPr>
            <w:tcW w:type="dxa" w:w="1728"/>
          </w:tcPr>
          <w:p>
            <w:r>
              <w:t>سه خواهر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99071741**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Yekejam72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9333294**0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saan7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9397347*44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93**2072*7</w:t>
            </w:r>
          </w:p>
        </w:tc>
        <w:tc>
          <w:tcPr>
            <w:tcW w:type="dxa" w:w="1728"/>
          </w:tcPr>
          <w:p>
            <w:r>
              <w:t>tahir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9220*93913</w:t>
            </w:r>
          </w:p>
        </w:tc>
        <w:tc>
          <w:tcPr>
            <w:tcW w:type="dxa" w:w="1728"/>
          </w:tcPr>
          <w:p>
            <w:r>
              <w:t>طراحی💻</w:t>
            </w:r>
          </w:p>
        </w:tc>
        <w:tc>
          <w:tcPr>
            <w:tcW w:type="dxa" w:w="1728"/>
          </w:tcPr>
          <w:p>
            <w:r>
              <w:t>دادخواه🧿</w:t>
            </w:r>
          </w:p>
        </w:tc>
        <w:tc>
          <w:tcPr>
            <w:tcW w:type="dxa" w:w="1728"/>
          </w:tcPr>
          <w:p>
            <w:r>
              <w:t>Tarahi_dadkhah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9392307*72</w:t>
            </w:r>
          </w:p>
        </w:tc>
        <w:tc>
          <w:tcPr>
            <w:tcW w:type="dxa" w:w="1728"/>
          </w:tcPr>
          <w:p>
            <w:r>
              <w:t>Samad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SSamad1380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911379*720</w:t>
            </w:r>
          </w:p>
        </w:tc>
        <w:tc>
          <w:tcPr>
            <w:tcW w:type="dxa" w:w="1728"/>
          </w:tcPr>
          <w:p>
            <w:r>
              <w:t>کلته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90130*2*9*</w:t>
            </w:r>
          </w:p>
        </w:tc>
        <w:tc>
          <w:tcPr>
            <w:tcW w:type="dxa" w:w="1728"/>
          </w:tcPr>
          <w:p>
            <w:r>
              <w:t>Jenet gol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91137*3243</w:t>
            </w:r>
          </w:p>
        </w:tc>
        <w:tc>
          <w:tcPr>
            <w:tcW w:type="dxa" w:w="1728"/>
          </w:tcPr>
          <w:p>
            <w:r>
              <w:t>❤️❤️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911*19*3*3</w:t>
            </w:r>
          </w:p>
        </w:tc>
        <w:tc>
          <w:tcPr>
            <w:tcW w:type="dxa" w:w="1728"/>
          </w:tcPr>
          <w:p>
            <w:r>
              <w:t>iltai jooon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911*32421*</w:t>
            </w:r>
          </w:p>
        </w:tc>
        <w:tc>
          <w:tcPr>
            <w:tcW w:type="dxa" w:w="1728"/>
          </w:tcPr>
          <w:p>
            <w:r>
              <w:t>~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93*4*429*0</w:t>
            </w:r>
          </w:p>
        </w:tc>
        <w:tc>
          <w:tcPr>
            <w:tcW w:type="dxa" w:w="1728"/>
          </w:tcPr>
          <w:p>
            <w:r>
              <w:t>خ 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W_d_wm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90103431**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93*7***9*3</w:t>
            </w:r>
          </w:p>
        </w:tc>
        <w:tc>
          <w:tcPr>
            <w:tcW w:type="dxa" w:w="1728"/>
          </w:tcPr>
          <w:p>
            <w:r>
              <w:t>به یادآخرین نگاه مادرم😢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9210*92700</w:t>
            </w:r>
          </w:p>
        </w:tc>
        <w:tc>
          <w:tcPr>
            <w:tcW w:type="dxa" w:w="1728"/>
          </w:tcPr>
          <w:p>
            <w:r>
              <w:t>Somayeh🌱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Somayeh_sheykhniazi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939*0*7213</w:t>
            </w:r>
          </w:p>
        </w:tc>
        <w:tc>
          <w:tcPr>
            <w:tcW w:type="dxa" w:w="1728"/>
          </w:tcPr>
          <w:p>
            <w:r>
              <w:t>مصطفی وسینا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9337903949</w:t>
            </w:r>
          </w:p>
        </w:tc>
        <w:tc>
          <w:tcPr>
            <w:tcW w:type="dxa" w:w="1728"/>
          </w:tcPr>
          <w:p>
            <w:r>
              <w:t>زینب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zeynab1378ka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93*37*2*3*</w:t>
            </w:r>
          </w:p>
        </w:tc>
        <w:tc>
          <w:tcPr>
            <w:tcW w:type="dxa" w:w="1728"/>
          </w:tcPr>
          <w:p>
            <w:r>
              <w:t>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91117*03*7</w:t>
            </w:r>
          </w:p>
        </w:tc>
        <w:tc>
          <w:tcPr>
            <w:tcW w:type="dxa" w:w="1728"/>
          </w:tcPr>
          <w:p>
            <w:r>
              <w:t>Sattar</w:t>
            </w:r>
          </w:p>
        </w:tc>
        <w:tc>
          <w:tcPr>
            <w:tcW w:type="dxa" w:w="1728"/>
          </w:tcPr>
          <w:p>
            <w:r>
              <w:t>Chamideh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  <w:tr>
        <w:tc>
          <w:tcPr>
            <w:tcW w:type="dxa" w:w="1728"/>
          </w:tcPr>
          <w:p>
            <w:r>
              <w:t>911*41**4*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Kaseii</w:t>
            </w:r>
          </w:p>
        </w:tc>
        <w:tc>
          <w:tcPr>
            <w:tcW w:type="dxa" w:w="1728"/>
          </w:tcPr>
          <w:p>
            <w:r>
              <w:t>Fatemehkaseii</w:t>
            </w:r>
          </w:p>
        </w:tc>
        <w:tc>
          <w:tcPr>
            <w:tcW w:type="dxa" w:w="1728"/>
          </w:tcPr>
          <w:p>
            <w:r>
              <w:t>صنایع دستباف صابر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صنایع دستباف صابر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