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صلوات(فقط بانوان)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صلوات(فقط بانوان)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9137*23***</w:t>
            </w:r>
          </w:p>
        </w:tc>
        <w:tc>
          <w:tcPr>
            <w:tcW w:type="dxa" w:w="1728"/>
          </w:tcPr>
          <w:p>
            <w:r>
              <w:t>دنیام دو دخترم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93*1*91914</w:t>
            </w:r>
          </w:p>
        </w:tc>
        <w:tc>
          <w:tcPr>
            <w:tcW w:type="dxa" w:w="1728"/>
          </w:tcPr>
          <w:p>
            <w:r>
              <w:t>Mysam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9120*7**3*</w:t>
            </w:r>
          </w:p>
        </w:tc>
        <w:tc>
          <w:tcPr>
            <w:tcW w:type="dxa" w:w="1728"/>
          </w:tcPr>
          <w:p>
            <w:r>
              <w:t>اراز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9119*0*707</w:t>
            </w:r>
          </w:p>
        </w:tc>
        <w:tc>
          <w:tcPr>
            <w:tcW w:type="dxa" w:w="1728"/>
          </w:tcPr>
          <w:p>
            <w:r>
              <w:t>Tahereh_Es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TE_8307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933*1**00*</w:t>
            </w:r>
          </w:p>
        </w:tc>
        <w:tc>
          <w:tcPr>
            <w:tcW w:type="dxa" w:w="1728"/>
          </w:tcPr>
          <w:p>
            <w:r>
              <w:t>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NARGOL175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991*0*7477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91*770*01*</w:t>
            </w:r>
          </w:p>
        </w:tc>
        <w:tc>
          <w:tcPr>
            <w:tcW w:type="dxa" w:w="1728"/>
          </w:tcPr>
          <w:p>
            <w:r>
              <w:t>:*´¨`*:.(¯`*•.¸,¤°´ ˙·٠•●♥محمدیان♥️●•٠·˙:*´¨`*:.(¯`*•.¸,¤°´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Mohamadiyanio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91*9300799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914*3199*2</w:t>
            </w:r>
          </w:p>
        </w:tc>
        <w:tc>
          <w:tcPr>
            <w:tcW w:type="dxa" w:w="1728"/>
          </w:tcPr>
          <w:p>
            <w:r>
              <w:t>الی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912040*390</w:t>
            </w:r>
          </w:p>
        </w:tc>
        <w:tc>
          <w:tcPr>
            <w:tcW w:type="dxa" w:w="1728"/>
          </w:tcPr>
          <w:p>
            <w:r>
              <w:t>Hassanabadi_Azadeh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Azadeh_Hassanabadi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93*0*3*742</w:t>
            </w:r>
          </w:p>
        </w:tc>
        <w:tc>
          <w:tcPr>
            <w:tcW w:type="dxa" w:w="1728"/>
          </w:tcPr>
          <w:p>
            <w:r>
              <w:t>Ate from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919*32**91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ataribualiii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91*220*904</w:t>
            </w:r>
          </w:p>
        </w:tc>
        <w:tc>
          <w:tcPr>
            <w:tcW w:type="dxa" w:w="1728"/>
          </w:tcPr>
          <w:p>
            <w:r>
              <w:t>M Nikoo♡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Miss_moradi6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91**9***47</w:t>
            </w:r>
          </w:p>
        </w:tc>
        <w:tc>
          <w:tcPr>
            <w:tcW w:type="dxa" w:w="1728"/>
          </w:tcPr>
          <w:p>
            <w:r>
              <w:t>فاطمه زهرا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9193****9*</w:t>
            </w:r>
          </w:p>
        </w:tc>
        <w:tc>
          <w:tcPr>
            <w:tcW w:type="dxa" w:w="1728"/>
          </w:tcPr>
          <w:p>
            <w:r>
              <w:t>سوگند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Md13460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91013*37**</w:t>
            </w:r>
          </w:p>
        </w:tc>
        <w:tc>
          <w:tcPr>
            <w:tcW w:type="dxa" w:w="1728"/>
          </w:tcPr>
          <w:p>
            <w:r>
              <w:t>Zahra😍😍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Z_rostamiiii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9910393*4*</w:t>
            </w:r>
          </w:p>
        </w:tc>
        <w:tc>
          <w:tcPr>
            <w:tcW w:type="dxa" w:w="1728"/>
          </w:tcPr>
          <w:p>
            <w:r>
              <w:t>M@€d€🐈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919**1****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Sabbbbaa_dis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914404*217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Bashirzadeh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990***9*74</w:t>
            </w:r>
          </w:p>
        </w:tc>
        <w:tc>
          <w:tcPr>
            <w:tcW w:type="dxa" w:w="1728"/>
          </w:tcPr>
          <w:p>
            <w:r>
              <w:t>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G9368l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93*324*92*</w:t>
            </w:r>
          </w:p>
        </w:tc>
        <w:tc>
          <w:tcPr>
            <w:tcW w:type="dxa" w:w="1728"/>
          </w:tcPr>
          <w:p>
            <w:r>
              <w:t>Z.A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aba9797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9374*9*491</w:t>
            </w:r>
          </w:p>
        </w:tc>
        <w:tc>
          <w:tcPr>
            <w:tcW w:type="dxa" w:w="1728"/>
          </w:tcPr>
          <w:p>
            <w:r>
              <w:t>Mary</w:t>
            </w:r>
          </w:p>
        </w:tc>
        <w:tc>
          <w:tcPr>
            <w:tcW w:type="dxa" w:w="1728"/>
          </w:tcPr>
          <w:p>
            <w:r>
              <w:t>Zolfaqari</w:t>
            </w:r>
          </w:p>
        </w:tc>
        <w:tc>
          <w:tcPr>
            <w:tcW w:type="dxa" w:w="1728"/>
          </w:tcPr>
          <w:p>
            <w:r>
              <w:t>MaryZlfqri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911*0**290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Shahideh_fa313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913***34**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91*333*2**</w:t>
            </w:r>
          </w:p>
        </w:tc>
        <w:tc>
          <w:tcPr>
            <w:tcW w:type="dxa" w:w="1728"/>
          </w:tcPr>
          <w:p>
            <w:r>
              <w:t>۱۳۵۹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99017*9077</w:t>
            </w:r>
          </w:p>
        </w:tc>
        <w:tc>
          <w:tcPr>
            <w:tcW w:type="dxa" w:w="1728"/>
          </w:tcPr>
          <w:p>
            <w:r>
              <w:t>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933*02*37*</w:t>
            </w:r>
          </w:p>
        </w:tc>
        <w:tc>
          <w:tcPr>
            <w:tcW w:type="dxa" w:w="1728"/>
          </w:tcPr>
          <w:p>
            <w:r>
              <w:t>ناز گل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91943*0340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91*4*9**9*</w:t>
            </w:r>
          </w:p>
        </w:tc>
        <w:tc>
          <w:tcPr>
            <w:tcW w:type="dxa" w:w="1728"/>
          </w:tcPr>
          <w:p>
            <w:r>
              <w:t>SＣ᭄ H ‌‎‌‌‌‎‌‌‌‌‌‌‌‌‌‌‌‌‌‌‌‌‌‌‌‌‌‌‌‌‌‌‌‌‌‌‌‌‌‌‌‌‌‌‌‌‌‌‌‌‌‌‌‌‌‌‌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SargoOoOolllll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99002343*4</w:t>
            </w:r>
          </w:p>
        </w:tc>
        <w:tc>
          <w:tcPr>
            <w:tcW w:type="dxa" w:w="1728"/>
          </w:tcPr>
          <w:p>
            <w:r>
              <w:t>♡N@f@$♡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Nafas_j_83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919333*993</w:t>
            </w:r>
          </w:p>
        </w:tc>
        <w:tc>
          <w:tcPr>
            <w:tcW w:type="dxa" w:w="1728"/>
          </w:tcPr>
          <w:p>
            <w:r>
              <w:t>✿ Soudaeh 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Soud1983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9014***424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Mbycr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9132**3239</w:t>
            </w:r>
          </w:p>
        </w:tc>
        <w:tc>
          <w:tcPr>
            <w:tcW w:type="dxa" w:w="1728"/>
          </w:tcPr>
          <w:p>
            <w:r>
              <w:t>Sadra</w:t>
            </w:r>
          </w:p>
        </w:tc>
        <w:tc>
          <w:tcPr>
            <w:tcW w:type="dxa" w:w="1728"/>
          </w:tcPr>
          <w:p>
            <w:r>
              <w:t>Ganjali</w:t>
            </w:r>
          </w:p>
        </w:tc>
        <w:tc>
          <w:tcPr>
            <w:tcW w:type="dxa" w:w="1728"/>
          </w:tcPr>
          <w:p>
            <w:r>
              <w:t>msadraganjali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9031717930</w:t>
            </w:r>
          </w:p>
        </w:tc>
        <w:tc>
          <w:tcPr>
            <w:tcW w:type="dxa" w:w="1728"/>
          </w:tcPr>
          <w:p>
            <w:r>
              <w:t>Nc.alinaqi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Nc7930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9139*294**</w:t>
            </w:r>
          </w:p>
        </w:tc>
        <w:tc>
          <w:tcPr>
            <w:tcW w:type="dxa" w:w="1728"/>
          </w:tcPr>
          <w:p>
            <w:r>
              <w:t>@Shrifi@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93303*7744</w:t>
            </w:r>
          </w:p>
        </w:tc>
        <w:tc>
          <w:tcPr>
            <w:tcW w:type="dxa" w:w="1728"/>
          </w:tcPr>
          <w:p>
            <w:r>
              <w:t>Mobina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Mona8082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9140394**3</w:t>
            </w:r>
          </w:p>
        </w:tc>
        <w:tc>
          <w:tcPr>
            <w:tcW w:type="dxa" w:w="1728"/>
          </w:tcPr>
          <w:p>
            <w:r>
              <w:t>Ayda_*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Ayda64y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91*49472*4</w:t>
            </w:r>
          </w:p>
        </w:tc>
        <w:tc>
          <w:tcPr>
            <w:tcW w:type="dxa" w:w="1728"/>
          </w:tcPr>
          <w:p>
            <w:r>
              <w:t>💖Nahal💖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Uzn9666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91**13**37</w:t>
            </w:r>
          </w:p>
        </w:tc>
        <w:tc>
          <w:tcPr>
            <w:tcW w:type="dxa" w:w="1728"/>
          </w:tcPr>
          <w:p>
            <w:r>
              <w:t>طنین سادات نبوی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Mahboobe_1361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919**4*7*9</w:t>
            </w:r>
          </w:p>
        </w:tc>
        <w:tc>
          <w:tcPr>
            <w:tcW w:type="dxa" w:w="1728"/>
          </w:tcPr>
          <w:p>
            <w:r>
              <w:t>Nahal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9393**2*3*</w:t>
            </w:r>
          </w:p>
        </w:tc>
        <w:tc>
          <w:tcPr>
            <w:tcW w:type="dxa" w:w="1728"/>
          </w:tcPr>
          <w:p>
            <w:r>
              <w:t>˙·٠•●♥پسرای گلم♥●•٠·˙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pesaraygolam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9122491*3*</w:t>
            </w:r>
          </w:p>
        </w:tc>
        <w:tc>
          <w:tcPr>
            <w:tcW w:type="dxa" w:w="1728"/>
          </w:tcPr>
          <w:p>
            <w:r>
              <w:t>Atefeh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91919****1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912722**17</w:t>
            </w:r>
          </w:p>
        </w:tc>
        <w:tc>
          <w:tcPr>
            <w:tcW w:type="dxa" w:w="1728"/>
          </w:tcPr>
          <w:p>
            <w:r>
              <w:t>Zohreh</w:t>
            </w:r>
          </w:p>
        </w:tc>
        <w:tc>
          <w:tcPr>
            <w:tcW w:type="dxa" w:w="1728"/>
          </w:tcPr>
          <w:p>
            <w:r>
              <w:t>Shamsaei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9119*7*942</w:t>
            </w:r>
          </w:p>
        </w:tc>
        <w:tc>
          <w:tcPr>
            <w:tcW w:type="dxa" w:w="1728"/>
          </w:tcPr>
          <w:p>
            <w:r>
              <w:t>خانم قلیزاده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91090*2130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Pourrashno2130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91*0*927*7</w:t>
            </w:r>
          </w:p>
        </w:tc>
        <w:tc>
          <w:tcPr>
            <w:tcW w:type="dxa" w:w="1728"/>
          </w:tcPr>
          <w:p>
            <w:r>
              <w:t>عزیز دلم</w:t>
            </w:r>
          </w:p>
        </w:tc>
        <w:tc>
          <w:tcPr>
            <w:tcW w:type="dxa" w:w="1728"/>
          </w:tcPr>
          <w:p>
            <w:r>
              <w:t>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91*201*7*4</w:t>
            </w:r>
          </w:p>
        </w:tc>
        <w:tc>
          <w:tcPr>
            <w:tcW w:type="dxa" w:w="1728"/>
          </w:tcPr>
          <w:p>
            <w:r>
              <w:t>♪♫•*¨*•.¸¸❤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93*1*44722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990**42429</w:t>
            </w:r>
          </w:p>
        </w:tc>
        <w:tc>
          <w:tcPr>
            <w:tcW w:type="dxa" w:w="1728"/>
          </w:tcPr>
          <w:p>
            <w:r>
              <w:t>منیر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90*971**23</w:t>
            </w:r>
          </w:p>
        </w:tc>
        <w:tc>
          <w:tcPr>
            <w:tcW w:type="dxa" w:w="1728"/>
          </w:tcPr>
          <w:p>
            <w:r>
              <w:t>میکاییل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93*****1*1</w:t>
            </w:r>
          </w:p>
        </w:tc>
        <w:tc>
          <w:tcPr>
            <w:tcW w:type="dxa" w:w="1728"/>
          </w:tcPr>
          <w:p>
            <w:r>
              <w:t>فریبا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91*77174*2</w:t>
            </w:r>
          </w:p>
        </w:tc>
        <w:tc>
          <w:tcPr>
            <w:tcW w:type="dxa" w:w="1728"/>
          </w:tcPr>
          <w:p>
            <w:r>
              <w:t>Yasaman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Nrges67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93*207291*</w:t>
            </w:r>
          </w:p>
        </w:tc>
        <w:tc>
          <w:tcPr>
            <w:tcW w:type="dxa" w:w="1728"/>
          </w:tcPr>
          <w:p>
            <w:r>
              <w:t>نصر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933943**44</w:t>
            </w:r>
          </w:p>
        </w:tc>
        <w:tc>
          <w:tcPr>
            <w:tcW w:type="dxa" w:w="1728"/>
          </w:tcPr>
          <w:p>
            <w:r>
              <w:t>▂▃▄▅▆▇█▓▒░محمد طاها نظامی░▒▓█▇▆▅▄▃▂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913***0370</w:t>
            </w:r>
          </w:p>
        </w:tc>
        <w:tc>
          <w:tcPr>
            <w:tcW w:type="dxa" w:w="1728"/>
          </w:tcPr>
          <w:p>
            <w:r>
              <w:t>𝐛𝐚𝐡𝐚𝐫💎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raha_m97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90*21*4*31</w:t>
            </w:r>
          </w:p>
        </w:tc>
        <w:tc>
          <w:tcPr>
            <w:tcW w:type="dxa" w:w="1728"/>
          </w:tcPr>
          <w:p>
            <w:r>
              <w:t>حدیثه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ailinjoooooooon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91*3*39*9*</w:t>
            </w:r>
          </w:p>
        </w:tc>
        <w:tc>
          <w:tcPr>
            <w:tcW w:type="dxa" w:w="1728"/>
          </w:tcPr>
          <w:p>
            <w:r>
              <w:t>N.heydari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937*27*931</w:t>
            </w:r>
          </w:p>
        </w:tc>
        <w:tc>
          <w:tcPr>
            <w:tcW w:type="dxa" w:w="1728"/>
          </w:tcPr>
          <w:p>
            <w:r>
              <w:t>shirin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9033442**0</w:t>
            </w:r>
          </w:p>
        </w:tc>
        <w:tc>
          <w:tcPr>
            <w:tcW w:type="dxa" w:w="1728"/>
          </w:tcPr>
          <w:p>
            <w:r>
              <w:t>شیرین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Aypara_Arayeshi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912*9*0931</w:t>
            </w:r>
          </w:p>
        </w:tc>
        <w:tc>
          <w:tcPr>
            <w:tcW w:type="dxa" w:w="1728"/>
          </w:tcPr>
          <w:p>
            <w:r>
              <w:t>الهی..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Mahdaveat13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937**0313*</w:t>
            </w:r>
          </w:p>
        </w:tc>
        <w:tc>
          <w:tcPr>
            <w:tcW w:type="dxa" w:w="1728"/>
          </w:tcPr>
          <w:p>
            <w:r>
              <w:t>حسینی واجاری</w:t>
            </w:r>
          </w:p>
        </w:tc>
        <w:tc>
          <w:tcPr>
            <w:tcW w:type="dxa" w:w="1728"/>
          </w:tcPr>
          <w:p>
            <w:r>
              <w:t>کتایون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903*07*10*</w:t>
            </w:r>
          </w:p>
        </w:tc>
        <w:tc>
          <w:tcPr>
            <w:tcW w:type="dxa" w:w="1728"/>
          </w:tcPr>
          <w:p>
            <w:r>
              <w:t>Homa</w:t>
            </w:r>
          </w:p>
        </w:tc>
        <w:tc>
          <w:tcPr>
            <w:tcW w:type="dxa" w:w="1728"/>
          </w:tcPr>
          <w:p>
            <w:r>
              <w:t>Hajizade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9130*11473</w:t>
            </w:r>
          </w:p>
        </w:tc>
        <w:tc>
          <w:tcPr>
            <w:tcW w:type="dxa" w:w="1728"/>
          </w:tcPr>
          <w:p>
            <w:r>
              <w:t>علمدار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90324491**</w:t>
            </w:r>
          </w:p>
        </w:tc>
        <w:tc>
          <w:tcPr>
            <w:tcW w:type="dxa" w:w="1728"/>
          </w:tcPr>
          <w:p>
            <w:r>
              <w:t>❤ R....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R_y_r_N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9122**4*0*</w:t>
            </w:r>
          </w:p>
        </w:tc>
        <w:tc>
          <w:tcPr>
            <w:tcW w:type="dxa" w:w="1728"/>
          </w:tcPr>
          <w:p>
            <w:r>
              <w:t>A.S.GH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A_S_Gha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939*30**93</w:t>
            </w:r>
          </w:p>
        </w:tc>
        <w:tc>
          <w:tcPr>
            <w:tcW w:type="dxa" w:w="1728"/>
          </w:tcPr>
          <w:p>
            <w:r>
              <w:t>ستاره شب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910217*94*</w:t>
            </w:r>
          </w:p>
        </w:tc>
        <w:tc>
          <w:tcPr>
            <w:tcW w:type="dxa" w:w="1728"/>
          </w:tcPr>
          <w:p>
            <w:r>
              <w:t>Azam❤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93*3073**0</w:t>
            </w:r>
          </w:p>
        </w:tc>
        <w:tc>
          <w:tcPr>
            <w:tcW w:type="dxa" w:w="1728"/>
          </w:tcPr>
          <w:p>
            <w:r>
              <w:t>FatMe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Ifateme1993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9134741440</w:t>
            </w:r>
          </w:p>
        </w:tc>
        <w:tc>
          <w:tcPr>
            <w:tcW w:type="dxa" w:w="1728"/>
          </w:tcPr>
          <w:p>
            <w:r>
              <w:t>Sima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91**29220*</w:t>
            </w:r>
          </w:p>
        </w:tc>
        <w:tc>
          <w:tcPr>
            <w:tcW w:type="dxa" w:w="1728"/>
          </w:tcPr>
          <w:p>
            <w:r>
              <w:t>شادی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Rhossenzadeh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937497*74*</w:t>
            </w:r>
          </w:p>
        </w:tc>
        <w:tc>
          <w:tcPr>
            <w:tcW w:type="dxa" w:w="1728"/>
          </w:tcPr>
          <w:p>
            <w:r>
              <w:t>ཧᜰ꙰ꦿ➢𝐧𝑒Ｇᗩŕ༒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Negaar_rrz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93**3*127*</w:t>
            </w:r>
          </w:p>
        </w:tc>
        <w:tc>
          <w:tcPr>
            <w:tcW w:type="dxa" w:w="1728"/>
          </w:tcPr>
          <w:p>
            <w:r>
              <w:t>👸haleh👸💕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Halehjp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90**4403*0</w:t>
            </w:r>
          </w:p>
        </w:tc>
        <w:tc>
          <w:tcPr>
            <w:tcW w:type="dxa" w:w="1728"/>
          </w:tcPr>
          <w:p>
            <w:r>
              <w:t>نسیم قرآن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919*93*01*</w:t>
            </w:r>
          </w:p>
        </w:tc>
        <w:tc>
          <w:tcPr>
            <w:tcW w:type="dxa" w:w="1728"/>
          </w:tcPr>
          <w:p>
            <w:r>
              <w:t>اللهم عجل لولیک الفرج ( وفرجنا به 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902*74*4*2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Lora754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9374237112</w:t>
            </w:r>
          </w:p>
        </w:tc>
        <w:tc>
          <w:tcPr>
            <w:tcW w:type="dxa" w:w="1728"/>
          </w:tcPr>
          <w:p>
            <w:r>
              <w:t>Niloofar.a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939*314*97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919332173*</w:t>
            </w:r>
          </w:p>
        </w:tc>
        <w:tc>
          <w:tcPr>
            <w:tcW w:type="dxa" w:w="1728"/>
          </w:tcPr>
          <w:p>
            <w:r>
              <w:t>🖤فاطمه 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  <w:tr>
        <w:tc>
          <w:tcPr>
            <w:tcW w:type="dxa" w:w="1728"/>
          </w:tcPr>
          <w:p>
            <w:r>
              <w:t>9910***217</w:t>
            </w:r>
          </w:p>
        </w:tc>
        <w:tc>
          <w:tcPr>
            <w:tcW w:type="dxa" w:w="1728"/>
          </w:tcPr>
          <w:p>
            <w:r>
              <w:t>❤️roya❤️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Maryam69t</w:t>
            </w:r>
          </w:p>
        </w:tc>
        <w:tc>
          <w:tcPr>
            <w:tcW w:type="dxa" w:w="1728"/>
          </w:tcPr>
          <w:p>
            <w:r>
              <w:t>صلوات(فقط بانوان)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صلوات(فقط بانوان)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