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 xml:space="preserve">شیک و پیک 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 xml:space="preserve">شیک و پیک 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  <w:tr>
        <w:tc>
          <w:tcPr>
            <w:tcW w:type="dxa" w:w="1728"/>
          </w:tcPr>
          <w:p>
            <w:r>
              <w:t>9112111941</w:t>
            </w:r>
          </w:p>
        </w:tc>
        <w:tc>
          <w:tcPr>
            <w:tcW w:type="dxa" w:w="1728"/>
          </w:tcPr>
          <w:p>
            <w:r>
              <w:t>Samaneh</w:t>
            </w:r>
          </w:p>
        </w:tc>
        <w:tc>
          <w:tcPr>
            <w:tcW w:type="dxa" w:w="1728"/>
          </w:tcPr>
          <w:p>
            <w:r>
              <w:t>Alijanzadeh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شیک و پیک 👗👚🛍</w:t>
            </w:r>
          </w:p>
        </w:tc>
      </w:tr>
      <w:tr>
        <w:tc>
          <w:tcPr>
            <w:tcW w:type="dxa" w:w="1728"/>
          </w:tcPr>
          <w:p>
            <w:r>
              <w:t>91*2719***</w:t>
            </w:r>
          </w:p>
        </w:tc>
        <w:tc>
          <w:tcPr>
            <w:tcW w:type="dxa" w:w="1728"/>
          </w:tcPr>
          <w:p>
            <w:r>
              <w:t>A.m.d.b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شیک و پیک 👗👚🛍</w:t>
            </w:r>
          </w:p>
        </w:tc>
      </w:tr>
      <w:tr>
        <w:tc>
          <w:tcPr>
            <w:tcW w:type="dxa" w:w="1728"/>
          </w:tcPr>
          <w:p>
            <w:r>
              <w:t>937024422*</w:t>
            </w:r>
          </w:p>
        </w:tc>
        <w:tc>
          <w:tcPr>
            <w:tcW w:type="dxa" w:w="1728"/>
          </w:tcPr>
          <w:p>
            <w:r>
              <w:t>T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Talatzamani</w:t>
            </w:r>
          </w:p>
        </w:tc>
        <w:tc>
          <w:tcPr>
            <w:tcW w:type="dxa" w:w="1728"/>
          </w:tcPr>
          <w:p>
            <w:r>
              <w:t>شیک و پیک 👗👚🛍</w:t>
            </w:r>
          </w:p>
        </w:tc>
      </w:tr>
      <w:tr>
        <w:tc>
          <w:tcPr>
            <w:tcW w:type="dxa" w:w="1728"/>
          </w:tcPr>
          <w:p>
            <w:r>
              <w:t>91190*9*23</w:t>
            </w:r>
          </w:p>
        </w:tc>
        <w:tc>
          <w:tcPr>
            <w:tcW w:type="dxa" w:w="1728"/>
          </w:tcPr>
          <w:p>
            <w:r>
              <w:t>یا اباصالح مهدی</w:t>
            </w:r>
          </w:p>
        </w:tc>
        <w:tc>
          <w:tcPr>
            <w:tcW w:type="dxa" w:w="1728"/>
          </w:tcPr>
          <w:p>
            <w:r>
              <w:t>ادرکنی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شیک و پیک 👗👚🛍</w:t>
            </w:r>
          </w:p>
        </w:tc>
      </w:tr>
      <w:tr>
        <w:tc>
          <w:tcPr>
            <w:tcW w:type="dxa" w:w="1728"/>
          </w:tcPr>
          <w:p>
            <w:r>
              <w:t>9031239*0*</w:t>
            </w:r>
          </w:p>
        </w:tc>
        <w:tc>
          <w:tcPr>
            <w:tcW w:type="dxa" w:w="1728"/>
          </w:tcPr>
          <w:p>
            <w:r>
              <w:t>هدا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شیک و پیک 👗👚🛍</w:t>
            </w:r>
          </w:p>
        </w:tc>
      </w:tr>
      <w:tr>
        <w:tc>
          <w:tcPr>
            <w:tcW w:type="dxa" w:w="1728"/>
          </w:tcPr>
          <w:p>
            <w:r>
              <w:t>9019*74992</w:t>
            </w:r>
          </w:p>
        </w:tc>
        <w:tc>
          <w:tcPr>
            <w:tcW w:type="dxa" w:w="1728"/>
          </w:tcPr>
          <w:p>
            <w:r>
              <w:t>پریا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P_a_rya</w:t>
            </w:r>
          </w:p>
        </w:tc>
        <w:tc>
          <w:tcPr>
            <w:tcW w:type="dxa" w:w="1728"/>
          </w:tcPr>
          <w:p>
            <w:r>
              <w:t>شیک و پیک 👗👚🛍</w:t>
            </w:r>
          </w:p>
        </w:tc>
      </w:tr>
      <w:tr>
        <w:tc>
          <w:tcPr>
            <w:tcW w:type="dxa" w:w="1728"/>
          </w:tcPr>
          <w:p>
            <w:r>
              <w:t>93*011*2*1</w:t>
            </w:r>
          </w:p>
        </w:tc>
        <w:tc>
          <w:tcPr>
            <w:tcW w:type="dxa" w:w="1728"/>
          </w:tcPr>
          <w:p>
            <w:r>
              <w:t>محمد واحد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شیک و پیک 👗👚🛍</w:t>
            </w:r>
          </w:p>
        </w:tc>
      </w:tr>
      <w:tr>
        <w:tc>
          <w:tcPr>
            <w:tcW w:type="dxa" w:w="1728"/>
          </w:tcPr>
          <w:p>
            <w:r>
              <w:t>9337***1**</w:t>
            </w:r>
          </w:p>
        </w:tc>
        <w:tc>
          <w:tcPr>
            <w:tcW w:type="dxa" w:w="1728"/>
          </w:tcPr>
          <w:p>
            <w:r>
              <w:t>Sanaz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sani0moi</w:t>
            </w:r>
          </w:p>
        </w:tc>
        <w:tc>
          <w:tcPr>
            <w:tcW w:type="dxa" w:w="1728"/>
          </w:tcPr>
          <w:p>
            <w:r>
              <w:t>شیک و پیک 👗👚🛍</w:t>
            </w:r>
          </w:p>
        </w:tc>
      </w:tr>
      <w:tr>
        <w:tc>
          <w:tcPr>
            <w:tcW w:type="dxa" w:w="1728"/>
          </w:tcPr>
          <w:p>
            <w:r>
              <w:t>911*034370</w:t>
            </w:r>
          </w:p>
        </w:tc>
        <w:tc>
          <w:tcPr>
            <w:tcW w:type="dxa" w:w="1728"/>
          </w:tcPr>
          <w:p>
            <w:r>
              <w:t>Erfan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شیک و پیک 👗👚🛍</w:t>
            </w:r>
          </w:p>
        </w:tc>
      </w:tr>
      <w:tr>
        <w:tc>
          <w:tcPr>
            <w:tcW w:type="dxa" w:w="1728"/>
          </w:tcPr>
          <w:p>
            <w:r>
              <w:t>9371210*4*</w:t>
            </w:r>
          </w:p>
        </w:tc>
        <w:tc>
          <w:tcPr>
            <w:tcW w:type="dxa" w:w="1728"/>
          </w:tcPr>
          <w:p>
            <w:r>
              <w:t>Nahid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Nahid9876</w:t>
            </w:r>
          </w:p>
        </w:tc>
        <w:tc>
          <w:tcPr>
            <w:tcW w:type="dxa" w:w="1728"/>
          </w:tcPr>
          <w:p>
            <w:r>
              <w:t>شیک و پیک 👗👚🛍</w:t>
            </w:r>
          </w:p>
        </w:tc>
      </w:tr>
      <w:tr>
        <w:tc>
          <w:tcPr>
            <w:tcW w:type="dxa" w:w="1728"/>
          </w:tcPr>
          <w:p>
            <w:r>
              <w:t>93*412*944</w:t>
            </w:r>
          </w:p>
        </w:tc>
        <w:tc>
          <w:tcPr>
            <w:tcW w:type="dxa" w:w="1728"/>
          </w:tcPr>
          <w:p>
            <w:r>
              <w:t>مادررررم???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شیک و پیک 👗👚🛍</w:t>
            </w:r>
          </w:p>
        </w:tc>
      </w:tr>
      <w:tr>
        <w:tc>
          <w:tcPr>
            <w:tcW w:type="dxa" w:w="1728"/>
          </w:tcPr>
          <w:p>
            <w:r>
              <w:t>9014090233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شیک و پیک 👗👚🛍</w:t>
            </w:r>
          </w:p>
        </w:tc>
      </w:tr>
      <w:tr>
        <w:tc>
          <w:tcPr>
            <w:tcW w:type="dxa" w:w="1728"/>
          </w:tcPr>
          <w:p>
            <w:r>
              <w:t>9119**7139</w:t>
            </w:r>
          </w:p>
        </w:tc>
        <w:tc>
          <w:tcPr>
            <w:tcW w:type="dxa" w:w="1728"/>
          </w:tcPr>
          <w:p>
            <w:r>
              <w:t>Miss</w:t>
            </w:r>
          </w:p>
        </w:tc>
        <w:tc>
          <w:tcPr>
            <w:tcW w:type="dxa" w:w="1728"/>
          </w:tcPr>
          <w:p>
            <w:r>
              <w:t>Mosavi</w:t>
            </w:r>
          </w:p>
        </w:tc>
        <w:tc>
          <w:tcPr>
            <w:tcW w:type="dxa" w:w="1728"/>
          </w:tcPr>
          <w:p>
            <w:r>
              <w:t>Kolsommosavi</w:t>
            </w:r>
          </w:p>
        </w:tc>
        <w:tc>
          <w:tcPr>
            <w:tcW w:type="dxa" w:w="1728"/>
          </w:tcPr>
          <w:p>
            <w:r>
              <w:t>شیک و پیک 👗👚🛍</w:t>
            </w:r>
          </w:p>
        </w:tc>
      </w:tr>
      <w:tr>
        <w:tc>
          <w:tcPr>
            <w:tcW w:type="dxa" w:w="1728"/>
          </w:tcPr>
          <w:p>
            <w:r>
              <w:t>911*94***4</w:t>
            </w:r>
          </w:p>
        </w:tc>
        <w:tc>
          <w:tcPr>
            <w:tcW w:type="dxa" w:w="1728"/>
          </w:tcPr>
          <w:p>
            <w:r>
              <w:t>شهناز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شیک و پیک 👗👚🛍</w:t>
            </w:r>
          </w:p>
        </w:tc>
      </w:tr>
      <w:tr>
        <w:tc>
          <w:tcPr>
            <w:tcW w:type="dxa" w:w="1728"/>
          </w:tcPr>
          <w:p>
            <w:r>
              <w:t>9014*27293</w:t>
            </w:r>
          </w:p>
        </w:tc>
        <w:tc>
          <w:tcPr>
            <w:tcW w:type="dxa" w:w="1728"/>
          </w:tcPr>
          <w:p>
            <w:r>
              <w:t>M.B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شیک و پیک 👗👚🛍</w:t>
            </w:r>
          </w:p>
        </w:tc>
      </w:tr>
      <w:tr>
        <w:tc>
          <w:tcPr>
            <w:tcW w:type="dxa" w:w="1728"/>
          </w:tcPr>
          <w:p>
            <w:r>
              <w:t>93*03*24*4</w:t>
            </w:r>
          </w:p>
        </w:tc>
        <w:tc>
          <w:tcPr>
            <w:tcW w:type="dxa" w:w="1728"/>
          </w:tcPr>
          <w:p>
            <w:r>
              <w:t>Mohadeseh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Mohadesemusaviii</w:t>
            </w:r>
          </w:p>
        </w:tc>
        <w:tc>
          <w:tcPr>
            <w:tcW w:type="dxa" w:w="1728"/>
          </w:tcPr>
          <w:p>
            <w:r>
              <w:t>شیک و پیک 👗👚🛍</w:t>
            </w:r>
          </w:p>
        </w:tc>
      </w:tr>
      <w:tr>
        <w:tc>
          <w:tcPr>
            <w:tcW w:type="dxa" w:w="1728"/>
          </w:tcPr>
          <w:p>
            <w:r>
              <w:t>901**9**41</w:t>
            </w:r>
          </w:p>
        </w:tc>
        <w:tc>
          <w:tcPr>
            <w:tcW w:type="dxa" w:w="1728"/>
          </w:tcPr>
          <w:p>
            <w:r>
              <w:t>Eliya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شیک و پیک 👗👚🛍</w:t>
            </w:r>
          </w:p>
        </w:tc>
      </w:tr>
      <w:tr>
        <w:tc>
          <w:tcPr>
            <w:tcW w:type="dxa" w:w="1728"/>
          </w:tcPr>
          <w:p>
            <w:r>
              <w:t>9030**112*</w:t>
            </w:r>
          </w:p>
        </w:tc>
        <w:tc>
          <w:tcPr>
            <w:tcW w:type="dxa" w:w="1728"/>
          </w:tcPr>
          <w:p>
            <w:r>
              <w:t>شهدا عند ربهم یرزقونند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شیک و پیک 👗👚🛍</w:t>
            </w:r>
          </w:p>
        </w:tc>
      </w:tr>
      <w:tr>
        <w:tc>
          <w:tcPr>
            <w:tcW w:type="dxa" w:w="1728"/>
          </w:tcPr>
          <w:p>
            <w:r>
              <w:t>9119979*94</w:t>
            </w:r>
          </w:p>
        </w:tc>
        <w:tc>
          <w:tcPr>
            <w:tcW w:type="dxa" w:w="1728"/>
          </w:tcPr>
          <w:p>
            <w:r>
              <w:t>?D❤H?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شیک و پیک 👗👚🛍</w:t>
            </w:r>
          </w:p>
        </w:tc>
      </w:tr>
      <w:tr>
        <w:tc>
          <w:tcPr>
            <w:tcW w:type="dxa" w:w="1728"/>
          </w:tcPr>
          <w:p>
            <w:r>
              <w:t>939172*272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شیک و پیک 👗👚🛍</w:t>
            </w:r>
          </w:p>
        </w:tc>
      </w:tr>
      <w:tr>
        <w:tc>
          <w:tcPr>
            <w:tcW w:type="dxa" w:w="1728"/>
          </w:tcPr>
          <w:p>
            <w:r>
              <w:t>913*303*09</w:t>
            </w:r>
          </w:p>
        </w:tc>
        <w:tc>
          <w:tcPr>
            <w:tcW w:type="dxa" w:w="1728"/>
          </w:tcPr>
          <w:p>
            <w:r>
              <w:t>خدایا شکرت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Limo12341</w:t>
            </w:r>
          </w:p>
        </w:tc>
        <w:tc>
          <w:tcPr>
            <w:tcW w:type="dxa" w:w="1728"/>
          </w:tcPr>
          <w:p>
            <w:r>
              <w:t>شیک و پیک 👗👚🛍</w:t>
            </w:r>
          </w:p>
        </w:tc>
      </w:tr>
      <w:tr>
        <w:tc>
          <w:tcPr>
            <w:tcW w:type="dxa" w:w="1728"/>
          </w:tcPr>
          <w:p>
            <w:r>
              <w:t>91191193*7</w:t>
            </w:r>
          </w:p>
        </w:tc>
        <w:tc>
          <w:tcPr>
            <w:tcW w:type="dxa" w:w="1728"/>
          </w:tcPr>
          <w:p>
            <w:r>
              <w:t>Elham</w:t>
            </w:r>
          </w:p>
        </w:tc>
        <w:tc>
          <w:tcPr>
            <w:tcW w:type="dxa" w:w="1728"/>
          </w:tcPr>
          <w:p>
            <w:r>
              <w:t>Alijannejad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شیک و پیک 👗👚🛍</w:t>
            </w:r>
          </w:p>
        </w:tc>
      </w:tr>
      <w:tr>
        <w:tc>
          <w:tcPr>
            <w:tcW w:type="dxa" w:w="1728"/>
          </w:tcPr>
          <w:p>
            <w:r>
              <w:t>937244*24*</w:t>
            </w:r>
          </w:p>
        </w:tc>
        <w:tc>
          <w:tcPr>
            <w:tcW w:type="dxa" w:w="1728"/>
          </w:tcPr>
          <w:p>
            <w:r>
              <w:t>Z@hr@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Alizahrafatima</w:t>
            </w:r>
          </w:p>
        </w:tc>
        <w:tc>
          <w:tcPr>
            <w:tcW w:type="dxa" w:w="1728"/>
          </w:tcPr>
          <w:p>
            <w:r>
              <w:t>شیک و پیک 👗👚🛍</w:t>
            </w:r>
          </w:p>
        </w:tc>
      </w:tr>
      <w:tr>
        <w:tc>
          <w:tcPr>
            <w:tcW w:type="dxa" w:w="1728"/>
          </w:tcPr>
          <w:p>
            <w:r>
              <w:t>91131417**</w:t>
            </w:r>
          </w:p>
        </w:tc>
        <w:tc>
          <w:tcPr>
            <w:tcW w:type="dxa" w:w="1728"/>
          </w:tcPr>
          <w:p>
            <w:r>
              <w:t>👑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شیک و پیک 👗👚🛍</w:t>
            </w:r>
          </w:p>
        </w:tc>
      </w:tr>
      <w:tr>
        <w:tc>
          <w:tcPr>
            <w:tcW w:type="dxa" w:w="1728"/>
          </w:tcPr>
          <w:p>
            <w:r>
              <w:t>9133*1*03*</w:t>
            </w:r>
          </w:p>
        </w:tc>
        <w:tc>
          <w:tcPr>
            <w:tcW w:type="dxa" w:w="1728"/>
          </w:tcPr>
          <w:p>
            <w:r>
              <w:t>M.shariat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شیک و پیک 👗👚🛍</w:t>
            </w:r>
          </w:p>
        </w:tc>
      </w:tr>
      <w:tr>
        <w:tc>
          <w:tcPr>
            <w:tcW w:type="dxa" w:w="1728"/>
          </w:tcPr>
          <w:p>
            <w:r>
              <w:t>922314203*</w:t>
            </w:r>
          </w:p>
        </w:tc>
        <w:tc>
          <w:tcPr>
            <w:tcW w:type="dxa" w:w="1728"/>
          </w:tcPr>
          <w:p>
            <w:r>
              <w:t>سحر سالاری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شیک و پیک 👗👚🛍</w:t>
            </w:r>
          </w:p>
        </w:tc>
      </w:tr>
      <w:tr>
        <w:tc>
          <w:tcPr>
            <w:tcW w:type="dxa" w:w="1728"/>
          </w:tcPr>
          <w:p>
            <w:r>
              <w:t>93*37193*1</w:t>
            </w:r>
          </w:p>
        </w:tc>
        <w:tc>
          <w:tcPr>
            <w:tcW w:type="dxa" w:w="1728"/>
          </w:tcPr>
          <w:p>
            <w:r>
              <w:t>فاطمه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شیک و پیک 👗👚🛍</w:t>
            </w:r>
          </w:p>
        </w:tc>
      </w:tr>
      <w:tr>
        <w:tc>
          <w:tcPr>
            <w:tcW w:type="dxa" w:w="1728"/>
          </w:tcPr>
          <w:p>
            <w:r>
              <w:t>990*04*24*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شیک و پیک 👗👚🛍</w:t>
            </w:r>
          </w:p>
        </w:tc>
      </w:tr>
      <w:tr>
        <w:tc>
          <w:tcPr>
            <w:tcW w:type="dxa" w:w="1728"/>
          </w:tcPr>
          <w:p>
            <w:r>
              <w:t>933**4*3*0</w:t>
            </w:r>
          </w:p>
        </w:tc>
        <w:tc>
          <w:tcPr>
            <w:tcW w:type="dxa" w:w="1728"/>
          </w:tcPr>
          <w:p>
            <w:r>
              <w:t>Shàkïßä♡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shakibaaliyri</w:t>
            </w:r>
          </w:p>
        </w:tc>
        <w:tc>
          <w:tcPr>
            <w:tcW w:type="dxa" w:w="1728"/>
          </w:tcPr>
          <w:p>
            <w:r>
              <w:t>شیک و پیک 👗👚🛍</w:t>
            </w:r>
          </w:p>
        </w:tc>
      </w:tr>
      <w:tr>
        <w:tc>
          <w:tcPr>
            <w:tcW w:type="dxa" w:w="1728"/>
          </w:tcPr>
          <w:p>
            <w:r>
              <w:t>91190319*2</w:t>
            </w:r>
          </w:p>
        </w:tc>
        <w:tc>
          <w:tcPr>
            <w:tcW w:type="dxa" w:w="1728"/>
          </w:tcPr>
          <w:p>
            <w:r>
              <w:t>سائل المهدی(عج)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Tulo321</w:t>
            </w:r>
          </w:p>
        </w:tc>
        <w:tc>
          <w:tcPr>
            <w:tcW w:type="dxa" w:w="1728"/>
          </w:tcPr>
          <w:p>
            <w:r>
              <w:t>شیک و پیک 👗👚🛍</w:t>
            </w:r>
          </w:p>
        </w:tc>
      </w:tr>
      <w:tr>
        <w:tc>
          <w:tcPr>
            <w:tcW w:type="dxa" w:w="1728"/>
          </w:tcPr>
          <w:p>
            <w:r>
              <w:t>93013*0129</w:t>
            </w:r>
          </w:p>
        </w:tc>
        <w:tc>
          <w:tcPr>
            <w:tcW w:type="dxa" w:w="1728"/>
          </w:tcPr>
          <w:p>
            <w:r>
              <w:t>@....kh....mi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شیک و پیک 👗👚🛍</w:t>
            </w:r>
          </w:p>
        </w:tc>
      </w:tr>
      <w:tr>
        <w:tc>
          <w:tcPr>
            <w:tcW w:type="dxa" w:w="1728"/>
          </w:tcPr>
          <w:p>
            <w:r>
              <w:t>91*0797*2*</w:t>
            </w:r>
          </w:p>
        </w:tc>
        <w:tc>
          <w:tcPr>
            <w:tcW w:type="dxa" w:w="1728"/>
          </w:tcPr>
          <w:p>
            <w:r>
              <w:t>فرزانه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شیک و پیک 👗👚🛍</w:t>
            </w:r>
          </w:p>
        </w:tc>
      </w:tr>
      <w:tr>
        <w:tc>
          <w:tcPr>
            <w:tcW w:type="dxa" w:w="1728"/>
          </w:tcPr>
          <w:p>
            <w:r>
              <w:t>9119**2912</w:t>
            </w:r>
          </w:p>
        </w:tc>
        <w:tc>
          <w:tcPr>
            <w:tcW w:type="dxa" w:w="1728"/>
          </w:tcPr>
          <w:p>
            <w:r>
              <w:t>سیمین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شیک و پیک 👗👚🛍</w:t>
            </w:r>
          </w:p>
        </w:tc>
      </w:tr>
      <w:tr>
        <w:tc>
          <w:tcPr>
            <w:tcW w:type="dxa" w:w="1728"/>
          </w:tcPr>
          <w:p>
            <w:r>
              <w:t>911412**09</w:t>
            </w:r>
          </w:p>
        </w:tc>
        <w:tc>
          <w:tcPr>
            <w:tcW w:type="dxa" w:w="1728"/>
          </w:tcPr>
          <w:p>
            <w:r>
              <w:t>Yaser</w:t>
            </w:r>
          </w:p>
        </w:tc>
        <w:tc>
          <w:tcPr>
            <w:tcW w:type="dxa" w:w="1728"/>
          </w:tcPr>
          <w:p>
            <w:r>
              <w:t>Kaveh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شیک و پیک 👗👚🛍</w:t>
            </w:r>
          </w:p>
        </w:tc>
      </w:tr>
      <w:tr>
        <w:tc>
          <w:tcPr>
            <w:tcW w:type="dxa" w:w="1728"/>
          </w:tcPr>
          <w:p>
            <w:r>
              <w:t>911*7*40*4</w:t>
            </w:r>
          </w:p>
        </w:tc>
        <w:tc>
          <w:tcPr>
            <w:tcW w:type="dxa" w:w="1728"/>
          </w:tcPr>
          <w:p>
            <w:r>
              <w:t>hk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شیک و پیک 👗👚🛍</w:t>
            </w:r>
          </w:p>
        </w:tc>
      </w:tr>
      <w:tr>
        <w:tc>
          <w:tcPr>
            <w:tcW w:type="dxa" w:w="1728"/>
          </w:tcPr>
          <w:p>
            <w:r>
              <w:t>9031*13*42</w:t>
            </w:r>
          </w:p>
        </w:tc>
        <w:tc>
          <w:tcPr>
            <w:tcW w:type="dxa" w:w="1728"/>
          </w:tcPr>
          <w:p>
            <w:r>
              <w:t>Saeid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شیک و پیک 👗👚🛍</w:t>
            </w:r>
          </w:p>
        </w:tc>
      </w:tr>
      <w:tr>
        <w:tc>
          <w:tcPr>
            <w:tcW w:type="dxa" w:w="1728"/>
          </w:tcPr>
          <w:p>
            <w:r>
              <w:t>90114*337*</w:t>
            </w:r>
          </w:p>
        </w:tc>
        <w:tc>
          <w:tcPr>
            <w:tcW w:type="dxa" w:w="1728"/>
          </w:tcPr>
          <w:p>
            <w:r>
              <w:t>zahra</w:t>
            </w:r>
          </w:p>
        </w:tc>
        <w:tc>
          <w:tcPr>
            <w:tcW w:type="dxa" w:w="1728"/>
          </w:tcPr>
          <w:p>
            <w:r>
              <w:t>motevaly</w:t>
            </w:r>
          </w:p>
        </w:tc>
        <w:tc>
          <w:tcPr>
            <w:tcW w:type="dxa" w:w="1728"/>
          </w:tcPr>
          <w:p>
            <w:r>
              <w:t>S_z_Mo</w:t>
            </w:r>
          </w:p>
        </w:tc>
        <w:tc>
          <w:tcPr>
            <w:tcW w:type="dxa" w:w="1728"/>
          </w:tcPr>
          <w:p>
            <w:r>
              <w:t>شیک و پیک 👗👚🛍</w:t>
            </w:r>
          </w:p>
        </w:tc>
      </w:tr>
      <w:tr>
        <w:tc>
          <w:tcPr>
            <w:tcW w:type="dxa" w:w="1728"/>
          </w:tcPr>
          <w:p>
            <w:r>
              <w:t>914***1132</w:t>
            </w:r>
          </w:p>
        </w:tc>
        <w:tc>
          <w:tcPr>
            <w:tcW w:type="dxa" w:w="1728"/>
          </w:tcPr>
          <w:p>
            <w:r>
              <w:t>Maryam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شیک و پیک 👗👚🛍</w:t>
            </w:r>
          </w:p>
        </w:tc>
      </w:tr>
      <w:tr>
        <w:tc>
          <w:tcPr>
            <w:tcW w:type="dxa" w:w="1728"/>
          </w:tcPr>
          <w:p>
            <w:r>
              <w:t>93*****090</w:t>
            </w:r>
          </w:p>
        </w:tc>
        <w:tc>
          <w:tcPr>
            <w:tcW w:type="dxa" w:w="1728"/>
          </w:tcPr>
          <w:p>
            <w:r>
              <w:t>رکسانا</w:t>
            </w:r>
          </w:p>
        </w:tc>
        <w:tc>
          <w:tcPr>
            <w:tcW w:type="dxa" w:w="1728"/>
          </w:tcPr>
          <w:p>
            <w:r>
              <w:t>Sm</w:t>
            </w:r>
          </w:p>
        </w:tc>
        <w:tc>
          <w:tcPr>
            <w:tcW w:type="dxa" w:w="1728"/>
          </w:tcPr>
          <w:p>
            <w:r>
              <w:t>Roksana6690</w:t>
            </w:r>
          </w:p>
        </w:tc>
        <w:tc>
          <w:tcPr>
            <w:tcW w:type="dxa" w:w="1728"/>
          </w:tcPr>
          <w:p>
            <w:r>
              <w:t>شیک و پیک 👗👚🛍</w:t>
            </w:r>
          </w:p>
        </w:tc>
      </w:tr>
      <w:tr>
        <w:tc>
          <w:tcPr>
            <w:tcW w:type="dxa" w:w="1728"/>
          </w:tcPr>
          <w:p>
            <w:r>
              <w:t>933**72923</w:t>
            </w:r>
          </w:p>
        </w:tc>
        <w:tc>
          <w:tcPr>
            <w:tcW w:type="dxa" w:w="1728"/>
          </w:tcPr>
          <w:p>
            <w:r>
              <w:t>Ava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شیک و پیک 👗👚🛍</w:t>
            </w:r>
          </w:p>
        </w:tc>
      </w:tr>
      <w:tr>
        <w:tc>
          <w:tcPr>
            <w:tcW w:type="dxa" w:w="1728"/>
          </w:tcPr>
          <w:p>
            <w:r>
              <w:t>93*1009497</w:t>
            </w:r>
          </w:p>
        </w:tc>
        <w:tc>
          <w:tcPr>
            <w:tcW w:type="dxa" w:w="1728"/>
          </w:tcPr>
          <w:p>
            <w:r>
              <w:t>سالن نورا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شیک و پیک 👗👚🛍</w:t>
            </w:r>
          </w:p>
        </w:tc>
      </w:tr>
      <w:tr>
        <w:tc>
          <w:tcPr>
            <w:tcW w:type="dxa" w:w="1728"/>
          </w:tcPr>
          <w:p>
            <w:r>
              <w:t>93*3**12*9</w:t>
            </w:r>
          </w:p>
        </w:tc>
        <w:tc>
          <w:tcPr>
            <w:tcW w:type="dxa" w:w="1728"/>
          </w:tcPr>
          <w:p>
            <w:r>
              <w:t>Lili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Lili1395</w:t>
            </w:r>
          </w:p>
        </w:tc>
        <w:tc>
          <w:tcPr>
            <w:tcW w:type="dxa" w:w="1728"/>
          </w:tcPr>
          <w:p>
            <w:r>
              <w:t>شیک و پیک 👗👚🛍</w:t>
            </w:r>
          </w:p>
        </w:tc>
      </w:tr>
      <w:tr>
        <w:tc>
          <w:tcPr>
            <w:tcW w:type="dxa" w:w="1728"/>
          </w:tcPr>
          <w:p>
            <w:r>
              <w:t>93**1***91</w:t>
            </w:r>
          </w:p>
        </w:tc>
        <w:tc>
          <w:tcPr>
            <w:tcW w:type="dxa" w:w="1728"/>
          </w:tcPr>
          <w:p>
            <w:r>
              <w:t>ارمیا</w:t>
            </w:r>
          </w:p>
        </w:tc>
        <w:tc>
          <w:tcPr>
            <w:tcW w:type="dxa" w:w="1728"/>
          </w:tcPr>
          <w:p>
            <w:r>
              <w:t>ارمیا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شیک و پیک 👗👚🛍</w:t>
            </w:r>
          </w:p>
        </w:tc>
      </w:tr>
      <w:tr>
        <w:tc>
          <w:tcPr>
            <w:tcW w:type="dxa" w:w="1728"/>
          </w:tcPr>
          <w:p>
            <w:r>
              <w:t>9139349*92</w:t>
            </w:r>
          </w:p>
        </w:tc>
        <w:tc>
          <w:tcPr>
            <w:tcW w:type="dxa" w:w="1728"/>
          </w:tcPr>
          <w:p>
            <w:r>
              <w:t>☆☆ ..p@R!$@.. ☆☆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M_Pariiii69Rr</w:t>
            </w:r>
          </w:p>
        </w:tc>
        <w:tc>
          <w:tcPr>
            <w:tcW w:type="dxa" w:w="1728"/>
          </w:tcPr>
          <w:p>
            <w:r>
              <w:t>شیک و پیک 👗👚🛍</w:t>
            </w:r>
          </w:p>
        </w:tc>
      </w:tr>
      <w:tr>
        <w:tc>
          <w:tcPr>
            <w:tcW w:type="dxa" w:w="1728"/>
          </w:tcPr>
          <w:p>
            <w:r>
              <w:t>9374720103</w:t>
            </w:r>
          </w:p>
        </w:tc>
        <w:tc>
          <w:tcPr>
            <w:tcW w:type="dxa" w:w="1728"/>
          </w:tcPr>
          <w:p>
            <w:r>
              <w:t>Maryam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شیک و پیک 👗👚🛍</w:t>
            </w:r>
          </w:p>
        </w:tc>
      </w:tr>
      <w:tr>
        <w:tc>
          <w:tcPr>
            <w:tcW w:type="dxa" w:w="1728"/>
          </w:tcPr>
          <w:p>
            <w:r>
              <w:t>93*11*7772</w:t>
            </w:r>
          </w:p>
        </w:tc>
        <w:tc>
          <w:tcPr>
            <w:tcW w:type="dxa" w:w="1728"/>
          </w:tcPr>
          <w:p>
            <w:r>
              <w:t>امیر علی جون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شیک و پیک 👗👚🛍</w:t>
            </w:r>
          </w:p>
        </w:tc>
      </w:tr>
      <w:tr>
        <w:tc>
          <w:tcPr>
            <w:tcW w:type="dxa" w:w="1728"/>
          </w:tcPr>
          <w:p>
            <w:r>
              <w:t>93**393**2</w:t>
            </w:r>
          </w:p>
        </w:tc>
        <w:tc>
          <w:tcPr>
            <w:tcW w:type="dxa" w:w="1728"/>
          </w:tcPr>
          <w:p>
            <w:r>
              <w:t>🎀Par!$a🎀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Parii1369n</w:t>
            </w:r>
          </w:p>
        </w:tc>
        <w:tc>
          <w:tcPr>
            <w:tcW w:type="dxa" w:w="1728"/>
          </w:tcPr>
          <w:p>
            <w:r>
              <w:t>شیک و پیک 👗👚🛍</w:t>
            </w:r>
          </w:p>
        </w:tc>
      </w:tr>
      <w:tr>
        <w:tc>
          <w:tcPr>
            <w:tcW w:type="dxa" w:w="1728"/>
          </w:tcPr>
          <w:p>
            <w:r>
              <w:t>93**2211*2</w:t>
            </w:r>
          </w:p>
        </w:tc>
        <w:tc>
          <w:tcPr>
            <w:tcW w:type="dxa" w:w="1728"/>
          </w:tcPr>
          <w:p>
            <w:r>
              <w:t>Maryam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Maryam199075</w:t>
            </w:r>
          </w:p>
        </w:tc>
        <w:tc>
          <w:tcPr>
            <w:tcW w:type="dxa" w:w="1728"/>
          </w:tcPr>
          <w:p>
            <w:r>
              <w:t>شیک و پیک 👗👚🛍</w:t>
            </w:r>
          </w:p>
        </w:tc>
      </w:tr>
      <w:tr>
        <w:tc>
          <w:tcPr>
            <w:tcW w:type="dxa" w:w="1728"/>
          </w:tcPr>
          <w:p>
            <w:r>
              <w:t>91*9*7*301</w:t>
            </w:r>
          </w:p>
        </w:tc>
        <w:tc>
          <w:tcPr>
            <w:tcW w:type="dxa" w:w="1728"/>
          </w:tcPr>
          <w:p>
            <w:r>
              <w:t>Homa</w:t>
            </w:r>
          </w:p>
        </w:tc>
        <w:tc>
          <w:tcPr>
            <w:tcW w:type="dxa" w:w="1728"/>
          </w:tcPr>
          <w:p>
            <w:r>
              <w:t>A.h</w:t>
            </w:r>
          </w:p>
        </w:tc>
        <w:tc>
          <w:tcPr>
            <w:tcW w:type="dxa" w:w="1728"/>
          </w:tcPr>
          <w:p>
            <w:r>
              <w:t>akhlaghih</w:t>
            </w:r>
          </w:p>
        </w:tc>
        <w:tc>
          <w:tcPr>
            <w:tcW w:type="dxa" w:w="1728"/>
          </w:tcPr>
          <w:p>
            <w:r>
              <w:t>شیک و پیک 👗👚🛍</w:t>
            </w:r>
          </w:p>
        </w:tc>
      </w:tr>
      <w:tr>
        <w:tc>
          <w:tcPr>
            <w:tcW w:type="dxa" w:w="1728"/>
          </w:tcPr>
          <w:p>
            <w:r>
              <w:t>903*114190</w:t>
            </w:r>
          </w:p>
        </w:tc>
        <w:tc>
          <w:tcPr>
            <w:tcW w:type="dxa" w:w="1728"/>
          </w:tcPr>
          <w:p>
            <w:r>
              <w:t>M....R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شیک و پیک 👗👚🛍</w:t>
            </w:r>
          </w:p>
        </w:tc>
      </w:tr>
      <w:tr>
        <w:tc>
          <w:tcPr>
            <w:tcW w:type="dxa" w:w="1728"/>
          </w:tcPr>
          <w:p>
            <w:r>
              <w:t>91174774*1</w:t>
            </w:r>
          </w:p>
        </w:tc>
        <w:tc>
          <w:tcPr>
            <w:tcW w:type="dxa" w:w="1728"/>
          </w:tcPr>
          <w:p>
            <w:r>
              <w:t>Z@hr@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شیک و پیک 👗👚🛍</w:t>
            </w:r>
          </w:p>
        </w:tc>
      </w:tr>
      <w:tr>
        <w:tc>
          <w:tcPr>
            <w:tcW w:type="dxa" w:w="1728"/>
          </w:tcPr>
          <w:p>
            <w:r>
              <w:t>9133*3421*</w:t>
            </w:r>
          </w:p>
        </w:tc>
        <w:tc>
          <w:tcPr>
            <w:tcW w:type="dxa" w:w="1728"/>
          </w:tcPr>
          <w:p>
            <w:r>
              <w:t>Elham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شیک و پیک 👗👚🛍</w:t>
            </w:r>
          </w:p>
        </w:tc>
      </w:tr>
      <w:tr>
        <w:tc>
          <w:tcPr>
            <w:tcW w:type="dxa" w:w="1728"/>
          </w:tcPr>
          <w:p>
            <w:r>
              <w:t>90292*0*29</w:t>
            </w:r>
          </w:p>
        </w:tc>
        <w:tc>
          <w:tcPr>
            <w:tcW w:type="dxa" w:w="1728"/>
          </w:tcPr>
          <w:p>
            <w:r>
              <w:t>?Baran?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شیک و پیک 👗👚🛍</w:t>
            </w:r>
          </w:p>
        </w:tc>
      </w:tr>
      <w:tr>
        <w:tc>
          <w:tcPr>
            <w:tcW w:type="dxa" w:w="1728"/>
          </w:tcPr>
          <w:p>
            <w:r>
              <w:t>99044*002*</w:t>
            </w:r>
          </w:p>
        </w:tc>
        <w:tc>
          <w:tcPr>
            <w:tcW w:type="dxa" w:w="1728"/>
          </w:tcPr>
          <w:p>
            <w:r>
              <w:t>R-h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شیک و پیک 👗👚🛍</w:t>
            </w:r>
          </w:p>
        </w:tc>
      </w:tr>
      <w:tr>
        <w:tc>
          <w:tcPr>
            <w:tcW w:type="dxa" w:w="1728"/>
          </w:tcPr>
          <w:p>
            <w:r>
              <w:t>914**019*1</w:t>
            </w:r>
          </w:p>
        </w:tc>
        <w:tc>
          <w:tcPr>
            <w:tcW w:type="dxa" w:w="1728"/>
          </w:tcPr>
          <w:p>
            <w:r>
              <w:t>Amirsanaei.f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amirsanaei</w:t>
            </w:r>
          </w:p>
        </w:tc>
        <w:tc>
          <w:tcPr>
            <w:tcW w:type="dxa" w:w="1728"/>
          </w:tcPr>
          <w:p>
            <w:r>
              <w:t>شیک و پیک 👗👚🛍</w:t>
            </w:r>
          </w:p>
        </w:tc>
      </w:tr>
      <w:tr>
        <w:tc>
          <w:tcPr>
            <w:tcW w:type="dxa" w:w="1728"/>
          </w:tcPr>
          <w:p>
            <w:r>
              <w:t>91*049*174</w:t>
            </w:r>
          </w:p>
        </w:tc>
        <w:tc>
          <w:tcPr>
            <w:tcW w:type="dxa" w:w="1728"/>
          </w:tcPr>
          <w:p>
            <w:r>
              <w:t>?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شیک و پیک 👗👚🛍</w:t>
            </w:r>
          </w:p>
        </w:tc>
      </w:tr>
      <w:tr>
        <w:tc>
          <w:tcPr>
            <w:tcW w:type="dxa" w:w="1728"/>
          </w:tcPr>
          <w:p>
            <w:r>
              <w:t>91*0292193</w:t>
            </w:r>
          </w:p>
        </w:tc>
        <w:tc>
          <w:tcPr>
            <w:tcW w:type="dxa" w:w="1728"/>
          </w:tcPr>
          <w:p>
            <w:r>
              <w:t>میم مثل مادر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>
              <w:t>Maryama111</w:t>
            </w:r>
          </w:p>
        </w:tc>
        <w:tc>
          <w:tcPr>
            <w:tcW w:type="dxa" w:w="1728"/>
          </w:tcPr>
          <w:p>
            <w:r>
              <w:t>شیک و پیک 👗👚🛍</w:t>
            </w:r>
          </w:p>
        </w:tc>
      </w:tr>
      <w:tr>
        <w:tc>
          <w:tcPr>
            <w:tcW w:type="dxa" w:w="1728"/>
          </w:tcPr>
          <w:p>
            <w:r>
              <w:t>9140010*13</w:t>
            </w:r>
          </w:p>
        </w:tc>
        <w:tc>
          <w:tcPr>
            <w:tcW w:type="dxa" w:w="1728"/>
          </w:tcPr>
          <w:p>
            <w:r>
              <w:t>˙·٠•●♥ḁṫḙṅḁ ♥●•٠·˙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atena58030</w:t>
            </w:r>
          </w:p>
        </w:tc>
        <w:tc>
          <w:tcPr>
            <w:tcW w:type="dxa" w:w="1728"/>
          </w:tcPr>
          <w:p>
            <w:r>
              <w:t>شیک و پیک 👗👚🛍</w:t>
            </w:r>
          </w:p>
        </w:tc>
      </w:tr>
      <w:tr>
        <w:tc>
          <w:tcPr>
            <w:tcW w:type="dxa" w:w="1728"/>
          </w:tcPr>
          <w:p>
            <w:r>
              <w:t>93**9*72*2</w:t>
            </w:r>
          </w:p>
        </w:tc>
        <w:tc>
          <w:tcPr>
            <w:tcW w:type="dxa" w:w="1728"/>
          </w:tcPr>
          <w:p>
            <w:r>
              <w:t>Gh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gh93933</w:t>
            </w:r>
          </w:p>
        </w:tc>
        <w:tc>
          <w:tcPr>
            <w:tcW w:type="dxa" w:w="1728"/>
          </w:tcPr>
          <w:p>
            <w:r>
              <w:t>شیک و پیک 👗👚🛍</w:t>
            </w:r>
          </w:p>
        </w:tc>
      </w:tr>
      <w:tr>
        <w:tc>
          <w:tcPr>
            <w:tcW w:type="dxa" w:w="1728"/>
          </w:tcPr>
          <w:p>
            <w:r>
              <w:t>911*214**2</w:t>
            </w:r>
          </w:p>
        </w:tc>
        <w:tc>
          <w:tcPr>
            <w:tcW w:type="dxa" w:w="1728"/>
          </w:tcPr>
          <w:p>
            <w:r>
              <w:t>نسرین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شیک و پیک 👗👚🛍</w:t>
            </w:r>
          </w:p>
        </w:tc>
      </w:tr>
      <w:tr>
        <w:tc>
          <w:tcPr>
            <w:tcW w:type="dxa" w:w="1728"/>
          </w:tcPr>
          <w:p>
            <w:r>
              <w:t>91*79*7**4</w:t>
            </w:r>
          </w:p>
        </w:tc>
        <w:tc>
          <w:tcPr>
            <w:tcW w:type="dxa" w:w="1728"/>
          </w:tcPr>
          <w:p>
            <w:r>
              <w:t>🌷FERESHTE HM🌷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شیک و پیک 👗👚🛍</w:t>
            </w:r>
          </w:p>
        </w:tc>
      </w:tr>
      <w:tr>
        <w:tc>
          <w:tcPr>
            <w:tcW w:type="dxa" w:w="1728"/>
          </w:tcPr>
          <w:p>
            <w:r>
              <w:t>911**0224*</w:t>
            </w:r>
          </w:p>
        </w:tc>
        <w:tc>
          <w:tcPr>
            <w:tcW w:type="dxa" w:w="1728"/>
          </w:tcPr>
          <w:p>
            <w:r>
              <w:t>V.R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Vaji75</w:t>
            </w:r>
          </w:p>
        </w:tc>
        <w:tc>
          <w:tcPr>
            <w:tcW w:type="dxa" w:w="1728"/>
          </w:tcPr>
          <w:p>
            <w:r>
              <w:t>شیک و پیک 👗👚🛍</w:t>
            </w:r>
          </w:p>
        </w:tc>
      </w:tr>
      <w:tr>
        <w:tc>
          <w:tcPr>
            <w:tcW w:type="dxa" w:w="1728"/>
          </w:tcPr>
          <w:p>
            <w:r>
              <w:t>91171723*2</w:t>
            </w:r>
          </w:p>
        </w:tc>
        <w:tc>
          <w:tcPr>
            <w:tcW w:type="dxa" w:w="1728"/>
          </w:tcPr>
          <w:p>
            <w:r>
              <w:t>Mahbob</w:t>
            </w:r>
          </w:p>
        </w:tc>
        <w:tc>
          <w:tcPr>
            <w:tcW w:type="dxa" w:w="1728"/>
          </w:tcPr>
          <w:p>
            <w:r>
              <w:t>Bararpour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شیک و پیک 👗👚🛍</w:t>
            </w:r>
          </w:p>
        </w:tc>
      </w:tr>
      <w:tr>
        <w:tc>
          <w:tcPr>
            <w:tcW w:type="dxa" w:w="1728"/>
          </w:tcPr>
          <w:p>
            <w:r>
              <w:t>93*72***40</w:t>
            </w:r>
          </w:p>
        </w:tc>
        <w:tc>
          <w:tcPr>
            <w:tcW w:type="dxa" w:w="1728"/>
          </w:tcPr>
          <w:p>
            <w:r>
              <w:t>کیان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Ivvccc</w:t>
            </w:r>
          </w:p>
        </w:tc>
        <w:tc>
          <w:tcPr>
            <w:tcW w:type="dxa" w:w="1728"/>
          </w:tcPr>
          <w:p>
            <w:r>
              <w:t>شیک و پیک 👗👚🛍</w:t>
            </w:r>
          </w:p>
        </w:tc>
      </w:tr>
      <w:tr>
        <w:tc>
          <w:tcPr>
            <w:tcW w:type="dxa" w:w="1728"/>
          </w:tcPr>
          <w:p>
            <w:r>
              <w:t>911*99*790</w:t>
            </w:r>
          </w:p>
        </w:tc>
        <w:tc>
          <w:tcPr>
            <w:tcW w:type="dxa" w:w="1728"/>
          </w:tcPr>
          <w:p>
            <w:r>
              <w:t>عزیزی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شیک و پیک 👗👚🛍</w:t>
            </w:r>
          </w:p>
        </w:tc>
      </w:tr>
      <w:tr>
        <w:tc>
          <w:tcPr>
            <w:tcW w:type="dxa" w:w="1728"/>
          </w:tcPr>
          <w:p>
            <w:r>
              <w:t>939334*771</w:t>
            </w:r>
          </w:p>
        </w:tc>
        <w:tc>
          <w:tcPr>
            <w:tcW w:type="dxa" w:w="1728"/>
          </w:tcPr>
          <w:p>
            <w:r>
              <w:t>s..h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s_H_a_7_0</w:t>
            </w:r>
          </w:p>
        </w:tc>
        <w:tc>
          <w:tcPr>
            <w:tcW w:type="dxa" w:w="1728"/>
          </w:tcPr>
          <w:p>
            <w:r>
              <w:t>شیک و پیک 👗👚🛍</w:t>
            </w:r>
          </w:p>
        </w:tc>
      </w:tr>
      <w:tr>
        <w:tc>
          <w:tcPr>
            <w:tcW w:type="dxa" w:w="1728"/>
          </w:tcPr>
          <w:p>
            <w:r>
              <w:t>930**29390</w:t>
            </w:r>
          </w:p>
        </w:tc>
        <w:tc>
          <w:tcPr>
            <w:tcW w:type="dxa" w:w="1728"/>
          </w:tcPr>
          <w:p>
            <w:r>
              <w:t>نمونه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شیک و پیک 👗👚🛍</w:t>
            </w:r>
          </w:p>
        </w:tc>
      </w:tr>
      <w:tr>
        <w:tc>
          <w:tcPr>
            <w:tcW w:type="dxa" w:w="1728"/>
          </w:tcPr>
          <w:p>
            <w:r>
              <w:t>914**1*30*</w:t>
            </w:r>
          </w:p>
        </w:tc>
        <w:tc>
          <w:tcPr>
            <w:tcW w:type="dxa" w:w="1728"/>
          </w:tcPr>
          <w:p>
            <w:r>
              <w:t>یاسین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شیک و پیک 👗👚🛍</w:t>
            </w:r>
          </w:p>
        </w:tc>
      </w:tr>
      <w:tr>
        <w:tc>
          <w:tcPr>
            <w:tcW w:type="dxa" w:w="1728"/>
          </w:tcPr>
          <w:p>
            <w:r>
              <w:t>90329429*4</w:t>
            </w:r>
          </w:p>
        </w:tc>
        <w:tc>
          <w:tcPr>
            <w:tcW w:type="dxa" w:w="1728"/>
          </w:tcPr>
          <w:p>
            <w:r>
              <w:t>Fweze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fwezzeh</w:t>
            </w:r>
          </w:p>
        </w:tc>
        <w:tc>
          <w:tcPr>
            <w:tcW w:type="dxa" w:w="1728"/>
          </w:tcPr>
          <w:p>
            <w:r>
              <w:t>شیک و پیک 👗👚🛍</w:t>
            </w:r>
          </w:p>
        </w:tc>
      </w:tr>
      <w:tr>
        <w:tc>
          <w:tcPr>
            <w:tcW w:type="dxa" w:w="1728"/>
          </w:tcPr>
          <w:p>
            <w:r>
              <w:t>911**19704</w:t>
            </w:r>
          </w:p>
        </w:tc>
        <w:tc>
          <w:tcPr>
            <w:tcW w:type="dxa" w:w="1728"/>
          </w:tcPr>
          <w:p>
            <w:r>
              <w:t>Amirreza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شیک و پیک 👗👚🛍</w:t>
            </w:r>
          </w:p>
        </w:tc>
      </w:tr>
      <w:tr>
        <w:tc>
          <w:tcPr>
            <w:tcW w:type="dxa" w:w="1728"/>
          </w:tcPr>
          <w:p>
            <w:r>
              <w:t>9029*21*92</w:t>
            </w:r>
          </w:p>
        </w:tc>
        <w:tc>
          <w:tcPr>
            <w:tcW w:type="dxa" w:w="1728"/>
          </w:tcPr>
          <w:p>
            <w:r>
              <w:t>Roghaye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شیک و پیک 👗👚🛍</w:t>
            </w:r>
          </w:p>
        </w:tc>
      </w:tr>
      <w:tr>
        <w:tc>
          <w:tcPr>
            <w:tcW w:type="dxa" w:w="1728"/>
          </w:tcPr>
          <w:p>
            <w:r>
              <w:t>911**40317</w:t>
            </w:r>
          </w:p>
        </w:tc>
        <w:tc>
          <w:tcPr>
            <w:tcW w:type="dxa" w:w="1728"/>
          </w:tcPr>
          <w:p>
            <w:r>
              <w:t>مهدیسا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شیک و پیک 👗👚🛍</w:t>
            </w:r>
          </w:p>
        </w:tc>
      </w:tr>
      <w:tr>
        <w:tc>
          <w:tcPr>
            <w:tcW w:type="dxa" w:w="1728"/>
          </w:tcPr>
          <w:p>
            <w:r>
              <w:t>911322***0</w:t>
            </w:r>
          </w:p>
        </w:tc>
        <w:tc>
          <w:tcPr>
            <w:tcW w:type="dxa" w:w="1728"/>
          </w:tcPr>
          <w:p>
            <w:r>
              <w:t>atefe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atizzz63</w:t>
            </w:r>
          </w:p>
        </w:tc>
        <w:tc>
          <w:tcPr>
            <w:tcW w:type="dxa" w:w="1728"/>
          </w:tcPr>
          <w:p>
            <w:r>
              <w:t>شیک و پیک 👗👚🛍</w:t>
            </w:r>
          </w:p>
        </w:tc>
      </w:tr>
      <w:tr>
        <w:tc>
          <w:tcPr>
            <w:tcW w:type="dxa" w:w="1728"/>
          </w:tcPr>
          <w:p>
            <w:r>
              <w:t>93**99**3*</w:t>
            </w:r>
          </w:p>
        </w:tc>
        <w:tc>
          <w:tcPr>
            <w:tcW w:type="dxa" w:w="1728"/>
          </w:tcPr>
          <w:p>
            <w:r>
              <w:t>دخترم دنیامه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شیک و پیک 👗👚🛍</w:t>
            </w:r>
          </w:p>
        </w:tc>
      </w:tr>
      <w:tr>
        <w:tc>
          <w:tcPr>
            <w:tcW w:type="dxa" w:w="1728"/>
          </w:tcPr>
          <w:p>
            <w:r>
              <w:t>933***9449</w:t>
            </w:r>
          </w:p>
        </w:tc>
        <w:tc>
          <w:tcPr>
            <w:tcW w:type="dxa" w:w="1728"/>
          </w:tcPr>
          <w:p>
            <w:r>
              <w:t>....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شیک و پیک 👗👚🛍</w:t>
            </w:r>
          </w:p>
        </w:tc>
      </w:tr>
      <w:tr>
        <w:tc>
          <w:tcPr>
            <w:tcW w:type="dxa" w:w="1728"/>
          </w:tcPr>
          <w:p>
            <w:r>
              <w:t>9391**3234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شیک و پیک 👗👚🛍</w:t>
            </w:r>
          </w:p>
        </w:tc>
      </w:tr>
      <w:tr>
        <w:tc>
          <w:tcPr>
            <w:tcW w:type="dxa" w:w="1728"/>
          </w:tcPr>
          <w:p>
            <w:r>
              <w:t>91429*9027</w:t>
            </w:r>
          </w:p>
        </w:tc>
        <w:tc>
          <w:tcPr>
            <w:tcW w:type="dxa" w:w="1728"/>
          </w:tcPr>
          <w:p>
            <w:r>
              <w:t>محمد طاها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Mahya94taha</w:t>
            </w:r>
          </w:p>
        </w:tc>
        <w:tc>
          <w:tcPr>
            <w:tcW w:type="dxa" w:w="1728"/>
          </w:tcPr>
          <w:p>
            <w:r>
              <w:t>شیک و پیک 👗👚🛍</w:t>
            </w:r>
          </w:p>
        </w:tc>
      </w:tr>
      <w:tr>
        <w:tc>
          <w:tcPr>
            <w:tcW w:type="dxa" w:w="1728"/>
          </w:tcPr>
          <w:p>
            <w:r>
              <w:t>91*949934*</w:t>
            </w:r>
          </w:p>
        </w:tc>
        <w:tc>
          <w:tcPr>
            <w:tcW w:type="dxa" w:w="1728"/>
          </w:tcPr>
          <w:p>
            <w:r>
              <w:t>I l0v£ d&amp;dd¥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La2531</w:t>
            </w:r>
          </w:p>
        </w:tc>
        <w:tc>
          <w:tcPr>
            <w:tcW w:type="dxa" w:w="1728"/>
          </w:tcPr>
          <w:p>
            <w:r>
              <w:t>شیک و پیک 👗👚🛍</w:t>
            </w:r>
          </w:p>
        </w:tc>
      </w:tr>
      <w:tr>
        <w:tc>
          <w:tcPr>
            <w:tcW w:type="dxa" w:w="1728"/>
          </w:tcPr>
          <w:p>
            <w:r>
              <w:t>9114*344*0</w:t>
            </w:r>
          </w:p>
        </w:tc>
        <w:tc>
          <w:tcPr>
            <w:tcW w:type="dxa" w:w="1728"/>
          </w:tcPr>
          <w:p>
            <w:r>
              <w:t>M.Saeed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شیک و پیک 👗👚🛍</w:t>
            </w:r>
          </w:p>
        </w:tc>
      </w:tr>
      <w:tr>
        <w:tc>
          <w:tcPr>
            <w:tcW w:type="dxa" w:w="1728"/>
          </w:tcPr>
          <w:p>
            <w:r>
              <w:t>91***0021*</w:t>
            </w:r>
          </w:p>
        </w:tc>
        <w:tc>
          <w:tcPr>
            <w:tcW w:type="dxa" w:w="1728"/>
          </w:tcPr>
          <w:p>
            <w:r>
              <w:t>Taha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شیک و پیک 👗👚🛍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 xml:space="preserve">دانلود بانک موبایل شیک و پیک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