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شیپور شازندوحومه‌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شیپور شازندوحومه‌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917*4*3*09</w:t>
            </w:r>
          </w:p>
        </w:tc>
        <w:tc>
          <w:tcPr>
            <w:tcW w:type="dxa" w:w="1728"/>
          </w:tcPr>
          <w:p>
            <w:r>
              <w:t>****</w:t>
            </w:r>
          </w:p>
        </w:tc>
        <w:tc>
          <w:tcPr>
            <w:tcW w:type="dxa" w:w="1728"/>
          </w:tcPr>
          <w:p>
            <w:r>
              <w:t>@</w:t>
            </w:r>
          </w:p>
        </w:tc>
        <w:tc>
          <w:tcPr>
            <w:tcW w:type="dxa" w:w="1728"/>
          </w:tcPr>
          <w:p>
            <w:r>
              <w:t>Mina_1000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91*9*4**99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990**1*11*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Yousefi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91*7*43049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Mz6980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93**3*191*</w:t>
            </w:r>
          </w:p>
        </w:tc>
        <w:tc>
          <w:tcPr>
            <w:tcW w:type="dxa" w:w="1728"/>
          </w:tcPr>
          <w:p>
            <w:r>
              <w:t>سناتورررررررررر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902**3394*</w:t>
            </w:r>
          </w:p>
        </w:tc>
        <w:tc>
          <w:tcPr>
            <w:tcW w:type="dxa" w:w="1728"/>
          </w:tcPr>
          <w:p>
            <w:r>
              <w:t>Shah.29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Shah291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91**204**1</w:t>
            </w:r>
          </w:p>
        </w:tc>
        <w:tc>
          <w:tcPr>
            <w:tcW w:type="dxa" w:w="1728"/>
          </w:tcPr>
          <w:p>
            <w:r>
              <w:t>* Majid,*Zeynab*#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Ze4651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91*9*74**9</w:t>
            </w:r>
          </w:p>
        </w:tc>
        <w:tc>
          <w:tcPr>
            <w:tcW w:type="dxa" w:w="1728"/>
          </w:tcPr>
          <w:p>
            <w:r>
              <w:t>حسن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91*4**1293</w:t>
            </w:r>
          </w:p>
        </w:tc>
        <w:tc>
          <w:tcPr>
            <w:tcW w:type="dxa" w:w="1728"/>
          </w:tcPr>
          <w:p>
            <w:r>
              <w:t>D Asgari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9377402213</w:t>
            </w:r>
          </w:p>
        </w:tc>
        <w:tc>
          <w:tcPr>
            <w:tcW w:type="dxa" w:w="1728"/>
          </w:tcPr>
          <w:p>
            <w:r>
              <w:t>Ali.ro.ni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91**2419*3</w:t>
            </w:r>
          </w:p>
        </w:tc>
        <w:tc>
          <w:tcPr>
            <w:tcW w:type="dxa" w:w="1728"/>
          </w:tcPr>
          <w:p>
            <w:r>
              <w:t>Farshid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Farshid6700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91***31*04</w:t>
            </w:r>
          </w:p>
        </w:tc>
        <w:tc>
          <w:tcPr>
            <w:tcW w:type="dxa" w:w="1728"/>
          </w:tcPr>
          <w:p>
            <w:r>
              <w:t>(✿◠‿◠♥)ٮّیݦــﮩ ڀاڛاڔڳاڔد (♥◠‿◠✿)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91972991**</w:t>
            </w:r>
          </w:p>
        </w:tc>
        <w:tc>
          <w:tcPr>
            <w:tcW w:type="dxa" w:w="1728"/>
          </w:tcPr>
          <w:p>
            <w:r>
              <w:t>a...r</w:t>
            </w:r>
          </w:p>
        </w:tc>
        <w:tc>
          <w:tcPr>
            <w:tcW w:type="dxa" w:w="1728"/>
          </w:tcPr>
          <w:p>
            <w:r>
              <w:t>،،،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91***0103*</w:t>
            </w:r>
          </w:p>
        </w:tc>
        <w:tc>
          <w:tcPr>
            <w:tcW w:type="dxa" w:w="1728"/>
          </w:tcPr>
          <w:p>
            <w:r>
              <w:t>hamidreza</w:t>
            </w:r>
          </w:p>
        </w:tc>
        <w:tc>
          <w:tcPr>
            <w:tcW w:type="dxa" w:w="1728"/>
          </w:tcPr>
          <w:p>
            <w:r>
              <w:t>karimi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9127271912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91*3*3473*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93*3401*1*</w:t>
            </w:r>
          </w:p>
        </w:tc>
        <w:tc>
          <w:tcPr>
            <w:tcW w:type="dxa" w:w="1728"/>
          </w:tcPr>
          <w:p>
            <w:r>
              <w:t>Ham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B22334455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913*7930**</w:t>
            </w:r>
          </w:p>
        </w:tc>
        <w:tc>
          <w:tcPr>
            <w:tcW w:type="dxa" w:w="1728"/>
          </w:tcPr>
          <w:p>
            <w:r>
              <w:t>پسر خوب شهر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912020*703</w:t>
            </w:r>
          </w:p>
        </w:tc>
        <w:tc>
          <w:tcPr>
            <w:tcW w:type="dxa" w:w="1728"/>
          </w:tcPr>
          <w:p>
            <w:r>
              <w:t>A.m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91**9*0**7</w:t>
            </w:r>
          </w:p>
        </w:tc>
        <w:tc>
          <w:tcPr>
            <w:tcW w:type="dxa" w:w="1728"/>
          </w:tcPr>
          <w:p>
            <w:r>
              <w:t>Mehrab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Mehrab1994mm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91*3**330*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مسگر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91*1*04939</w:t>
            </w:r>
          </w:p>
        </w:tc>
        <w:tc>
          <w:tcPr>
            <w:tcW w:type="dxa" w:w="1728"/>
          </w:tcPr>
          <w:p>
            <w:r>
              <w:t>ابوالفضل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Shafiy51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91***14121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فرجی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93*29*3074</w:t>
            </w:r>
          </w:p>
        </w:tc>
        <w:tc>
          <w:tcPr>
            <w:tcW w:type="dxa" w:w="1728"/>
          </w:tcPr>
          <w:p>
            <w:r>
              <w:t>Mohamad.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93***230*0</w:t>
            </w:r>
          </w:p>
        </w:tc>
        <w:tc>
          <w:tcPr>
            <w:tcW w:type="dxa" w:w="1728"/>
          </w:tcPr>
          <w:p>
            <w:r>
              <w:t>davood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91294*4*12</w:t>
            </w:r>
          </w:p>
        </w:tc>
        <w:tc>
          <w:tcPr>
            <w:tcW w:type="dxa" w:w="1728"/>
          </w:tcPr>
          <w:p>
            <w:r>
              <w:t>بهمن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91**2*1204</w:t>
            </w:r>
          </w:p>
        </w:tc>
        <w:tc>
          <w:tcPr>
            <w:tcW w:type="dxa" w:w="1728"/>
          </w:tcPr>
          <w:p>
            <w:r>
              <w:t>امیر</w:t>
            </w:r>
          </w:p>
        </w:tc>
        <w:tc>
          <w:tcPr>
            <w:tcW w:type="dxa" w:w="1728"/>
          </w:tcPr>
          <w:p>
            <w:r>
              <w:t>ترابی</w:t>
            </w:r>
          </w:p>
        </w:tc>
        <w:tc>
          <w:tcPr>
            <w:tcW w:type="dxa" w:w="1728"/>
          </w:tcPr>
          <w:p>
            <w:r>
              <w:t>Amirtorabi1204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912*3*9074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9309294*49</w:t>
            </w:r>
          </w:p>
        </w:tc>
        <w:tc>
          <w:tcPr>
            <w:tcW w:type="dxa" w:w="1728"/>
          </w:tcPr>
          <w:p>
            <w:r>
              <w:t>Arian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Arian2324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939*37**72</w:t>
            </w:r>
          </w:p>
        </w:tc>
        <w:tc>
          <w:tcPr>
            <w:tcW w:type="dxa" w:w="1728"/>
          </w:tcPr>
          <w:p>
            <w:r>
              <w:t>Sina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Sina_massah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91*3*3031*</w:t>
            </w:r>
          </w:p>
        </w:tc>
        <w:tc>
          <w:tcPr>
            <w:tcW w:type="dxa" w:w="1728"/>
          </w:tcPr>
          <w:p>
            <w:r>
              <w:t>داریوش</w:t>
            </w:r>
          </w:p>
        </w:tc>
        <w:tc>
          <w:tcPr>
            <w:tcW w:type="dxa" w:w="1728"/>
          </w:tcPr>
          <w:p>
            <w:r>
              <w:t>سالار</w:t>
            </w:r>
          </w:p>
        </w:tc>
        <w:tc>
          <w:tcPr>
            <w:tcW w:type="dxa" w:w="1728"/>
          </w:tcPr>
          <w:p>
            <w:r>
              <w:t>darush79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91*9*4**20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91***2**92</w:t>
            </w:r>
          </w:p>
        </w:tc>
        <w:tc>
          <w:tcPr>
            <w:tcW w:type="dxa" w:w="1728"/>
          </w:tcPr>
          <w:p>
            <w:r>
              <w:t>mohamad reza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9120227*09</w:t>
            </w:r>
          </w:p>
        </w:tc>
        <w:tc>
          <w:tcPr>
            <w:tcW w:type="dxa" w:w="1728"/>
          </w:tcPr>
          <w:p>
            <w:r>
              <w:t>Samiei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Samieifarahani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9337379014</w:t>
            </w:r>
          </w:p>
        </w:tc>
        <w:tc>
          <w:tcPr>
            <w:tcW w:type="dxa" w:w="1728"/>
          </w:tcPr>
          <w:p>
            <w:r>
              <w:t>saeidi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small_black_fish07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91*1*31002</w:t>
            </w:r>
          </w:p>
        </w:tc>
        <w:tc>
          <w:tcPr>
            <w:tcW w:type="dxa" w:w="1728"/>
          </w:tcPr>
          <w:p>
            <w:r>
              <w:t>غفاری خودم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9910**2327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mohammad_7077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919****393</w:t>
            </w:r>
          </w:p>
        </w:tc>
        <w:tc>
          <w:tcPr>
            <w:tcW w:type="dxa" w:w="1728"/>
          </w:tcPr>
          <w:p>
            <w:r>
              <w:t>واحد فروش رویال دکورات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Royal_decorat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91221*4*47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>
              <w:t>hosseini</w:t>
            </w:r>
          </w:p>
        </w:tc>
        <w:tc>
          <w:tcPr>
            <w:tcW w:type="dxa" w:w="1728"/>
          </w:tcPr>
          <w:p>
            <w:r>
              <w:t>S_M_H_4547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91***21*22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93*2*317**</w:t>
            </w:r>
          </w:p>
        </w:tc>
        <w:tc>
          <w:tcPr>
            <w:tcW w:type="dxa" w:w="1728"/>
          </w:tcPr>
          <w:p>
            <w:r>
              <w:t>خودخودم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jojomashhad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91*9*7***3</w:t>
            </w:r>
          </w:p>
        </w:tc>
        <w:tc>
          <w:tcPr>
            <w:tcW w:type="dxa" w:w="1728"/>
          </w:tcPr>
          <w:p>
            <w:r>
              <w:t>˙·٠•●♥ Ƹ̵̡Ӝ̵̨̄Ʒ4ḧṓṧṧḙḯṅ16 Ƹ̵̡Ӝ̵̨̄Ʒ 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Hossein13770416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9122*0*93*</w:t>
            </w:r>
          </w:p>
        </w:tc>
        <w:tc>
          <w:tcPr>
            <w:tcW w:type="dxa" w:w="1728"/>
          </w:tcPr>
          <w:p>
            <w:r>
              <w:t>Vesen.p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Ablfzlmns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91**4****0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91*3*0*42*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Majid8428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93**193447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912*9**074</w:t>
            </w:r>
          </w:p>
        </w:tc>
        <w:tc>
          <w:tcPr>
            <w:tcW w:type="dxa" w:w="1728"/>
          </w:tcPr>
          <w:p>
            <w:r>
              <w:t>Heydari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91**031*77</w:t>
            </w:r>
          </w:p>
        </w:tc>
        <w:tc>
          <w:tcPr>
            <w:tcW w:type="dxa" w:w="1728"/>
          </w:tcPr>
          <w:p>
            <w:r>
              <w:t>صدرا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911*0*77**</w:t>
            </w:r>
          </w:p>
        </w:tc>
        <w:tc>
          <w:tcPr>
            <w:tcW w:type="dxa" w:w="1728"/>
          </w:tcPr>
          <w:p>
            <w:r>
              <w:t>🌷Mohsen🌷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Persianni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933**10342</w:t>
            </w:r>
          </w:p>
        </w:tc>
        <w:tc>
          <w:tcPr>
            <w:tcW w:type="dxa" w:w="1728"/>
          </w:tcPr>
          <w:p>
            <w:r>
              <w:t>?》.. M ..《?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Shekari1234566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91**99*120</w:t>
            </w:r>
          </w:p>
        </w:tc>
        <w:tc>
          <w:tcPr>
            <w:tcW w:type="dxa" w:w="1728"/>
          </w:tcPr>
          <w:p>
            <w:r>
              <w:t>Mahii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Mahii612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91*34**20*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323</w:t>
            </w:r>
          </w:p>
        </w:tc>
        <w:tc>
          <w:tcPr>
            <w:tcW w:type="dxa" w:w="1728"/>
          </w:tcPr>
          <w:p>
            <w:r>
              <w:t>Reezfarajii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919734*134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Mr_koush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91**794202</w:t>
            </w:r>
          </w:p>
        </w:tc>
        <w:tc>
          <w:tcPr>
            <w:tcW w:type="dxa" w:w="1728"/>
          </w:tcPr>
          <w:p>
            <w:r>
              <w:t>حامد</w:t>
            </w:r>
          </w:p>
        </w:tc>
        <w:tc>
          <w:tcPr>
            <w:tcW w:type="dxa" w:w="1728"/>
          </w:tcPr>
          <w:p>
            <w:r>
              <w:t>حاجی بیگی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917*209979</w:t>
            </w:r>
          </w:p>
        </w:tc>
        <w:tc>
          <w:tcPr>
            <w:tcW w:type="dxa" w:w="1728"/>
          </w:tcPr>
          <w:p>
            <w:r>
              <w:t>حسن</w:t>
            </w:r>
          </w:p>
        </w:tc>
        <w:tc>
          <w:tcPr>
            <w:tcW w:type="dxa" w:w="1728"/>
          </w:tcPr>
          <w:p>
            <w:r>
              <w:t>اوجی</w:t>
            </w:r>
          </w:p>
        </w:tc>
        <w:tc>
          <w:tcPr>
            <w:tcW w:type="dxa" w:w="1728"/>
          </w:tcPr>
          <w:p>
            <w:r>
              <w:t>HASANOWJI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91*9*70214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Maleki</w:t>
            </w:r>
          </w:p>
        </w:tc>
        <w:tc>
          <w:tcPr>
            <w:tcW w:type="dxa" w:w="1728"/>
          </w:tcPr>
          <w:p>
            <w:r>
              <w:t>Mehdi02144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9013740**4</w:t>
            </w:r>
          </w:p>
        </w:tc>
        <w:tc>
          <w:tcPr>
            <w:tcW w:type="dxa" w:w="1728"/>
          </w:tcPr>
          <w:p>
            <w:r>
              <w:t>♜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>
              <w:t>Zeyftd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9133*7*0**</w:t>
            </w:r>
          </w:p>
        </w:tc>
        <w:tc>
          <w:tcPr>
            <w:tcW w:type="dxa" w:w="1728"/>
          </w:tcPr>
          <w:p>
            <w:r>
              <w:t>Saejdmokhtarein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saed_mokhtarian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914323*1*4</w:t>
            </w:r>
          </w:p>
        </w:tc>
        <w:tc>
          <w:tcPr>
            <w:tcW w:type="dxa" w:w="1728"/>
          </w:tcPr>
          <w:p>
            <w:r>
              <w:t>داود سهرابی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911*742***</w:t>
            </w:r>
          </w:p>
        </w:tc>
        <w:tc>
          <w:tcPr>
            <w:tcW w:type="dxa" w:w="1728"/>
          </w:tcPr>
          <w:p>
            <w:r>
              <w:t>افشین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93*1330030</w:t>
            </w:r>
          </w:p>
        </w:tc>
        <w:tc>
          <w:tcPr>
            <w:tcW w:type="dxa" w:w="1728"/>
          </w:tcPr>
          <w:p>
            <w:r>
              <w:t>پخش صبا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991*4*7**0</w:t>
            </w:r>
          </w:p>
        </w:tc>
        <w:tc>
          <w:tcPr>
            <w:tcW w:type="dxa" w:w="1728"/>
          </w:tcPr>
          <w:p>
            <w:r>
              <w:t>Mr.armin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91231024**</w:t>
            </w:r>
          </w:p>
        </w:tc>
        <w:tc>
          <w:tcPr>
            <w:tcW w:type="dxa" w:w="1728"/>
          </w:tcPr>
          <w:p>
            <w:r>
              <w:t>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amiraliiiii1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930*9*****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912**42210</w:t>
            </w:r>
          </w:p>
        </w:tc>
        <w:tc>
          <w:tcPr>
            <w:tcW w:type="dxa" w:w="1728"/>
          </w:tcPr>
          <w:p>
            <w:r>
              <w:t>iman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91**9*7470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Rezanajafi20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93*022***4</w:t>
            </w:r>
          </w:p>
        </w:tc>
        <w:tc>
          <w:tcPr>
            <w:tcW w:type="dxa" w:w="1728"/>
          </w:tcPr>
          <w:p>
            <w:r>
              <w:t>A@E@E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91*9*2*723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-*</w:t>
            </w:r>
          </w:p>
        </w:tc>
        <w:tc>
          <w:tcPr>
            <w:tcW w:type="dxa" w:w="1728"/>
          </w:tcPr>
          <w:p>
            <w:r>
              <w:t>majid0051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93937*494*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Atashbar123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91*9*3212*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ebrahimi</w:t>
            </w:r>
          </w:p>
        </w:tc>
        <w:tc>
          <w:tcPr>
            <w:tcW w:type="dxa" w:w="1728"/>
          </w:tcPr>
          <w:p>
            <w:r>
              <w:t>ebrahimi932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93*072*107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91*3*3*4*7</w:t>
            </w:r>
          </w:p>
        </w:tc>
        <w:tc>
          <w:tcPr>
            <w:tcW w:type="dxa" w:w="1728"/>
          </w:tcPr>
          <w:p>
            <w:r>
              <w:t>ho3ein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Kh59h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9037147**4</w:t>
            </w:r>
          </w:p>
        </w:tc>
        <w:tc>
          <w:tcPr>
            <w:tcW w:type="dxa" w:w="1728"/>
          </w:tcPr>
          <w:p>
            <w:r>
              <w:t>۞๑,¸¸,ø¤º°`°๑۩ Good ๑۩ ,¸¸,ø¤º°`°๑۞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Ams199098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91*9*9***0</w:t>
            </w:r>
          </w:p>
        </w:tc>
        <w:tc>
          <w:tcPr>
            <w:tcW w:type="dxa" w:w="1728"/>
          </w:tcPr>
          <w:p>
            <w:r>
              <w:t>Shahram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9303*34*1*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93702*03**</w:t>
            </w:r>
          </w:p>
        </w:tc>
        <w:tc>
          <w:tcPr>
            <w:tcW w:type="dxa" w:w="1728"/>
          </w:tcPr>
          <w:p>
            <w:r>
              <w:t>کائیل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93*7323*7*</w:t>
            </w:r>
          </w:p>
        </w:tc>
        <w:tc>
          <w:tcPr>
            <w:tcW w:type="dxa" w:w="1728"/>
          </w:tcPr>
          <w:p>
            <w:r>
              <w:t>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sae57i89op98zcoph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912430*494</w:t>
            </w:r>
          </w:p>
        </w:tc>
        <w:tc>
          <w:tcPr>
            <w:tcW w:type="dxa" w:w="1728"/>
          </w:tcPr>
          <w:p>
            <w:r>
              <w:t>HAM</w:t>
            </w:r>
          </w:p>
        </w:tc>
        <w:tc>
          <w:tcPr>
            <w:tcW w:type="dxa" w:w="1728"/>
          </w:tcPr>
          <w:p>
            <w:r>
              <w:t>09124305494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9117*43100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  <w:tr>
        <w:tc>
          <w:tcPr>
            <w:tcW w:type="dxa" w:w="1728"/>
          </w:tcPr>
          <w:p>
            <w:r>
              <w:t>93***7471*</w:t>
            </w:r>
          </w:p>
        </w:tc>
        <w:tc>
          <w:tcPr>
            <w:tcW w:type="dxa" w:w="1728"/>
          </w:tcPr>
          <w:p>
            <w:r>
              <w:t>کلینیک ایسیو محسن کمانی</w:t>
            </w:r>
          </w:p>
        </w:tc>
        <w:tc>
          <w:tcPr>
            <w:tcW w:type="dxa" w:w="1728"/>
          </w:tcPr>
          <w:p>
            <w:r>
              <w:t>Clinic.ecu.kamani</w:t>
            </w:r>
          </w:p>
        </w:tc>
        <w:tc>
          <w:tcPr>
            <w:tcW w:type="dxa" w:w="1728"/>
          </w:tcPr>
          <w:p>
            <w:r>
              <w:t>EcuKAMANI47</w:t>
            </w:r>
          </w:p>
        </w:tc>
        <w:tc>
          <w:tcPr>
            <w:tcW w:type="dxa" w:w="1728"/>
          </w:tcPr>
          <w:p>
            <w:r>
              <w:t>شیپور شازندوحومه‌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شیپور شازندوحومه‌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