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شیپور اصلی استان آذربایجان غربی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شیپور اصلی استان آذربایجان غربی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9910370*99</w:t>
            </w:r>
          </w:p>
        </w:tc>
        <w:tc>
          <w:tcPr>
            <w:tcW w:type="dxa" w:w="1728"/>
          </w:tcPr>
          <w:p>
            <w:r>
              <w:t>P-soltani</w:t>
            </w:r>
          </w:p>
        </w:tc>
        <w:tc>
          <w:tcPr>
            <w:tcW w:type="dxa" w:w="1728"/>
          </w:tcPr>
          <w:p>
            <w:r>
              <w:t>فروش محصولات گیاهی</w:t>
            </w:r>
          </w:p>
        </w:tc>
        <w:tc>
          <w:tcPr>
            <w:tcW w:type="dxa" w:w="1728"/>
          </w:tcPr>
          <w:p>
            <w:r>
              <w:t>parisoltany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93*3339474</w:t>
            </w:r>
          </w:p>
        </w:tc>
        <w:tc>
          <w:tcPr>
            <w:tcW w:type="dxa" w:w="1728"/>
          </w:tcPr>
          <w:p>
            <w:r>
              <w:t>مهدی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Mehdi_oj2022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91*91****9</w:t>
            </w:r>
          </w:p>
        </w:tc>
        <w:tc>
          <w:tcPr>
            <w:tcW w:type="dxa" w:w="1728"/>
          </w:tcPr>
          <w:p>
            <w:r>
              <w:t>Mehdi_r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911793200*</w:t>
            </w:r>
          </w:p>
        </w:tc>
        <w:tc>
          <w:tcPr>
            <w:tcW w:type="dxa" w:w="1728"/>
          </w:tcPr>
          <w:p>
            <w:r>
              <w:t>ZIYA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ziya_ahmadi2006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914140***2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914729*423</w:t>
            </w:r>
          </w:p>
        </w:tc>
        <w:tc>
          <w:tcPr>
            <w:tcW w:type="dxa" w:w="1728"/>
          </w:tcPr>
          <w:p>
            <w:r>
              <w:t>?sajad?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90247299*7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930*197327</w:t>
            </w:r>
          </w:p>
        </w:tc>
        <w:tc>
          <w:tcPr>
            <w:tcW w:type="dxa" w:w="1728"/>
          </w:tcPr>
          <w:p>
            <w:r>
              <w:t>DARK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Godofwar1335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92131*002*</w:t>
            </w:r>
          </w:p>
        </w:tc>
        <w:tc>
          <w:tcPr>
            <w:tcW w:type="dxa" w:w="1728"/>
          </w:tcPr>
          <w:p>
            <w:r>
              <w:t>h....m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92231447*4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9143423***</w:t>
            </w:r>
          </w:p>
        </w:tc>
        <w:tc>
          <w:tcPr>
            <w:tcW w:type="dxa" w:w="1728"/>
          </w:tcPr>
          <w:p>
            <w:r>
              <w:t>❤osman❤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osman1350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93*290*4**</w:t>
            </w:r>
          </w:p>
        </w:tc>
        <w:tc>
          <w:tcPr>
            <w:tcW w:type="dxa" w:w="1728"/>
          </w:tcPr>
          <w:p>
            <w:r>
              <w:t>M.m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Ga722762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9144*34210</w:t>
            </w:r>
          </w:p>
        </w:tc>
        <w:tc>
          <w:tcPr>
            <w:tcW w:type="dxa" w:w="1728"/>
          </w:tcPr>
          <w:p>
            <w:r>
              <w:t>Sina.pasha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Sinaaaaaaaaaaa73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914**423*7</w:t>
            </w:r>
          </w:p>
        </w:tc>
        <w:tc>
          <w:tcPr>
            <w:tcW w:type="dxa" w:w="1728"/>
          </w:tcPr>
          <w:p>
            <w:r>
              <w:t>*Pinar*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Pinar13661364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9141*43**7</w:t>
            </w:r>
          </w:p>
        </w:tc>
        <w:tc>
          <w:tcPr>
            <w:tcW w:type="dxa" w:w="1728"/>
          </w:tcPr>
          <w:p>
            <w:r>
              <w:t>معصومی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930*0*4139</w:t>
            </w:r>
          </w:p>
        </w:tc>
        <w:tc>
          <w:tcPr>
            <w:tcW w:type="dxa" w:w="1728"/>
          </w:tcPr>
          <w:p>
            <w:r>
              <w:t>غزال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Tatooghazal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93*33*7273</w:t>
            </w:r>
          </w:p>
        </w:tc>
        <w:tc>
          <w:tcPr>
            <w:tcW w:type="dxa" w:w="1728"/>
          </w:tcPr>
          <w:p>
            <w:r>
              <w:t>سعید</w:t>
            </w:r>
          </w:p>
        </w:tc>
        <w:tc>
          <w:tcPr>
            <w:tcW w:type="dxa" w:w="1728"/>
          </w:tcPr>
          <w:p>
            <w:r>
              <w:t>محمدی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91*4**1147</w:t>
            </w:r>
          </w:p>
        </w:tc>
        <w:tc>
          <w:tcPr>
            <w:tcW w:type="dxa" w:w="1728"/>
          </w:tcPr>
          <w:p>
            <w:r>
              <w:t>بانه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Mokamel_chagii22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9127*9730*</w:t>
            </w:r>
          </w:p>
        </w:tc>
        <w:tc>
          <w:tcPr>
            <w:tcW w:type="dxa" w:w="1728"/>
          </w:tcPr>
          <w:p>
            <w:r>
              <w:t>Mirzaea .6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937990*2**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Mery1347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91**323711</w:t>
            </w:r>
          </w:p>
        </w:tc>
        <w:tc>
          <w:tcPr>
            <w:tcW w:type="dxa" w:w="1728"/>
          </w:tcPr>
          <w:p>
            <w:r>
              <w:t>واردات وپخش انواع ردیاب خودرو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91472**0*7</w:t>
            </w:r>
          </w:p>
        </w:tc>
        <w:tc>
          <w:tcPr>
            <w:tcW w:type="dxa" w:w="1728"/>
          </w:tcPr>
          <w:p>
            <w:r>
              <w:t>reza40tari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reza40tari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930**90049</w:t>
            </w:r>
          </w:p>
        </w:tc>
        <w:tc>
          <w:tcPr>
            <w:tcW w:type="dxa" w:w="1728"/>
          </w:tcPr>
          <w:p>
            <w:r>
              <w:t>@...u$fi</w:t>
            </w:r>
          </w:p>
        </w:tc>
        <w:tc>
          <w:tcPr>
            <w:tcW w:type="dxa" w:w="1728"/>
          </w:tcPr>
          <w:p>
            <w:r>
              <w:t>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93921**004</w:t>
            </w:r>
          </w:p>
        </w:tc>
        <w:tc>
          <w:tcPr>
            <w:tcW w:type="dxa" w:w="1728"/>
          </w:tcPr>
          <w:p>
            <w:r>
              <w:t>م</w:t>
            </w:r>
          </w:p>
        </w:tc>
        <w:tc>
          <w:tcPr>
            <w:tcW w:type="dxa" w:w="1728"/>
          </w:tcPr>
          <w:p>
            <w:r>
              <w:t>ا فشار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901433*7*4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93**94322*</w:t>
            </w:r>
          </w:p>
        </w:tc>
        <w:tc>
          <w:tcPr>
            <w:tcW w:type="dxa" w:w="1728"/>
          </w:tcPr>
          <w:p>
            <w:r>
              <w:t>▂▃▄▅▆▇█▓▒░shabgard.tanha░▒▓█▇▆▅▄▃▂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shabgardtanha3228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93*241*320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Pouyish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910**11949</w:t>
            </w:r>
          </w:p>
        </w:tc>
        <w:tc>
          <w:tcPr>
            <w:tcW w:type="dxa" w:w="1728"/>
          </w:tcPr>
          <w:p>
            <w:r>
              <w:t>حسین</w:t>
            </w:r>
          </w:p>
        </w:tc>
        <w:tc>
          <w:tcPr>
            <w:tcW w:type="dxa" w:w="1728"/>
          </w:tcPr>
          <w:p>
            <w:r>
              <w:t>چنارانی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90292*242*</w:t>
            </w:r>
          </w:p>
        </w:tc>
        <w:tc>
          <w:tcPr>
            <w:tcW w:type="dxa" w:w="1728"/>
          </w:tcPr>
          <w:p>
            <w:r>
              <w:t>83715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937*7**127</w:t>
            </w:r>
          </w:p>
        </w:tc>
        <w:tc>
          <w:tcPr>
            <w:tcW w:type="dxa" w:w="1728"/>
          </w:tcPr>
          <w:p>
            <w:r>
              <w:t>رفیقبرو</w:t>
            </w:r>
          </w:p>
        </w:tc>
        <w:tc>
          <w:tcPr>
            <w:tcW w:type="dxa" w:w="1728"/>
          </w:tcPr>
          <w:p>
            <w:r>
              <w:t>تااخرشهستم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914*10*1*7</w:t>
            </w:r>
          </w:p>
        </w:tc>
        <w:tc>
          <w:tcPr>
            <w:tcW w:type="dxa" w:w="1728"/>
          </w:tcPr>
          <w:p>
            <w:r>
              <w:t>اکبر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93*27227**</w:t>
            </w:r>
          </w:p>
        </w:tc>
        <w:tc>
          <w:tcPr>
            <w:tcW w:type="dxa" w:w="1728"/>
          </w:tcPr>
          <w:p>
            <w:r>
              <w:t>(¯`*•.¸,¤° ڳل نڔڳڛ °¤,¸.•*´¯)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naeq5123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917**71*20</w:t>
            </w:r>
          </w:p>
        </w:tc>
        <w:tc>
          <w:tcPr>
            <w:tcW w:type="dxa" w:w="1728"/>
          </w:tcPr>
          <w:p>
            <w:r>
              <w:t>Ebi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902*133*71</w:t>
            </w:r>
          </w:p>
        </w:tc>
        <w:tc>
          <w:tcPr>
            <w:tcW w:type="dxa" w:w="1728"/>
          </w:tcPr>
          <w:p>
            <w:r>
              <w:t>عاشق تنها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payam0026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913747117*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92273*9740</w:t>
            </w:r>
          </w:p>
        </w:tc>
        <w:tc>
          <w:tcPr>
            <w:tcW w:type="dxa" w:w="1728"/>
          </w:tcPr>
          <w:p>
            <w:r>
              <w:t>😎Reza♠️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902*2*3131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Salmany10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93727***92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9032*0*1*9</w:t>
            </w:r>
          </w:p>
        </w:tc>
        <w:tc>
          <w:tcPr>
            <w:tcW w:type="dxa" w:w="1728"/>
          </w:tcPr>
          <w:p>
            <w:r>
              <w:t>malek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9141***374</w:t>
            </w:r>
          </w:p>
        </w:tc>
        <w:tc>
          <w:tcPr>
            <w:tcW w:type="dxa" w:w="1728"/>
          </w:tcPr>
          <w:p>
            <w:r>
              <w:t>حاج</w:t>
            </w:r>
          </w:p>
        </w:tc>
        <w:tc>
          <w:tcPr>
            <w:tcW w:type="dxa" w:w="1728"/>
          </w:tcPr>
          <w:p>
            <w:r>
              <w:t>نریمان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9121207*31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91471**292</w:t>
            </w:r>
          </w:p>
        </w:tc>
        <w:tc>
          <w:tcPr>
            <w:tcW w:type="dxa" w:w="1728"/>
          </w:tcPr>
          <w:p>
            <w:r>
              <w:t>اسعد</w:t>
            </w:r>
          </w:p>
        </w:tc>
        <w:tc>
          <w:tcPr>
            <w:tcW w:type="dxa" w:w="1728"/>
          </w:tcPr>
          <w:p>
            <w:r>
              <w:t>فرزین</w:t>
            </w:r>
          </w:p>
        </w:tc>
        <w:tc>
          <w:tcPr>
            <w:tcW w:type="dxa" w:w="1728"/>
          </w:tcPr>
          <w:p>
            <w:r>
              <w:t>AFN8292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91*2***9*4</w:t>
            </w:r>
          </w:p>
        </w:tc>
        <w:tc>
          <w:tcPr>
            <w:tcW w:type="dxa" w:w="1728"/>
          </w:tcPr>
          <w:p>
            <w:r>
              <w:t>mirzaei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9121332227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z</w:t>
            </w:r>
          </w:p>
        </w:tc>
        <w:tc>
          <w:tcPr>
            <w:tcW w:type="dxa" w:w="1728"/>
          </w:tcPr>
          <w:p>
            <w:r>
              <w:t>Az1332227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99109***32</w:t>
            </w:r>
          </w:p>
        </w:tc>
        <w:tc>
          <w:tcPr>
            <w:tcW w:type="dxa" w:w="1728"/>
          </w:tcPr>
          <w:p>
            <w:r>
              <w:t>عاشق خدا</w:t>
            </w:r>
          </w:p>
        </w:tc>
        <w:tc>
          <w:tcPr>
            <w:tcW w:type="dxa" w:w="1728"/>
          </w:tcPr>
          <w:p>
            <w:r>
              <w:t>بی کس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91913*7242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93**72**09</w:t>
            </w:r>
          </w:p>
        </w:tc>
        <w:tc>
          <w:tcPr>
            <w:tcW w:type="dxa" w:w="1728"/>
          </w:tcPr>
          <w:p>
            <w:r>
              <w:t>asi</w:t>
            </w:r>
          </w:p>
        </w:tc>
        <w:tc>
          <w:tcPr>
            <w:tcW w:type="dxa" w:w="1728"/>
          </w:tcPr>
          <w:p>
            <w:r>
              <w:t>sahbro</w:t>
            </w:r>
          </w:p>
        </w:tc>
        <w:tc>
          <w:tcPr>
            <w:tcW w:type="dxa" w:w="1728"/>
          </w:tcPr>
          <w:p>
            <w:r>
              <w:t>miri59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990*03*3**</w:t>
            </w:r>
          </w:p>
        </w:tc>
        <w:tc>
          <w:tcPr>
            <w:tcW w:type="dxa" w:w="1728"/>
          </w:tcPr>
          <w:p>
            <w:r>
              <w:t>shiva sadegi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Shiva6946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914*0123*0</w:t>
            </w:r>
          </w:p>
        </w:tc>
        <w:tc>
          <w:tcPr>
            <w:tcW w:type="dxa" w:w="1728"/>
          </w:tcPr>
          <w:p>
            <w:r>
              <w:t>Ebrahim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>
              <w:t>Zamani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93***9*9*7</w:t>
            </w:r>
          </w:p>
        </w:tc>
        <w:tc>
          <w:tcPr>
            <w:tcW w:type="dxa" w:w="1728"/>
          </w:tcPr>
          <w:p>
            <w:r>
              <w:t>Ali.....</w:t>
            </w:r>
          </w:p>
        </w:tc>
        <w:tc>
          <w:tcPr>
            <w:tcW w:type="dxa" w:w="1728"/>
          </w:tcPr>
          <w:p>
            <w:r>
              <w:t>.....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90237**0*9</w:t>
            </w:r>
          </w:p>
        </w:tc>
        <w:tc>
          <w:tcPr>
            <w:tcW w:type="dxa" w:w="1728"/>
          </w:tcPr>
          <w:p>
            <w:r>
              <w:t>˙·٠•●♥ Ƹ̵̡Ӝ̵̨̄Ʒ(ℳ) Ƹ̵̡Ӝ̵̨̄Ʒ ♥●•٠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Mahi_5069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912*011*37</w:t>
            </w:r>
          </w:p>
        </w:tc>
        <w:tc>
          <w:tcPr>
            <w:tcW w:type="dxa" w:w="1728"/>
          </w:tcPr>
          <w:p>
            <w:r>
              <w:t>Hojat</w:t>
            </w:r>
          </w:p>
        </w:tc>
        <w:tc>
          <w:tcPr>
            <w:tcW w:type="dxa" w:w="1728"/>
          </w:tcPr>
          <w:p>
            <w:r>
              <w:t>.Br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9149*42497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SMC_Ahmadi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9123*20247</w:t>
            </w:r>
          </w:p>
        </w:tc>
        <w:tc>
          <w:tcPr>
            <w:tcW w:type="dxa" w:w="1728"/>
          </w:tcPr>
          <w:p>
            <w:r>
              <w:t>Amina</w:t>
            </w:r>
          </w:p>
        </w:tc>
        <w:tc>
          <w:tcPr>
            <w:tcW w:type="dxa" w:w="1728"/>
          </w:tcPr>
          <w:p>
            <w:r>
              <w:t>Bahrami</w:t>
            </w:r>
          </w:p>
        </w:tc>
        <w:tc>
          <w:tcPr>
            <w:tcW w:type="dxa" w:w="1728"/>
          </w:tcPr>
          <w:p>
            <w:r>
              <w:t>ameneh1354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9390*3*113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991**2**71</w:t>
            </w:r>
          </w:p>
        </w:tc>
        <w:tc>
          <w:tcPr>
            <w:tcW w:type="dxa" w:w="1728"/>
          </w:tcPr>
          <w:p>
            <w:r>
              <w:t>هادی</w:t>
            </w:r>
          </w:p>
        </w:tc>
        <w:tc>
          <w:tcPr>
            <w:tcW w:type="dxa" w:w="1728"/>
          </w:tcPr>
          <w:p>
            <w:r>
              <w:t>افروزه</w:t>
            </w:r>
          </w:p>
        </w:tc>
        <w:tc>
          <w:tcPr>
            <w:tcW w:type="dxa" w:w="1728"/>
          </w:tcPr>
          <w:p>
            <w:r>
              <w:t>Hadi_0991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914**71*29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HOOSEIN_2023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9142*7*311</w:t>
            </w:r>
          </w:p>
        </w:tc>
        <w:tc>
          <w:tcPr>
            <w:tcW w:type="dxa" w:w="1728"/>
          </w:tcPr>
          <w:p>
            <w:r>
              <w:t>‘°ºø•❤️•.¸M.A¸.•❤️•øº°‘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91493973*7</w:t>
            </w:r>
          </w:p>
        </w:tc>
        <w:tc>
          <w:tcPr>
            <w:tcW w:type="dxa" w:w="1728"/>
          </w:tcPr>
          <w:p>
            <w:r>
              <w:t>touraj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tourajclothes2016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9393*30*04</w:t>
            </w:r>
          </w:p>
        </w:tc>
        <w:tc>
          <w:tcPr>
            <w:tcW w:type="dxa" w:w="1728"/>
          </w:tcPr>
          <w:p>
            <w:r>
              <w:t>سی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Ardalan0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990**2**0*</w:t>
            </w:r>
          </w:p>
        </w:tc>
        <w:tc>
          <w:tcPr>
            <w:tcW w:type="dxa" w:w="1728"/>
          </w:tcPr>
          <w:p>
            <w:r>
              <w:t>سهیل</w:t>
            </w:r>
          </w:p>
        </w:tc>
        <w:tc>
          <w:tcPr>
            <w:tcW w:type="dxa" w:w="1728"/>
          </w:tcPr>
          <w:p>
            <w:r>
              <w:t>فضلی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9149412*9*</w:t>
            </w:r>
          </w:p>
        </w:tc>
        <w:tc>
          <w:tcPr>
            <w:tcW w:type="dxa" w:w="1728"/>
          </w:tcPr>
          <w:p>
            <w:r>
              <w:t>امیر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93*4*1**24</w:t>
            </w:r>
          </w:p>
        </w:tc>
        <w:tc>
          <w:tcPr>
            <w:tcW w:type="dxa" w:w="1728"/>
          </w:tcPr>
          <w:p>
            <w:r>
              <w:t>sahar jalali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Jalali6997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99113**9*9</w:t>
            </w:r>
          </w:p>
        </w:tc>
        <w:tc>
          <w:tcPr>
            <w:tcW w:type="dxa" w:w="1728"/>
          </w:tcPr>
          <w:p>
            <w:r>
              <w:t>مفسری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914*7*0212</w:t>
            </w:r>
          </w:p>
        </w:tc>
        <w:tc>
          <w:tcPr>
            <w:tcW w:type="dxa" w:w="1728"/>
          </w:tcPr>
          <w:p>
            <w:r>
              <w:t>بهرام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Bahrammuzi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91490***90</w:t>
            </w:r>
          </w:p>
        </w:tc>
        <w:tc>
          <w:tcPr>
            <w:tcW w:type="dxa" w:w="1728"/>
          </w:tcPr>
          <w:p>
            <w:r>
              <w:t>1×2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mah5534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91*37**022</w:t>
            </w:r>
          </w:p>
        </w:tc>
        <w:tc>
          <w:tcPr>
            <w:tcW w:type="dxa" w:w="1728"/>
          </w:tcPr>
          <w:p>
            <w:r>
              <w:t>Sasan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faramarzi6022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933320*29*</w:t>
            </w:r>
          </w:p>
        </w:tc>
        <w:tc>
          <w:tcPr>
            <w:tcW w:type="dxa" w:w="1728"/>
          </w:tcPr>
          <w:p>
            <w:r>
              <w:t>فاطیما??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937404*37*</w:t>
            </w:r>
          </w:p>
        </w:tc>
        <w:tc>
          <w:tcPr>
            <w:tcW w:type="dxa" w:w="1728"/>
          </w:tcPr>
          <w:p>
            <w:r>
              <w:t>Eli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ELINAZ443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93*2741*2*</w:t>
            </w:r>
          </w:p>
        </w:tc>
        <w:tc>
          <w:tcPr>
            <w:tcW w:type="dxa" w:w="1728"/>
          </w:tcPr>
          <w:p>
            <w:r>
              <w:t>?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urmiaa_page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93*1*0030*</w:t>
            </w:r>
          </w:p>
        </w:tc>
        <w:tc>
          <w:tcPr>
            <w:tcW w:type="dxa" w:w="1728"/>
          </w:tcPr>
          <w:p>
            <w:r>
              <w:t>نادر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99013*03**</w:t>
            </w:r>
          </w:p>
        </w:tc>
        <w:tc>
          <w:tcPr>
            <w:tcW w:type="dxa" w:w="1728"/>
          </w:tcPr>
          <w:p>
            <w:r>
              <w:t>Arvin</w:t>
            </w:r>
          </w:p>
        </w:tc>
        <w:tc>
          <w:tcPr>
            <w:tcW w:type="dxa" w:w="1728"/>
          </w:tcPr>
          <w:p>
            <w:r>
              <w:t>Alyali</w:t>
            </w:r>
          </w:p>
        </w:tc>
        <w:tc>
          <w:tcPr>
            <w:tcW w:type="dxa" w:w="1728"/>
          </w:tcPr>
          <w:p>
            <w:r>
              <w:t>Arvin_Alyali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914793*422</w:t>
            </w:r>
          </w:p>
        </w:tc>
        <w:tc>
          <w:tcPr>
            <w:tcW w:type="dxa" w:w="1728"/>
          </w:tcPr>
          <w:p>
            <w:r>
              <w:t>ث</w:t>
            </w:r>
          </w:p>
        </w:tc>
        <w:tc>
          <w:tcPr>
            <w:tcW w:type="dxa" w:w="1728"/>
          </w:tcPr>
          <w:p>
            <w:r>
              <w:t>خدایاری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9149423**9</w:t>
            </w:r>
          </w:p>
        </w:tc>
        <w:tc>
          <w:tcPr>
            <w:tcW w:type="dxa" w:w="1728"/>
          </w:tcPr>
          <w:p>
            <w:r>
              <w:t>Hemn</w:t>
            </w:r>
          </w:p>
        </w:tc>
        <w:tc>
          <w:tcPr>
            <w:tcW w:type="dxa" w:w="1728"/>
          </w:tcPr>
          <w:p>
            <w:r>
              <w:t>Barazandeh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90103*3242</w:t>
            </w:r>
          </w:p>
        </w:tc>
        <w:tc>
          <w:tcPr>
            <w:tcW w:type="dxa" w:w="1728"/>
          </w:tcPr>
          <w:p>
            <w:r>
              <w:t>❤️ Restart ❤️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urmia_017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90372*7**2</w:t>
            </w:r>
          </w:p>
        </w:tc>
        <w:tc>
          <w:tcPr>
            <w:tcW w:type="dxa" w:w="1728"/>
          </w:tcPr>
          <w:p>
            <w:r>
              <w:t>💓گلی💓 M💓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933*70**97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Amin_0299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90142****3</w:t>
            </w:r>
          </w:p>
        </w:tc>
        <w:tc>
          <w:tcPr>
            <w:tcW w:type="dxa" w:w="1728"/>
          </w:tcPr>
          <w:p>
            <w:r>
              <w:t>پرواز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Pariboa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9149*17**4</w:t>
            </w:r>
          </w:p>
        </w:tc>
        <w:tc>
          <w:tcPr>
            <w:tcW w:type="dxa" w:w="1728"/>
          </w:tcPr>
          <w:p>
            <w:r>
              <w:t>Saeid.khanzadeh</w:t>
            </w:r>
          </w:p>
        </w:tc>
        <w:tc>
          <w:tcPr>
            <w:tcW w:type="dxa" w:w="1728"/>
          </w:tcPr>
          <w:p>
            <w:r>
              <w:t>.</w:t>
            </w:r>
          </w:p>
        </w:tc>
        <w:tc>
          <w:tcPr>
            <w:tcW w:type="dxa" w:w="1728"/>
          </w:tcPr>
          <w:p>
            <w:r>
              <w:t>Saeidro6681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  <w:tr>
        <w:tc>
          <w:tcPr>
            <w:tcW w:type="dxa" w:w="1728"/>
          </w:tcPr>
          <w:p>
            <w:r>
              <w:t>9909997**3</w:t>
            </w:r>
          </w:p>
        </w:tc>
        <w:tc>
          <w:tcPr>
            <w:tcW w:type="dxa" w:w="1728"/>
          </w:tcPr>
          <w:p>
            <w:r>
              <w:t>لباس زير فانتزي ولوكس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Lebaszire2018</w:t>
            </w:r>
          </w:p>
        </w:tc>
        <w:tc>
          <w:tcPr>
            <w:tcW w:type="dxa" w:w="1728"/>
          </w:tcPr>
          <w:p>
            <w:r>
              <w:t>شیپور اصلی استان آذربایجان غربی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شیپور اصلی استان آذربایجان غربی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