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شورای وحدت استان مرکزی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شورای وحدت استان مرکزی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91*7*3302*</w:t>
            </w:r>
          </w:p>
        </w:tc>
        <w:tc>
          <w:tcPr>
            <w:tcW w:type="dxa" w:w="1728"/>
          </w:tcPr>
          <w:p>
            <w:r>
              <w:t>حسین اکبری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Sport8890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91*1*1742*</w:t>
            </w:r>
          </w:p>
        </w:tc>
        <w:tc>
          <w:tcPr>
            <w:tcW w:type="dxa" w:w="1728"/>
          </w:tcPr>
          <w:p>
            <w:r>
              <w:t>حمید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990**99*0*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912****009</w:t>
            </w:r>
          </w:p>
        </w:tc>
        <w:tc>
          <w:tcPr>
            <w:tcW w:type="dxa" w:w="1728"/>
          </w:tcPr>
          <w:p>
            <w:r>
              <w:t>Mansour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Mansour202020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93***03129</w:t>
            </w:r>
          </w:p>
        </w:tc>
        <w:tc>
          <w:tcPr>
            <w:tcW w:type="dxa" w:w="1728"/>
          </w:tcPr>
          <w:p>
            <w:r>
              <w:t>Mohamad9659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Mohamad9659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91224*7*32</w:t>
            </w:r>
          </w:p>
        </w:tc>
        <w:tc>
          <w:tcPr>
            <w:tcW w:type="dxa" w:w="1728"/>
          </w:tcPr>
          <w:p>
            <w:r>
              <w:t>M.abbasi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m_rezaabbasi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9123**77*4</w:t>
            </w:r>
          </w:p>
        </w:tc>
        <w:tc>
          <w:tcPr>
            <w:tcW w:type="dxa" w:w="1728"/>
          </w:tcPr>
          <w:p>
            <w:r>
              <w:t>Powerful Islamic Republic of Iran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91***1*3*9</w:t>
            </w:r>
          </w:p>
        </w:tc>
        <w:tc>
          <w:tcPr>
            <w:tcW w:type="dxa" w:w="1728"/>
          </w:tcPr>
          <w:p>
            <w:r>
              <w:t>دکتر مجتبی فراهانی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912**0*734</w:t>
            </w:r>
          </w:p>
        </w:tc>
        <w:tc>
          <w:tcPr>
            <w:tcW w:type="dxa" w:w="1728"/>
          </w:tcPr>
          <w:p>
            <w:r>
              <w:t>خان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91*3*772*3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Rahimi</w:t>
            </w:r>
          </w:p>
        </w:tc>
        <w:tc>
          <w:tcPr>
            <w:tcW w:type="dxa" w:w="1728"/>
          </w:tcPr>
          <w:p>
            <w:r>
              <w:t>hosseinrahimi6354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9114*92*99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91*4914947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93701*2*03</w:t>
            </w:r>
          </w:p>
        </w:tc>
        <w:tc>
          <w:tcPr>
            <w:tcW w:type="dxa" w:w="1728"/>
          </w:tcPr>
          <w:p>
            <w:r>
              <w:t>شیطان هم یک فرشته بود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Taha_8490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91**93*123</w:t>
            </w:r>
          </w:p>
        </w:tc>
        <w:tc>
          <w:tcPr>
            <w:tcW w:type="dxa" w:w="1728"/>
          </w:tcPr>
          <w:p>
            <w:r>
              <w:t>𝑎𝑚𝑖𝑟 𝑒𝑠𝑘𝑎𝑛𝑑𝑎𝑟𝑖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i_amir_es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91*3*2*909</w:t>
            </w:r>
          </w:p>
        </w:tc>
        <w:tc>
          <w:tcPr>
            <w:tcW w:type="dxa" w:w="1728"/>
          </w:tcPr>
          <w:p>
            <w:r>
              <w:t>Samet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922*2***09</w:t>
            </w:r>
          </w:p>
        </w:tc>
        <w:tc>
          <w:tcPr>
            <w:tcW w:type="dxa" w:w="1728"/>
          </w:tcPr>
          <w:p>
            <w:r>
              <w:t>Hh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9192***9**</w:t>
            </w:r>
          </w:p>
        </w:tc>
        <w:tc>
          <w:tcPr>
            <w:tcW w:type="dxa" w:w="1728"/>
          </w:tcPr>
          <w:p>
            <w:r>
              <w:t>سید مرتضی موسوی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arman_mm62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91*1*1*407</w:t>
            </w:r>
          </w:p>
        </w:tc>
        <w:tc>
          <w:tcPr>
            <w:tcW w:type="dxa" w:w="1728"/>
          </w:tcPr>
          <w:p>
            <w:r>
              <w:t>سعید میرزائی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91*1*1**7*</w:t>
            </w:r>
          </w:p>
        </w:tc>
        <w:tc>
          <w:tcPr>
            <w:tcW w:type="dxa" w:w="1728"/>
          </w:tcPr>
          <w:p>
            <w:r>
              <w:t>علی .</w:t>
            </w:r>
          </w:p>
        </w:tc>
        <w:tc>
          <w:tcPr>
            <w:tcW w:type="dxa" w:w="1728"/>
          </w:tcPr>
          <w:p>
            <w:r>
              <w:t>سروندی</w:t>
            </w:r>
          </w:p>
        </w:tc>
        <w:tc>
          <w:tcPr>
            <w:tcW w:type="dxa" w:w="1728"/>
          </w:tcPr>
          <w:p>
            <w:r>
              <w:t>Ali_sarvandi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912*121*49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M0hammadtalebi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91***17**9</w:t>
            </w:r>
          </w:p>
        </w:tc>
        <w:tc>
          <w:tcPr>
            <w:tcW w:type="dxa" w:w="1728"/>
          </w:tcPr>
          <w:p>
            <w:r>
              <w:t>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9123490*31</w:t>
            </w:r>
          </w:p>
        </w:tc>
        <w:tc>
          <w:tcPr>
            <w:tcW w:type="dxa" w:w="1728"/>
          </w:tcPr>
          <w:p>
            <w:r>
              <w:t>Dr .rabiei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Sisil85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912*490397</w:t>
            </w:r>
          </w:p>
        </w:tc>
        <w:tc>
          <w:tcPr>
            <w:tcW w:type="dxa" w:w="1728"/>
          </w:tcPr>
          <w:p>
            <w:r>
              <w:t>M@jid</w:t>
            </w:r>
          </w:p>
        </w:tc>
        <w:tc>
          <w:tcPr>
            <w:tcW w:type="dxa" w:w="1728"/>
          </w:tcPr>
          <w:p>
            <w:r>
              <w:t>R@mez@ni</w:t>
            </w:r>
          </w:p>
        </w:tc>
        <w:tc>
          <w:tcPr>
            <w:tcW w:type="dxa" w:w="1728"/>
          </w:tcPr>
          <w:p>
            <w:r>
              <w:t>Majidramezani14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91***00397</w:t>
            </w:r>
          </w:p>
        </w:tc>
        <w:tc>
          <w:tcPr>
            <w:tcW w:type="dxa" w:w="1728"/>
          </w:tcPr>
          <w:p>
            <w:r>
              <w:t>علیرضا محمودی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93**14***2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Soleimani201069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91*1*14903</w:t>
            </w:r>
          </w:p>
        </w:tc>
        <w:tc>
          <w:tcPr>
            <w:tcW w:type="dxa" w:w="1728"/>
          </w:tcPr>
          <w:p>
            <w:r>
              <w:t>Hamid.R.</w:t>
            </w:r>
          </w:p>
        </w:tc>
        <w:tc>
          <w:tcPr>
            <w:tcW w:type="dxa" w:w="1728"/>
          </w:tcPr>
          <w:p>
            <w:r>
              <w:t>Sadeghi</w:t>
            </w:r>
          </w:p>
        </w:tc>
        <w:tc>
          <w:tcPr>
            <w:tcW w:type="dxa" w:w="1728"/>
          </w:tcPr>
          <w:p>
            <w:r>
              <w:t>HS2252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91*7**1443</w:t>
            </w:r>
          </w:p>
        </w:tc>
        <w:tc>
          <w:tcPr>
            <w:tcW w:type="dxa" w:w="1728"/>
          </w:tcPr>
          <w:p>
            <w:r>
              <w:t>Eliiii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Eliiii_s1981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91*1*22**1</w:t>
            </w:r>
          </w:p>
        </w:tc>
        <w:tc>
          <w:tcPr>
            <w:tcW w:type="dxa" w:w="1728"/>
          </w:tcPr>
          <w:p>
            <w:r>
              <w:t>مهرداد</w:t>
            </w:r>
          </w:p>
        </w:tc>
        <w:tc>
          <w:tcPr>
            <w:tcW w:type="dxa" w:w="1728"/>
          </w:tcPr>
          <w:p>
            <w:r>
              <w:t>فراهانی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9122*37324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Aliruzbahani25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912*207*31</w:t>
            </w:r>
          </w:p>
        </w:tc>
        <w:tc>
          <w:tcPr>
            <w:tcW w:type="dxa" w:w="1728"/>
          </w:tcPr>
          <w:p>
            <w:r>
              <w:t>akbar</w:t>
            </w:r>
          </w:p>
        </w:tc>
        <w:tc>
          <w:tcPr>
            <w:tcW w:type="dxa" w:w="1728"/>
          </w:tcPr>
          <w:p>
            <w:r>
              <w:t>Nadali</w:t>
            </w:r>
          </w:p>
        </w:tc>
        <w:tc>
          <w:tcPr>
            <w:tcW w:type="dxa" w:w="1728"/>
          </w:tcPr>
          <w:p>
            <w:r>
              <w:t>Akbar_nadali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91*1*2112*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91*3*193**</w:t>
            </w:r>
          </w:p>
        </w:tc>
        <w:tc>
          <w:tcPr>
            <w:tcW w:type="dxa" w:w="1728"/>
          </w:tcPr>
          <w:p>
            <w:r>
              <w:t>Salehxhosseinaa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91*3*1141*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Ganjeh</w:t>
            </w:r>
          </w:p>
        </w:tc>
        <w:tc>
          <w:tcPr>
            <w:tcW w:type="dxa" w:w="1728"/>
          </w:tcPr>
          <w:p>
            <w:r>
              <w:t>Mganjeh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91*4032*4*</w:t>
            </w:r>
          </w:p>
        </w:tc>
        <w:tc>
          <w:tcPr>
            <w:tcW w:type="dxa" w:w="1728"/>
          </w:tcPr>
          <w:p>
            <w:r>
              <w:t>63368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sfarahan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91*3*32371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ehsanm8488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91*3*113*9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91***0793*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917970*1*3</w:t>
            </w:r>
          </w:p>
        </w:tc>
        <w:tc>
          <w:tcPr>
            <w:tcW w:type="dxa" w:w="1728"/>
          </w:tcPr>
          <w:p>
            <w:r>
              <w:t>Sargtu</w:t>
            </w:r>
          </w:p>
        </w:tc>
        <w:tc>
          <w:tcPr>
            <w:tcW w:type="dxa" w:w="1728"/>
          </w:tcPr>
          <w:p>
            <w:r>
              <w:t>Fernan</w:t>
            </w:r>
          </w:p>
        </w:tc>
        <w:tc>
          <w:tcPr>
            <w:tcW w:type="dxa" w:w="1728"/>
          </w:tcPr>
          <w:p>
            <w:r>
              <w:t>Ffvhgdh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91*3**9*2*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تیام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91207*3120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nasr</w:t>
            </w:r>
          </w:p>
        </w:tc>
        <w:tc>
          <w:tcPr>
            <w:tcW w:type="dxa" w:w="1728"/>
          </w:tcPr>
          <w:p>
            <w:r>
              <w:t>ali_nasrollahi110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93*1*41007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>
              <w:t>Safari</w:t>
            </w:r>
          </w:p>
        </w:tc>
        <w:tc>
          <w:tcPr>
            <w:tcW w:type="dxa" w:w="1728"/>
          </w:tcPr>
          <w:p>
            <w:r>
              <w:t>Behzad_safari70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912*721779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Shamsollahi</w:t>
            </w:r>
          </w:p>
        </w:tc>
        <w:tc>
          <w:tcPr>
            <w:tcW w:type="dxa" w:w="1728"/>
          </w:tcPr>
          <w:p>
            <w:r>
              <w:t>sociant_amin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9122*31*3*</w:t>
            </w:r>
          </w:p>
        </w:tc>
        <w:tc>
          <w:tcPr>
            <w:tcW w:type="dxa" w:w="1728"/>
          </w:tcPr>
          <w:p>
            <w:r>
              <w:t>ب.ق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B_ghanbari50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90144**133</w:t>
            </w:r>
          </w:p>
        </w:tc>
        <w:tc>
          <w:tcPr>
            <w:tcW w:type="dxa" w:w="1728"/>
          </w:tcPr>
          <w:p>
            <w:r>
              <w:t>𝓐𝓶𝓲𝓻</w:t>
            </w:r>
          </w:p>
        </w:tc>
        <w:tc>
          <w:tcPr>
            <w:tcW w:type="dxa" w:w="1728"/>
          </w:tcPr>
          <w:p>
            <w:r>
              <w:t>𝓝𝓮</w:t>
            </w:r>
          </w:p>
        </w:tc>
        <w:tc>
          <w:tcPr>
            <w:tcW w:type="dxa" w:w="1728"/>
          </w:tcPr>
          <w:p>
            <w:r>
              <w:t>amirnmnm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91*9**1012</w:t>
            </w:r>
          </w:p>
        </w:tc>
        <w:tc>
          <w:tcPr>
            <w:tcW w:type="dxa" w:w="1728"/>
          </w:tcPr>
          <w:p>
            <w:r>
              <w:t>Moradi 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9122*3*249</w:t>
            </w:r>
          </w:p>
        </w:tc>
        <w:tc>
          <w:tcPr>
            <w:tcW w:type="dxa" w:w="1728"/>
          </w:tcPr>
          <w:p>
            <w:r>
              <w:t>《《امیرحسین》》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amirhoosein95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91***2904*</w:t>
            </w:r>
          </w:p>
        </w:tc>
        <w:tc>
          <w:tcPr>
            <w:tcW w:type="dxa" w:w="1728"/>
          </w:tcPr>
          <w:p>
            <w:r>
              <w:t>هشترودی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91*3*27***</w:t>
            </w:r>
          </w:p>
        </w:tc>
        <w:tc>
          <w:tcPr>
            <w:tcW w:type="dxa" w:w="1728"/>
          </w:tcPr>
          <w:p>
            <w:r>
              <w:t>NF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naserfrahan12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91*3*10*39</w:t>
            </w:r>
          </w:p>
        </w:tc>
        <w:tc>
          <w:tcPr>
            <w:tcW w:type="dxa" w:w="1728"/>
          </w:tcPr>
          <w:p>
            <w:r>
              <w:t>حاج مومن</w:t>
            </w:r>
          </w:p>
        </w:tc>
        <w:tc>
          <w:tcPr>
            <w:tcW w:type="dxa" w:w="1728"/>
          </w:tcPr>
          <w:p>
            <w:r>
              <w:t>زمانی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91*3*407*4</w:t>
            </w:r>
          </w:p>
        </w:tc>
        <w:tc>
          <w:tcPr>
            <w:tcW w:type="dxa" w:w="1728"/>
          </w:tcPr>
          <w:p>
            <w:r>
              <w:t>Mahziyar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M3294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91**00*319</w:t>
            </w:r>
          </w:p>
        </w:tc>
        <w:tc>
          <w:tcPr>
            <w:tcW w:type="dxa" w:w="1728"/>
          </w:tcPr>
          <w:p>
            <w:r>
              <w:t>MEM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Omideyar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91*4040**0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Mahdi_Masoumi2022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9011*32302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91***241*4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91*9*1002*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TN</w:t>
            </w:r>
          </w:p>
        </w:tc>
        <w:tc>
          <w:tcPr>
            <w:tcW w:type="dxa" w:w="1728"/>
          </w:tcPr>
          <w:p>
            <w:r>
              <w:t>AhmaDtn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933977***3</w:t>
            </w:r>
          </w:p>
        </w:tc>
        <w:tc>
          <w:tcPr>
            <w:tcW w:type="dxa" w:w="1728"/>
          </w:tcPr>
          <w:p>
            <w:r>
              <w:t>Ho.s.z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Hosein6563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91*1*21*71</w:t>
            </w:r>
          </w:p>
        </w:tc>
        <w:tc>
          <w:tcPr>
            <w:tcW w:type="dxa" w:w="1728"/>
          </w:tcPr>
          <w:p>
            <w:r>
              <w:t>Soltani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9391*17*27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91*3*39**1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91****0717</w:t>
            </w:r>
          </w:p>
        </w:tc>
        <w:tc>
          <w:tcPr>
            <w:tcW w:type="dxa" w:w="1728"/>
          </w:tcPr>
          <w:p>
            <w:r>
              <w:t>Mehdiiiiiiii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Mehdidelavari717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91*1*1420*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ashoori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9104*0430*</w:t>
            </w:r>
          </w:p>
        </w:tc>
        <w:tc>
          <w:tcPr>
            <w:tcW w:type="dxa" w:w="1728"/>
          </w:tcPr>
          <w:p>
            <w:r>
              <w:t>M.......</w:t>
            </w:r>
          </w:p>
        </w:tc>
        <w:tc>
          <w:tcPr>
            <w:tcW w:type="dxa" w:w="1728"/>
          </w:tcPr>
          <w:p>
            <w:r>
              <w:t>U</w:t>
            </w:r>
          </w:p>
        </w:tc>
        <w:tc>
          <w:tcPr>
            <w:tcW w:type="dxa" w:w="1728"/>
          </w:tcPr>
          <w:p>
            <w:r>
              <w:t>USFMOH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9123270**0</w:t>
            </w:r>
          </w:p>
        </w:tc>
        <w:tc>
          <w:tcPr>
            <w:tcW w:type="dxa" w:w="1728"/>
          </w:tcPr>
          <w:p>
            <w:r>
              <w:t>Ali Reza</w:t>
            </w:r>
          </w:p>
        </w:tc>
        <w:tc>
          <w:tcPr>
            <w:tcW w:type="dxa" w:w="1728"/>
          </w:tcPr>
          <w:p>
            <w:r>
              <w:t>Mashayekhi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91*9*121**</w:t>
            </w:r>
          </w:p>
        </w:tc>
        <w:tc>
          <w:tcPr>
            <w:tcW w:type="dxa" w:w="1728"/>
          </w:tcPr>
          <w:p>
            <w:r>
              <w:t>نسیم سحر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Htyggfdd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91*3*3231*</w:t>
            </w:r>
          </w:p>
        </w:tc>
        <w:tc>
          <w:tcPr>
            <w:tcW w:type="dxa" w:w="1728"/>
          </w:tcPr>
          <w:p>
            <w:r>
              <w:t>beyrami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9171412***</w:t>
            </w:r>
          </w:p>
        </w:tc>
        <w:tc>
          <w:tcPr>
            <w:tcW w:type="dxa" w:w="1728"/>
          </w:tcPr>
          <w:p>
            <w:r>
              <w:t>G.</w:t>
            </w:r>
          </w:p>
        </w:tc>
        <w:tc>
          <w:tcPr>
            <w:tcW w:type="dxa" w:w="1728"/>
          </w:tcPr>
          <w:p>
            <w:r>
              <w:t>Memarian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91249090*2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Ch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91*3*1913*</w:t>
            </w:r>
          </w:p>
        </w:tc>
        <w:tc>
          <w:tcPr>
            <w:tcW w:type="dxa" w:w="1728"/>
          </w:tcPr>
          <w:p>
            <w:r>
              <w:t>یا قائم آل محمد(ص)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91***13*97</w:t>
            </w:r>
          </w:p>
        </w:tc>
        <w:tc>
          <w:tcPr>
            <w:tcW w:type="dxa" w:w="1728"/>
          </w:tcPr>
          <w:p>
            <w:r>
              <w:t>Amani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91**03224*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greenkahoo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91**4*4331</w:t>
            </w:r>
          </w:p>
        </w:tc>
        <w:tc>
          <w:tcPr>
            <w:tcW w:type="dxa" w:w="1728"/>
          </w:tcPr>
          <w:p>
            <w:r>
              <w:t>عظیم</w:t>
            </w:r>
          </w:p>
        </w:tc>
        <w:tc>
          <w:tcPr>
            <w:tcW w:type="dxa" w:w="1728"/>
          </w:tcPr>
          <w:p>
            <w:r>
              <w:t>غیاثی</w:t>
            </w:r>
          </w:p>
        </w:tc>
        <w:tc>
          <w:tcPr>
            <w:tcW w:type="dxa" w:w="1728"/>
          </w:tcPr>
          <w:p>
            <w:r>
              <w:t>AzimGhiyasi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91210*9144</w:t>
            </w:r>
          </w:p>
        </w:tc>
        <w:tc>
          <w:tcPr>
            <w:tcW w:type="dxa" w:w="1728"/>
          </w:tcPr>
          <w:p>
            <w:r>
              <w:t>H.Babaei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91*1*21**1</w:t>
            </w:r>
          </w:p>
        </w:tc>
        <w:tc>
          <w:tcPr>
            <w:tcW w:type="dxa" w:w="1728"/>
          </w:tcPr>
          <w:p>
            <w:r>
              <w:t>Azad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9214*44**4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Ghasemi</w:t>
            </w:r>
          </w:p>
        </w:tc>
        <w:tc>
          <w:tcPr>
            <w:tcW w:type="dxa" w:w="1728"/>
          </w:tcPr>
          <w:p>
            <w:r>
              <w:t>M_ghasemi_1364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91*3*1*210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91*9**1774</w:t>
            </w:r>
          </w:p>
        </w:tc>
        <w:tc>
          <w:tcPr>
            <w:tcW w:type="dxa" w:w="1728"/>
          </w:tcPr>
          <w:p>
            <w:r>
              <w:t>Kamran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9301**313*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Ft</w:t>
            </w:r>
          </w:p>
        </w:tc>
        <w:tc>
          <w:tcPr>
            <w:tcW w:type="dxa" w:w="1728"/>
          </w:tcPr>
          <w:p>
            <w:r>
              <w:t>ali_ftt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91***32911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91244*1004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MJamal121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  <w:tr>
        <w:tc>
          <w:tcPr>
            <w:tcW w:type="dxa" w:w="1728"/>
          </w:tcPr>
          <w:p>
            <w:r>
              <w:t>91*3*04727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majid_jamalo</w:t>
            </w:r>
          </w:p>
        </w:tc>
        <w:tc>
          <w:tcPr>
            <w:tcW w:type="dxa" w:w="1728"/>
          </w:tcPr>
          <w:p>
            <w:r>
              <w:t>شورای وحدت استان مرکزی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شورای وحدت استان مرکزی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