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شبکه مجازی آموزش ایرانیان (شما)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شبکه مجازی آموزش ایرانیان (شما)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93*4*04331</w:t>
            </w:r>
          </w:p>
        </w:tc>
        <w:tc>
          <w:tcPr>
            <w:tcW w:type="dxa" w:w="1728"/>
          </w:tcPr>
          <w:p>
            <w:r>
              <w:t>سایمون</w:t>
            </w:r>
          </w:p>
        </w:tc>
        <w:tc>
          <w:tcPr>
            <w:tcW w:type="dxa" w:w="1728"/>
          </w:tcPr>
          <w:p>
            <w:r>
              <w:t>کت</w:t>
            </w:r>
          </w:p>
        </w:tc>
        <w:tc>
          <w:tcPr>
            <w:tcW w:type="dxa" w:w="1728"/>
          </w:tcPr>
          <w:p>
            <w:r>
              <w:t>Simoncatforosh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9222402*9*</w:t>
            </w:r>
          </w:p>
        </w:tc>
        <w:tc>
          <w:tcPr>
            <w:tcW w:type="dxa" w:w="1728"/>
          </w:tcPr>
          <w:p>
            <w:r>
              <w:t>mona</w:t>
            </w:r>
          </w:p>
        </w:tc>
        <w:tc>
          <w:tcPr>
            <w:tcW w:type="dxa" w:w="1728"/>
          </w:tcPr>
          <w:p>
            <w:r>
              <w:t>moradi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92137*1004</w:t>
            </w:r>
          </w:p>
        </w:tc>
        <w:tc>
          <w:tcPr>
            <w:tcW w:type="dxa" w:w="1728"/>
          </w:tcPr>
          <w:p>
            <w:r>
              <w:t>Princess🦄💜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bib_bib1234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933*72*1**</w:t>
            </w:r>
          </w:p>
        </w:tc>
        <w:tc>
          <w:tcPr>
            <w:tcW w:type="dxa" w:w="1728"/>
          </w:tcPr>
          <w:p>
            <w:r>
              <w:t>پرو ولی با ادب😊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903*4490*0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990*3*4*1*</w:t>
            </w:r>
          </w:p>
        </w:tc>
        <w:tc>
          <w:tcPr>
            <w:tcW w:type="dxa" w:w="1728"/>
          </w:tcPr>
          <w:p>
            <w:r>
              <w:t>H. AmiR.EⓂ️ MEMES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A_Music_fashion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93*9214423</w:t>
            </w:r>
          </w:p>
        </w:tc>
        <w:tc>
          <w:tcPr>
            <w:tcW w:type="dxa" w:w="1728"/>
          </w:tcPr>
          <w:p>
            <w:r>
              <w:t xml:space="preserve">Sadra 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Sadraakbari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990*30*3**</w:t>
            </w:r>
          </w:p>
        </w:tc>
        <w:tc>
          <w:tcPr>
            <w:tcW w:type="dxa" w:w="1728"/>
          </w:tcPr>
          <w:p>
            <w:r>
              <w:t>ّBËًَََُِِِِِِِِِِِِِِِِِِِِِِِHِِِِRًًًِÁDََِِِِِِ</w:t>
            </w:r>
          </w:p>
        </w:tc>
        <w:tc>
          <w:tcPr>
            <w:tcW w:type="dxa" w:w="1728"/>
          </w:tcPr>
          <w:p>
            <w:r>
              <w:t>BAGHAEIFAR</w:t>
            </w:r>
          </w:p>
        </w:tc>
        <w:tc>
          <w:tcPr>
            <w:tcW w:type="dxa" w:w="1728"/>
          </w:tcPr>
          <w:p>
            <w:r>
              <w:t>baghaeb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93*302*774</w:t>
            </w:r>
          </w:p>
        </w:tc>
        <w:tc>
          <w:tcPr>
            <w:tcW w:type="dxa" w:w="1728"/>
          </w:tcPr>
          <w:p>
            <w:r>
              <w:t>Faezeh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Faezehmaadi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93*1*92927</w:t>
            </w:r>
          </w:p>
        </w:tc>
        <w:tc>
          <w:tcPr>
            <w:tcW w:type="dxa" w:w="1728"/>
          </w:tcPr>
          <w:p>
            <w:r>
              <w:t xml:space="preserve"> 🐈‍⬛H rz</w:t>
            </w:r>
          </w:p>
        </w:tc>
        <w:tc>
          <w:tcPr>
            <w:tcW w:type="dxa" w:w="1728"/>
          </w:tcPr>
          <w:p>
            <w:r>
              <w:t xml:space="preserve"> 🐈‍⬛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9392200**3</w:t>
            </w:r>
          </w:p>
        </w:tc>
        <w:tc>
          <w:tcPr>
            <w:tcW w:type="dxa" w:w="1728"/>
          </w:tcPr>
          <w:p>
            <w:r>
              <w:t>Attv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cgnnxxx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913*9191*2</w:t>
            </w:r>
          </w:p>
        </w:tc>
        <w:tc>
          <w:tcPr>
            <w:tcW w:type="dxa" w:w="1728"/>
          </w:tcPr>
          <w:p>
            <w:r>
              <w:t>Abolfazl</w:t>
            </w:r>
          </w:p>
        </w:tc>
        <w:tc>
          <w:tcPr>
            <w:tcW w:type="dxa" w:w="1728"/>
          </w:tcPr>
          <w:p>
            <w:r>
              <w:t>Saffari</w:t>
            </w:r>
          </w:p>
        </w:tc>
        <w:tc>
          <w:tcPr>
            <w:tcW w:type="dxa" w:w="1728"/>
          </w:tcPr>
          <w:p>
            <w:r>
              <w:t>Abolfazlsaffari8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93731*3941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Karbalaei74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93*9*140*9</w:t>
            </w:r>
          </w:p>
        </w:tc>
        <w:tc>
          <w:tcPr>
            <w:tcW w:type="dxa" w:w="1728"/>
          </w:tcPr>
          <w:p>
            <w:r>
              <w:t>Fd🕸️🕷️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farza_ms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9123437*39</w:t>
            </w:r>
          </w:p>
        </w:tc>
        <w:tc>
          <w:tcPr>
            <w:tcW w:type="dxa" w:w="1728"/>
          </w:tcPr>
          <w:p>
            <w:r>
              <w:t>Payam</w:t>
            </w:r>
          </w:p>
        </w:tc>
        <w:tc>
          <w:tcPr>
            <w:tcW w:type="dxa" w:w="1728"/>
          </w:tcPr>
          <w:p>
            <w:r>
              <w:t>Golmohammadi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901332040*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alireza_arabsaghari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939*33401*</w:t>
            </w:r>
          </w:p>
        </w:tc>
        <w:tc>
          <w:tcPr>
            <w:tcW w:type="dxa" w:w="1728"/>
          </w:tcPr>
          <w:p>
            <w:r>
              <w:t>فلانی</w:t>
            </w:r>
          </w:p>
        </w:tc>
        <w:tc>
          <w:tcPr>
            <w:tcW w:type="dxa" w:w="1728"/>
          </w:tcPr>
          <w:p>
            <w:r>
              <w:t>👽🤡</w:t>
            </w:r>
          </w:p>
        </w:tc>
        <w:tc>
          <w:tcPr>
            <w:tcW w:type="dxa" w:w="1728"/>
          </w:tcPr>
          <w:p>
            <w:r>
              <w:t>Felanniii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9142**1922</w:t>
            </w:r>
          </w:p>
        </w:tc>
        <w:tc>
          <w:tcPr>
            <w:tcW w:type="dxa" w:w="1728"/>
          </w:tcPr>
          <w:p>
            <w:r>
              <w:t>ارمین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A_dr_uni95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922*40439*</w:t>
            </w:r>
          </w:p>
        </w:tc>
        <w:tc>
          <w:tcPr>
            <w:tcW w:type="dxa" w:w="1728"/>
          </w:tcPr>
          <w:p>
            <w:r>
              <w:t>H.M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Fotbal67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912**0*334</w:t>
            </w:r>
          </w:p>
        </w:tc>
        <w:tc>
          <w:tcPr>
            <w:tcW w:type="dxa" w:w="1728"/>
          </w:tcPr>
          <w:p>
            <w:r>
              <w:t>Shirin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JSHPM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9142203707</w:t>
            </w:r>
          </w:p>
        </w:tc>
        <w:tc>
          <w:tcPr>
            <w:tcW w:type="dxa" w:w="1728"/>
          </w:tcPr>
          <w:p>
            <w:r>
              <w:t>بهروز افشاری بنابی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behrooz_afshari_ir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930****477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Sale_2302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902*****92</w:t>
            </w:r>
          </w:p>
        </w:tc>
        <w:tc>
          <w:tcPr>
            <w:tcW w:type="dxa" w:w="1728"/>
          </w:tcPr>
          <w:p>
            <w:r>
              <w:t>Mohammad Mahdi</w:t>
            </w:r>
          </w:p>
        </w:tc>
        <w:tc>
          <w:tcPr>
            <w:tcW w:type="dxa" w:w="1728"/>
          </w:tcPr>
          <w:p>
            <w:r>
              <w:t>Kari</w:t>
            </w:r>
          </w:p>
        </w:tc>
        <w:tc>
          <w:tcPr>
            <w:tcW w:type="dxa" w:w="1728"/>
          </w:tcPr>
          <w:p>
            <w:r>
              <w:t>MMKari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90142117**</w:t>
            </w:r>
          </w:p>
        </w:tc>
        <w:tc>
          <w:tcPr>
            <w:tcW w:type="dxa" w:w="1728"/>
          </w:tcPr>
          <w:p>
            <w:r>
              <w:t>FaRaHnAz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91*490**7*</w:t>
            </w:r>
          </w:p>
        </w:tc>
        <w:tc>
          <w:tcPr>
            <w:tcW w:type="dxa" w:w="1728"/>
          </w:tcPr>
          <w:p>
            <w:r>
              <w:t>mehdi!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mehdish4029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9170*1422*</w:t>
            </w:r>
          </w:p>
        </w:tc>
        <w:tc>
          <w:tcPr>
            <w:tcW w:type="dxa" w:w="1728"/>
          </w:tcPr>
          <w:p>
            <w:r>
              <w:t>Nilas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NiNi_z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914491*407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Ghorbanpour</w:t>
            </w:r>
          </w:p>
        </w:tc>
        <w:tc>
          <w:tcPr>
            <w:tcW w:type="dxa" w:w="1728"/>
          </w:tcPr>
          <w:p>
            <w:r>
              <w:t>Asghar_ghp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93990**737</w:t>
            </w:r>
          </w:p>
        </w:tc>
        <w:tc>
          <w:tcPr>
            <w:tcW w:type="dxa" w:w="1728"/>
          </w:tcPr>
          <w:p>
            <w:r>
              <w:t>...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fatemehmohammadpour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9012*01019</w:t>
            </w:r>
          </w:p>
        </w:tc>
        <w:tc>
          <w:tcPr>
            <w:tcW w:type="dxa" w:w="1728"/>
          </w:tcPr>
          <w:p>
            <w:r>
              <w:t>no talk do just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zoodstory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93**24390*</w:t>
            </w:r>
          </w:p>
        </w:tc>
        <w:tc>
          <w:tcPr>
            <w:tcW w:type="dxa" w:w="1728"/>
          </w:tcPr>
          <w:p>
            <w:r>
              <w:t>MoeiN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MOamnEIN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912201**47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eghbalian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933*341117</w:t>
            </w:r>
          </w:p>
        </w:tc>
        <w:tc>
          <w:tcPr>
            <w:tcW w:type="dxa" w:w="1728"/>
          </w:tcPr>
          <w:p>
            <w:r>
              <w:t>Arshya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Arshya420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93***73923</w:t>
            </w:r>
          </w:p>
        </w:tc>
        <w:tc>
          <w:tcPr>
            <w:tcW w:type="dxa" w:w="1728"/>
          </w:tcPr>
          <w:p>
            <w:r>
              <w:t>akbar</w:t>
            </w:r>
          </w:p>
        </w:tc>
        <w:tc>
          <w:tcPr>
            <w:tcW w:type="dxa" w:w="1728"/>
          </w:tcPr>
          <w:p>
            <w:r>
              <w:t>ghanbari</w:t>
            </w:r>
          </w:p>
        </w:tc>
        <w:tc>
          <w:tcPr>
            <w:tcW w:type="dxa" w:w="1728"/>
          </w:tcPr>
          <w:p>
            <w:r>
              <w:t>a_ghanbari2019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91243**1*3</w:t>
            </w:r>
          </w:p>
        </w:tc>
        <w:tc>
          <w:tcPr>
            <w:tcW w:type="dxa" w:w="1728"/>
          </w:tcPr>
          <w:p>
            <w:r>
              <w:t>Dr.Taha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DrTM77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91***009*2</w:t>
            </w:r>
          </w:p>
        </w:tc>
        <w:tc>
          <w:tcPr>
            <w:tcW w:type="dxa" w:w="1728"/>
          </w:tcPr>
          <w:p>
            <w:r>
              <w:t>Rezvan</w:t>
            </w:r>
          </w:p>
        </w:tc>
        <w:tc>
          <w:tcPr>
            <w:tcW w:type="dxa" w:w="1728"/>
          </w:tcPr>
          <w:p>
            <w:r>
              <w:t>Moradi</w:t>
            </w:r>
          </w:p>
        </w:tc>
        <w:tc>
          <w:tcPr>
            <w:tcW w:type="dxa" w:w="1728"/>
          </w:tcPr>
          <w:p>
            <w:r>
              <w:t>Rezvanmoradi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930***3*47</w:t>
            </w:r>
          </w:p>
        </w:tc>
        <w:tc>
          <w:tcPr>
            <w:tcW w:type="dxa" w:w="1728"/>
          </w:tcPr>
          <w:p>
            <w:r>
              <w:t>Aida👩🏻‍💻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A_r_ahimi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91*014*243</w:t>
            </w:r>
          </w:p>
        </w:tc>
        <w:tc>
          <w:tcPr>
            <w:tcW w:type="dxa" w:w="1728"/>
          </w:tcPr>
          <w:p>
            <w:r>
              <w:t>Behnam</w:t>
            </w:r>
          </w:p>
        </w:tc>
        <w:tc>
          <w:tcPr>
            <w:tcW w:type="dxa" w:w="1728"/>
          </w:tcPr>
          <w:p>
            <w:r>
              <w:t>Land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903*1****0</w:t>
            </w:r>
          </w:p>
        </w:tc>
        <w:tc>
          <w:tcPr>
            <w:tcW w:type="dxa" w:w="1728"/>
          </w:tcPr>
          <w:p>
            <w:r>
              <w:t>Admin Dr.ekhteraee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moshaver37658090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93*12*9023</w:t>
            </w:r>
          </w:p>
        </w:tc>
        <w:tc>
          <w:tcPr>
            <w:tcW w:type="dxa" w:w="1728"/>
          </w:tcPr>
          <w:p>
            <w:r>
              <w:t>Kian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Mohamadhouseinfarahani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9127*04*71</w:t>
            </w:r>
          </w:p>
        </w:tc>
        <w:tc>
          <w:tcPr>
            <w:tcW w:type="dxa" w:w="1728"/>
          </w:tcPr>
          <w:p>
            <w:r>
              <w:t>Fateme♥️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91**2027*0</w:t>
            </w:r>
          </w:p>
        </w:tc>
        <w:tc>
          <w:tcPr>
            <w:tcW w:type="dxa" w:w="1728"/>
          </w:tcPr>
          <w:p>
            <w:r>
              <w:t>Mohammad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93*13*4233</w:t>
            </w:r>
          </w:p>
        </w:tc>
        <w:tc>
          <w:tcPr>
            <w:tcW w:type="dxa" w:w="1728"/>
          </w:tcPr>
          <w:p>
            <w:r>
              <w:t>𝐀𝐌𝐢𝐫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Amir78_7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93*1*33793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A_H_E82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917070421*</w:t>
            </w:r>
          </w:p>
        </w:tc>
        <w:tc>
          <w:tcPr>
            <w:tcW w:type="dxa" w:w="1728"/>
          </w:tcPr>
          <w:p>
            <w:r>
              <w:t>arash salehi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9303491*32</w:t>
            </w:r>
          </w:p>
        </w:tc>
        <w:tc>
          <w:tcPr>
            <w:tcW w:type="dxa" w:w="1728"/>
          </w:tcPr>
          <w:p>
            <w:r>
              <w:t>Mahdi_kz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maahdi_zx1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93**09***0</w:t>
            </w:r>
          </w:p>
        </w:tc>
        <w:tc>
          <w:tcPr>
            <w:tcW w:type="dxa" w:w="1728"/>
          </w:tcPr>
          <w:p>
            <w:r>
              <w:t>𝕟𝕚𝕜𝕒🐈‍⬛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Nikawmh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9902924190</w:t>
            </w:r>
          </w:p>
        </w:tc>
        <w:tc>
          <w:tcPr>
            <w:tcW w:type="dxa" w:w="1728"/>
          </w:tcPr>
          <w:p>
            <w:r>
              <w:t>Reyhane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RH1612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91*41*4*31</w:t>
            </w:r>
          </w:p>
        </w:tc>
        <w:tc>
          <w:tcPr>
            <w:tcW w:type="dxa" w:w="1728"/>
          </w:tcPr>
          <w:p>
            <w:r>
              <w:t>Fateme Jadidi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jadidi146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9012022*33</w:t>
            </w:r>
          </w:p>
        </w:tc>
        <w:tc>
          <w:tcPr>
            <w:tcW w:type="dxa" w:w="1728"/>
          </w:tcPr>
          <w:p>
            <w:r>
              <w:t>mhmd</w:t>
            </w:r>
          </w:p>
        </w:tc>
        <w:tc>
          <w:tcPr>
            <w:tcW w:type="dxa" w:w="1728"/>
          </w:tcPr>
          <w:p>
            <w:r>
              <w:t>sphri</w:t>
            </w:r>
          </w:p>
        </w:tc>
        <w:tc>
          <w:tcPr>
            <w:tcW w:type="dxa" w:w="1728"/>
          </w:tcPr>
          <w:p>
            <w:r>
              <w:t>Mhmdsphrr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911**27*3*</w:t>
            </w:r>
          </w:p>
        </w:tc>
        <w:tc>
          <w:tcPr>
            <w:tcW w:type="dxa" w:w="1728"/>
          </w:tcPr>
          <w:p>
            <w:r>
              <w:t>Sogand🍓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93*1*4992*</w:t>
            </w:r>
          </w:p>
        </w:tc>
        <w:tc>
          <w:tcPr>
            <w:tcW w:type="dxa" w:w="1728"/>
          </w:tcPr>
          <w:p>
            <w:r>
              <w:t>p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dr_Payam1401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921403*7**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amir43067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93737*1*10</w:t>
            </w:r>
          </w:p>
        </w:tc>
        <w:tc>
          <w:tcPr>
            <w:tcW w:type="dxa" w:w="1728"/>
          </w:tcPr>
          <w:p>
            <w:r>
              <w:t>مرکز مشاوره تحصیلی</w:t>
            </w:r>
          </w:p>
        </w:tc>
        <w:tc>
          <w:tcPr>
            <w:tcW w:type="dxa" w:w="1728"/>
          </w:tcPr>
          <w:p>
            <w:r>
              <w:t>محمدرضا پوردستمالچی</w:t>
            </w:r>
          </w:p>
        </w:tc>
        <w:tc>
          <w:tcPr>
            <w:tcW w:type="dxa" w:w="1728"/>
          </w:tcPr>
          <w:p>
            <w:r>
              <w:t>amoozeshadmin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9303*****3</w:t>
            </w:r>
          </w:p>
        </w:tc>
        <w:tc>
          <w:tcPr>
            <w:tcW w:type="dxa" w:w="1728"/>
          </w:tcPr>
          <w:p>
            <w:r>
              <w:t>ابولفضل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Ms_abol125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93***7*332</w:t>
            </w:r>
          </w:p>
        </w:tc>
        <w:tc>
          <w:tcPr>
            <w:tcW w:type="dxa" w:w="1728"/>
          </w:tcPr>
          <w:p>
            <w:r>
              <w:t>ERFAN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erfankrm2003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990*0273**</w:t>
            </w:r>
          </w:p>
        </w:tc>
        <w:tc>
          <w:tcPr>
            <w:tcW w:type="dxa" w:w="1728"/>
          </w:tcPr>
          <w:p>
            <w:r>
              <w:t>$$s.mj$$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S_morteza_83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9902*37**2</w:t>
            </w:r>
          </w:p>
        </w:tc>
        <w:tc>
          <w:tcPr>
            <w:tcW w:type="dxa" w:w="1728"/>
          </w:tcPr>
          <w:p>
            <w:r>
              <w:t>Zahra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990372**29</w:t>
            </w:r>
          </w:p>
        </w:tc>
        <w:tc>
          <w:tcPr>
            <w:tcW w:type="dxa" w:w="1728"/>
          </w:tcPr>
          <w:p>
            <w:r>
              <w:t>mehran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Mehranyyyyyyyyyyfffffff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9147293019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Arshmmm1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91**19*10*</w:t>
            </w:r>
          </w:p>
        </w:tc>
        <w:tc>
          <w:tcPr>
            <w:tcW w:type="dxa" w:w="1728"/>
          </w:tcPr>
          <w:p>
            <w:r>
              <w:t>Fatemeh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Rastaart_99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91322***40</w:t>
            </w:r>
          </w:p>
        </w:tc>
        <w:tc>
          <w:tcPr>
            <w:tcW w:type="dxa" w:w="1728"/>
          </w:tcPr>
          <w:p>
            <w:r>
              <w:t>Afshin 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9391*32***</w:t>
            </w:r>
          </w:p>
        </w:tc>
        <w:tc>
          <w:tcPr>
            <w:tcW w:type="dxa" w:w="1728"/>
          </w:tcPr>
          <w:p>
            <w:r>
              <w:t>K@M¥Ar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kamyar_sdn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9374131109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Royaaaa_gh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93*4*44041</w:t>
            </w:r>
          </w:p>
        </w:tc>
        <w:tc>
          <w:tcPr>
            <w:tcW w:type="dxa" w:w="1728"/>
          </w:tcPr>
          <w:p>
            <w:r>
              <w:t>Amin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aminemtabasi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9014309130</w:t>
            </w:r>
          </w:p>
        </w:tc>
        <w:tc>
          <w:tcPr>
            <w:tcW w:type="dxa" w:w="1728"/>
          </w:tcPr>
          <w:p>
            <w:r>
              <w:t>Aydin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ayd8n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9191*79*7*</w:t>
            </w:r>
          </w:p>
        </w:tc>
        <w:tc>
          <w:tcPr>
            <w:tcW w:type="dxa" w:w="1728"/>
          </w:tcPr>
          <w:p>
            <w:r>
              <w:t>Soheil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Soheilkhazaei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91*2193220</w:t>
            </w:r>
          </w:p>
        </w:tc>
        <w:tc>
          <w:tcPr>
            <w:tcW w:type="dxa" w:w="1728"/>
          </w:tcPr>
          <w:p>
            <w:r>
              <w:t>❤?M¿❤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Mhraaaaaaaa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9123*4**13</w:t>
            </w:r>
          </w:p>
        </w:tc>
        <w:tc>
          <w:tcPr>
            <w:tcW w:type="dxa" w:w="1728"/>
          </w:tcPr>
          <w:p>
            <w:r>
              <w:t>صادقی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Ali_Sadeghi1353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930*112323</w:t>
            </w:r>
          </w:p>
        </w:tc>
        <w:tc>
          <w:tcPr>
            <w:tcW w:type="dxa" w:w="1728"/>
          </w:tcPr>
          <w:p>
            <w:r>
              <w:t>عطایی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93317*2*91</w:t>
            </w:r>
          </w:p>
        </w:tc>
        <w:tc>
          <w:tcPr>
            <w:tcW w:type="dxa" w:w="1728"/>
          </w:tcPr>
          <w:p>
            <w:r>
              <w:t>Am</w:t>
            </w:r>
          </w:p>
        </w:tc>
        <w:tc>
          <w:tcPr>
            <w:tcW w:type="dxa" w:w="1728"/>
          </w:tcPr>
          <w:p>
            <w:r>
              <w:t>J</w:t>
            </w:r>
          </w:p>
        </w:tc>
        <w:tc>
          <w:tcPr>
            <w:tcW w:type="dxa" w:w="1728"/>
          </w:tcPr>
          <w:p>
            <w:r>
              <w:t>Aminjj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93307104*3</w:t>
            </w:r>
          </w:p>
        </w:tc>
        <w:tc>
          <w:tcPr>
            <w:tcW w:type="dxa" w:w="1728"/>
          </w:tcPr>
          <w:p>
            <w:r>
              <w:t>Haya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Haayaa26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919*319424</w:t>
            </w:r>
          </w:p>
        </w:tc>
        <w:tc>
          <w:tcPr>
            <w:tcW w:type="dxa" w:w="1728"/>
          </w:tcPr>
          <w:p>
            <w:r>
              <w:t>محسن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9309**2711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>
              <w:t>Abiyari</w:t>
            </w:r>
          </w:p>
        </w:tc>
        <w:tc>
          <w:tcPr>
            <w:tcW w:type="dxa" w:w="1728"/>
          </w:tcPr>
          <w:p>
            <w:r>
              <w:t>Mo0nshado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93*17*20*0</w:t>
            </w:r>
          </w:p>
        </w:tc>
        <w:tc>
          <w:tcPr>
            <w:tcW w:type="dxa" w:w="1728"/>
          </w:tcPr>
          <w:p>
            <w:r>
              <w:t>Ak1998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hjkh1990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91*0*9**70</w:t>
            </w:r>
          </w:p>
        </w:tc>
        <w:tc>
          <w:tcPr>
            <w:tcW w:type="dxa" w:w="1728"/>
          </w:tcPr>
          <w:p>
            <w:r>
              <w:t>yasna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yasna1383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93*97***7*</w:t>
            </w:r>
          </w:p>
        </w:tc>
        <w:tc>
          <w:tcPr>
            <w:tcW w:type="dxa" w:w="1728"/>
          </w:tcPr>
          <w:p>
            <w:r>
              <w:t>amir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amirr8876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912***041*</w:t>
            </w:r>
          </w:p>
        </w:tc>
        <w:tc>
          <w:tcPr>
            <w:tcW w:type="dxa" w:w="1728"/>
          </w:tcPr>
          <w:p>
            <w:r>
              <w:t>Faham</w:t>
            </w:r>
          </w:p>
        </w:tc>
        <w:tc>
          <w:tcPr>
            <w:tcW w:type="dxa" w:w="1728"/>
          </w:tcPr>
          <w:p>
            <w:r>
              <w:t>Ghazimorad</w:t>
            </w:r>
          </w:p>
        </w:tc>
        <w:tc>
          <w:tcPr>
            <w:tcW w:type="dxa" w:w="1728"/>
          </w:tcPr>
          <w:p>
            <w:r>
              <w:t>fahamghazimorad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93**3*4***</w:t>
            </w:r>
          </w:p>
        </w:tc>
        <w:tc>
          <w:tcPr>
            <w:tcW w:type="dxa" w:w="1728"/>
          </w:tcPr>
          <w:p>
            <w:r>
              <w:t>Paria</w:t>
            </w:r>
          </w:p>
        </w:tc>
        <w:tc>
          <w:tcPr>
            <w:tcW w:type="dxa" w:w="1728"/>
          </w:tcPr>
          <w:p>
            <w:r>
              <w:t>Ajt</w:t>
            </w:r>
          </w:p>
        </w:tc>
        <w:tc>
          <w:tcPr>
            <w:tcW w:type="dxa" w:w="1728"/>
          </w:tcPr>
          <w:p>
            <w:r>
              <w:t>Pariiia_97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911*0*2713</w:t>
            </w:r>
          </w:p>
        </w:tc>
        <w:tc>
          <w:tcPr>
            <w:tcW w:type="dxa" w:w="1728"/>
          </w:tcPr>
          <w:p>
            <w:r>
              <w:t>Farhan Nejadsalehi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FarhanNejadSalehi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  <w:tr>
        <w:tc>
          <w:tcPr>
            <w:tcW w:type="dxa" w:w="1728"/>
          </w:tcPr>
          <w:p>
            <w:r>
              <w:t>91210*3247</w:t>
            </w:r>
          </w:p>
        </w:tc>
        <w:tc>
          <w:tcPr>
            <w:tcW w:type="dxa" w:w="1728"/>
          </w:tcPr>
          <w:p>
            <w:r>
              <w:t>Hamed</w:t>
            </w:r>
          </w:p>
        </w:tc>
        <w:tc>
          <w:tcPr>
            <w:tcW w:type="dxa" w:w="1728"/>
          </w:tcPr>
          <w:p>
            <w:r>
              <w:t>Sadjedi</w:t>
            </w:r>
          </w:p>
        </w:tc>
        <w:tc>
          <w:tcPr>
            <w:tcW w:type="dxa" w:w="1728"/>
          </w:tcPr>
          <w:p>
            <w:r>
              <w:t>Hamed_Sadjedi</w:t>
            </w:r>
          </w:p>
        </w:tc>
        <w:tc>
          <w:tcPr>
            <w:tcW w:type="dxa" w:w="1728"/>
          </w:tcPr>
          <w:p>
            <w:r>
              <w:t>شبکه مجازی آموزش ایرانیان (شما)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شبکه مجازی آموزش ایرانیان (شما)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