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سهامداران سدبیر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سهامداران سدبیر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937*290279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Mohammadafshar97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91407*392*</w:t>
            </w:r>
          </w:p>
        </w:tc>
        <w:tc>
          <w:tcPr>
            <w:tcW w:type="dxa" w:w="1728"/>
          </w:tcPr>
          <w:p>
            <w:r>
              <w:t>Amir.m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bbnnjbqd35ybbv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91*292320*</w:t>
            </w:r>
          </w:p>
        </w:tc>
        <w:tc>
          <w:tcPr>
            <w:tcW w:type="dxa" w:w="1728"/>
          </w:tcPr>
          <w:p>
            <w:r>
              <w:t>Reza 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Rezatm20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913203*1**</w:t>
            </w:r>
          </w:p>
        </w:tc>
        <w:tc>
          <w:tcPr>
            <w:tcW w:type="dxa" w:w="1728"/>
          </w:tcPr>
          <w:p>
            <w:r>
              <w:t>€ħ§@ń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Ehsanchoopani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912*0**244</w:t>
            </w:r>
          </w:p>
        </w:tc>
        <w:tc>
          <w:tcPr>
            <w:tcW w:type="dxa" w:w="1728"/>
          </w:tcPr>
          <w:p>
            <w:r>
              <w:t>سوته</w:t>
            </w:r>
          </w:p>
        </w:tc>
        <w:tc>
          <w:tcPr>
            <w:tcW w:type="dxa" w:w="1728"/>
          </w:tcPr>
          <w:p>
            <w:r>
              <w:t>دلان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912*22*943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Hoseinh397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9391411*0*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Farhadtohidi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93**933*99</w:t>
            </w:r>
          </w:p>
        </w:tc>
        <w:tc>
          <w:tcPr>
            <w:tcW w:type="dxa" w:w="1728"/>
          </w:tcPr>
          <w:p>
            <w:r>
              <w:t>gole abi</w:t>
            </w:r>
          </w:p>
        </w:tc>
        <w:tc>
          <w:tcPr>
            <w:tcW w:type="dxa" w:w="1728"/>
          </w:tcPr>
          <w:p>
            <w:r>
              <w:t>💙💙</w:t>
            </w:r>
          </w:p>
        </w:tc>
        <w:tc>
          <w:tcPr>
            <w:tcW w:type="dxa" w:w="1728"/>
          </w:tcPr>
          <w:p>
            <w:r>
              <w:t>esteghlal_abiete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912*42137*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Alirezagholveisi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93*39**001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Morteza187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91*37477*1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>
              <w:t>Karamian</w:t>
            </w:r>
          </w:p>
        </w:tc>
        <w:tc>
          <w:tcPr>
            <w:tcW w:type="dxa" w:w="1728"/>
          </w:tcPr>
          <w:p>
            <w:r>
              <w:t>ilya6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912073*7*7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TRADER</w:t>
            </w:r>
          </w:p>
        </w:tc>
        <w:tc>
          <w:tcPr>
            <w:tcW w:type="dxa" w:w="1728"/>
          </w:tcPr>
          <w:p>
            <w:r>
              <w:t>moshavertrader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9374**1474</w:t>
            </w:r>
          </w:p>
        </w:tc>
        <w:tc>
          <w:tcPr>
            <w:tcW w:type="dxa" w:w="1728"/>
          </w:tcPr>
          <w:p>
            <w:r>
              <w:t>*محمد*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Moh1354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919*03390*</w:t>
            </w:r>
          </w:p>
        </w:tc>
        <w:tc>
          <w:tcPr>
            <w:tcW w:type="dxa" w:w="1728"/>
          </w:tcPr>
          <w:p>
            <w:r>
              <w:t>?مهری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91***23**9</w:t>
            </w:r>
          </w:p>
        </w:tc>
        <w:tc>
          <w:tcPr>
            <w:tcW w:type="dxa" w:w="1728"/>
          </w:tcPr>
          <w:p>
            <w:r>
              <w:t>Karami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yzk5354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93792**4*3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933472*1*1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FOTBSS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93*1**0290</w:t>
            </w:r>
          </w:p>
        </w:tc>
        <w:tc>
          <w:tcPr>
            <w:tcW w:type="dxa" w:w="1728"/>
          </w:tcPr>
          <w:p>
            <w:r>
              <w:t>چشـــــــــم بــــــــازار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BourseGod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91743290*2</w:t>
            </w:r>
          </w:p>
        </w:tc>
        <w:tc>
          <w:tcPr>
            <w:tcW w:type="dxa" w:w="1728"/>
          </w:tcPr>
          <w:p>
            <w:r>
              <w:t>Khaledseddighi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939*3049**</w:t>
            </w:r>
          </w:p>
        </w:tc>
        <w:tc>
          <w:tcPr>
            <w:tcW w:type="dxa" w:w="1728"/>
          </w:tcPr>
          <w:p>
            <w:r>
              <w:t>Reconix01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Reconix01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91217*9**0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Fgdrn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910473*409</w:t>
            </w:r>
          </w:p>
        </w:tc>
        <w:tc>
          <w:tcPr>
            <w:tcW w:type="dxa" w:w="1728"/>
          </w:tcPr>
          <w:p>
            <w:r>
              <w:t>F.A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937*7*0*7*</w:t>
            </w:r>
          </w:p>
        </w:tc>
        <w:tc>
          <w:tcPr>
            <w:tcW w:type="dxa" w:w="1728"/>
          </w:tcPr>
          <w:p>
            <w:r>
              <w:t>mohammad mahdi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ihemmat1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917*10*19*</w:t>
            </w:r>
          </w:p>
        </w:tc>
        <w:tc>
          <w:tcPr>
            <w:tcW w:type="dxa" w:w="1728"/>
          </w:tcPr>
          <w:p>
            <w:r>
              <w:t>❤ɱƠɧԹɱɱԹժ❤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Mohamad_hz1367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910**4792*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Rosha1396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93*37*1**0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qh578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912219*471</w:t>
            </w:r>
          </w:p>
        </w:tc>
        <w:tc>
          <w:tcPr>
            <w:tcW w:type="dxa" w:w="1728"/>
          </w:tcPr>
          <w:p>
            <w:r>
              <w:t>فقط</w:t>
            </w:r>
          </w:p>
        </w:tc>
        <w:tc>
          <w:tcPr>
            <w:tcW w:type="dxa" w:w="1728"/>
          </w:tcPr>
          <w:p>
            <w:r>
              <w:t>خدا</w:t>
            </w:r>
          </w:p>
        </w:tc>
        <w:tc>
          <w:tcPr>
            <w:tcW w:type="dxa" w:w="1728"/>
          </w:tcPr>
          <w:p>
            <w:r>
              <w:t>SaeedMojajlal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912*27*10*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Safety222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9100*****0</w:t>
            </w:r>
          </w:p>
        </w:tc>
        <w:tc>
          <w:tcPr>
            <w:tcW w:type="dxa" w:w="1728"/>
          </w:tcPr>
          <w:p>
            <w:r>
              <w:t>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A_KH_71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910200*044</w:t>
            </w:r>
          </w:p>
        </w:tc>
        <w:tc>
          <w:tcPr>
            <w:tcW w:type="dxa" w:w="1728"/>
          </w:tcPr>
          <w:p>
            <w:r>
              <w:t>Behnam😾🐱</w:t>
            </w:r>
          </w:p>
        </w:tc>
        <w:tc>
          <w:tcPr>
            <w:tcW w:type="dxa" w:w="1728"/>
          </w:tcPr>
          <w:p>
            <w:r>
              <w:t>Sh🐈‍⬛🐱😺</w:t>
            </w:r>
          </w:p>
        </w:tc>
        <w:tc>
          <w:tcPr>
            <w:tcW w:type="dxa" w:w="1728"/>
          </w:tcPr>
          <w:p>
            <w:r>
              <w:t>Behnamsh1368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92127**47*</w:t>
            </w:r>
          </w:p>
        </w:tc>
        <w:tc>
          <w:tcPr>
            <w:tcW w:type="dxa" w:w="1728"/>
          </w:tcPr>
          <w:p>
            <w:r>
              <w:t>n.h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ghudi36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9300*90043</w:t>
            </w:r>
          </w:p>
        </w:tc>
        <w:tc>
          <w:tcPr>
            <w:tcW w:type="dxa" w:w="1728"/>
          </w:tcPr>
          <w:p>
            <w:r>
              <w:t>Mmm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sepehr1985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91233*4420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Zolghadr</w:t>
            </w:r>
          </w:p>
        </w:tc>
        <w:tc>
          <w:tcPr>
            <w:tcW w:type="dxa" w:w="1728"/>
          </w:tcPr>
          <w:p>
            <w:r>
              <w:t>Masoudzolghadr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91*0*32**9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S2024Sssss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91227*91*2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amir10251025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9127**71*9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Bayat</w:t>
            </w:r>
          </w:p>
        </w:tc>
        <w:tc>
          <w:tcPr>
            <w:tcW w:type="dxa" w:w="1728"/>
          </w:tcPr>
          <w:p>
            <w:r>
              <w:t>hamed01986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9374*02*2*</w:t>
            </w:r>
          </w:p>
        </w:tc>
        <w:tc>
          <w:tcPr>
            <w:tcW w:type="dxa" w:w="1728"/>
          </w:tcPr>
          <w:p>
            <w:r>
              <w:t>s.@hm@d</w:t>
            </w:r>
          </w:p>
        </w:tc>
        <w:tc>
          <w:tcPr>
            <w:tcW w:type="dxa" w:w="1728"/>
          </w:tcPr>
          <w:p>
            <w:r>
              <w:t>moo$@vi</w:t>
            </w:r>
          </w:p>
        </w:tc>
        <w:tc>
          <w:tcPr>
            <w:tcW w:type="dxa" w:w="1728"/>
          </w:tcPr>
          <w:p>
            <w:r>
              <w:t>a12m28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930*301144</w:t>
            </w:r>
          </w:p>
        </w:tc>
        <w:tc>
          <w:tcPr>
            <w:tcW w:type="dxa" w:w="1728"/>
          </w:tcPr>
          <w:p>
            <w:r>
              <w:t>ghafar rouhandeh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Ghafarrouhandeh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912*99*0*2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Amirdarooki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93794121**</w:t>
            </w:r>
          </w:p>
        </w:tc>
        <w:tc>
          <w:tcPr>
            <w:tcW w:type="dxa" w:w="1728"/>
          </w:tcPr>
          <w:p>
            <w:r>
              <w:t>A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Khordad_1397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91121***4*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HA9059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9139773343</w:t>
            </w:r>
          </w:p>
        </w:tc>
        <w:tc>
          <w:tcPr>
            <w:tcW w:type="dxa" w:w="1728"/>
          </w:tcPr>
          <w:p>
            <w:r>
              <w:t>Rashedi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Herman8106538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93*2013700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sepahan1997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91901*9030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&amp; Q</w:t>
            </w:r>
          </w:p>
        </w:tc>
        <w:tc>
          <w:tcPr>
            <w:tcW w:type="dxa" w:w="1728"/>
          </w:tcPr>
          <w:p>
            <w:r>
              <w:t>Gh332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91222*2031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mehdiahooraei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9120*10090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smthm94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912477*01*</w:t>
            </w:r>
          </w:p>
        </w:tc>
        <w:tc>
          <w:tcPr>
            <w:tcW w:type="dxa" w:w="1728"/>
          </w:tcPr>
          <w:p>
            <w:r>
              <w:t>فرشاد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Diana13397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9129301*20</w:t>
            </w:r>
          </w:p>
        </w:tc>
        <w:tc>
          <w:tcPr>
            <w:tcW w:type="dxa" w:w="1728"/>
          </w:tcPr>
          <w:p>
            <w:r>
              <w:t>Mar</w:t>
            </w:r>
          </w:p>
        </w:tc>
        <w:tc>
          <w:tcPr>
            <w:tcW w:type="dxa" w:w="1728"/>
          </w:tcPr>
          <w:p>
            <w:r>
              <w:t>Jan</w:t>
            </w:r>
          </w:p>
        </w:tc>
        <w:tc>
          <w:tcPr>
            <w:tcW w:type="dxa" w:w="1728"/>
          </w:tcPr>
          <w:p>
            <w:r>
              <w:t>Marjan_ravaji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91*7*020**</w:t>
            </w:r>
          </w:p>
        </w:tc>
        <w:tc>
          <w:tcPr>
            <w:tcW w:type="dxa" w:w="1728"/>
          </w:tcPr>
          <w:p>
            <w:r>
              <w:t>mmmmm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MAT1036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9910*2**22</w:t>
            </w:r>
          </w:p>
        </w:tc>
        <w:tc>
          <w:tcPr>
            <w:tcW w:type="dxa" w:w="1728"/>
          </w:tcPr>
          <w:p>
            <w:r>
              <w:t>tel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tell_86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912323*392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Doroudiani</w:t>
            </w:r>
          </w:p>
        </w:tc>
        <w:tc>
          <w:tcPr>
            <w:tcW w:type="dxa" w:w="1728"/>
          </w:tcPr>
          <w:p>
            <w:r>
              <w:t>Hadi_Doroud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9372034*27</w:t>
            </w:r>
          </w:p>
        </w:tc>
        <w:tc>
          <w:tcPr>
            <w:tcW w:type="dxa" w:w="1728"/>
          </w:tcPr>
          <w:p>
            <w:r>
              <w:t>محمدی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mohammadi13540701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912*007703</w:t>
            </w:r>
          </w:p>
        </w:tc>
        <w:tc>
          <w:tcPr>
            <w:tcW w:type="dxa" w:w="1728"/>
          </w:tcPr>
          <w:p>
            <w:r>
              <w:t>Shahram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912**21400</w:t>
            </w:r>
          </w:p>
        </w:tc>
        <w:tc>
          <w:tcPr>
            <w:tcW w:type="dxa" w:w="1728"/>
          </w:tcPr>
          <w:p>
            <w:r>
              <w:t>محمود</w:t>
            </w:r>
          </w:p>
        </w:tc>
        <w:tc>
          <w:tcPr>
            <w:tcW w:type="dxa" w:w="1728"/>
          </w:tcPr>
          <w:p>
            <w:r>
              <w:t>طاهری</w:t>
            </w:r>
          </w:p>
        </w:tc>
        <w:tc>
          <w:tcPr>
            <w:tcW w:type="dxa" w:w="1728"/>
          </w:tcPr>
          <w:p>
            <w:r>
              <w:t>Mahmoud_Tahery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93014*0300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Balouch70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91274*7144</w:t>
            </w:r>
          </w:p>
        </w:tc>
        <w:tc>
          <w:tcPr>
            <w:tcW w:type="dxa" w:w="1728"/>
          </w:tcPr>
          <w:p>
            <w:r>
              <w:t>Hamid.s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HamiD524444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913**40*40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>
              <w:t>Miladfarzanehh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91732130**</w:t>
            </w:r>
          </w:p>
        </w:tc>
        <w:tc>
          <w:tcPr>
            <w:tcW w:type="dxa" w:w="1728"/>
          </w:tcPr>
          <w:p>
            <w:r>
              <w:t>💙vahid moradi💙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91*9931*21</w:t>
            </w:r>
          </w:p>
        </w:tc>
        <w:tc>
          <w:tcPr>
            <w:tcW w:type="dxa" w:w="1728"/>
          </w:tcPr>
          <w:p>
            <w:r>
              <w:t>خودت رو بخدا$X🐈‍⬛🥠🍅</w:t>
            </w:r>
          </w:p>
        </w:tc>
        <w:tc>
          <w:tcPr>
            <w:tcW w:type="dxa" w:w="1728"/>
          </w:tcPr>
          <w:p>
            <w:r>
              <w:t>و دیگران را به لیاقتشون بسپار</w:t>
            </w:r>
          </w:p>
        </w:tc>
        <w:tc>
          <w:tcPr>
            <w:tcW w:type="dxa" w:w="1728"/>
          </w:tcPr>
          <w:p>
            <w:r>
              <w:t>Sailor_45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93*49143*2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Ramin1403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91**920422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Eskandari</w:t>
            </w:r>
          </w:p>
        </w:tc>
        <w:tc>
          <w:tcPr>
            <w:tcW w:type="dxa" w:w="1728"/>
          </w:tcPr>
          <w:p>
            <w:r>
              <w:t>mesk63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914190****</w:t>
            </w:r>
          </w:p>
        </w:tc>
        <w:tc>
          <w:tcPr>
            <w:tcW w:type="dxa" w:w="1728"/>
          </w:tcPr>
          <w:p>
            <w:r>
              <w:t>علیرضا مردانی زنوز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lireza_mardani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912003*40*</w:t>
            </w:r>
          </w:p>
        </w:tc>
        <w:tc>
          <w:tcPr>
            <w:tcW w:type="dxa" w:w="1728"/>
          </w:tcPr>
          <w:p>
            <w:r>
              <w:t>Telegram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9373440**1</w:t>
            </w:r>
          </w:p>
        </w:tc>
        <w:tc>
          <w:tcPr>
            <w:tcW w:type="dxa" w:w="1728"/>
          </w:tcPr>
          <w:p>
            <w:r>
              <w:t>🌸🌸Arta🌸🌸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Arta13951400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91231*319*</w:t>
            </w:r>
          </w:p>
        </w:tc>
        <w:tc>
          <w:tcPr>
            <w:tcW w:type="dxa" w:w="1728"/>
          </w:tcPr>
          <w:p>
            <w:r>
              <w:t>بهروز</w:t>
            </w:r>
          </w:p>
        </w:tc>
        <w:tc>
          <w:tcPr>
            <w:tcW w:type="dxa" w:w="1728"/>
          </w:tcPr>
          <w:p>
            <w:r>
              <w:t>قاسمي</w:t>
            </w:r>
          </w:p>
        </w:tc>
        <w:tc>
          <w:tcPr>
            <w:tcW w:type="dxa" w:w="1728"/>
          </w:tcPr>
          <w:p>
            <w:r>
              <w:t>ghasemib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912*34*144</w:t>
            </w:r>
          </w:p>
        </w:tc>
        <w:tc>
          <w:tcPr>
            <w:tcW w:type="dxa" w:w="1728"/>
          </w:tcPr>
          <w:p>
            <w:r>
              <w:t>Telegram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91*3439*73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dr_AR_pa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912**93*10</w:t>
            </w:r>
          </w:p>
        </w:tc>
        <w:tc>
          <w:tcPr>
            <w:tcW w:type="dxa" w:w="1728"/>
          </w:tcPr>
          <w:p>
            <w:r>
              <w:t>ش.یوسفی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Yousefi14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91***4131*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>
              <w:t>Razian</w:t>
            </w:r>
          </w:p>
        </w:tc>
        <w:tc>
          <w:tcPr>
            <w:tcW w:type="dxa" w:w="1728"/>
          </w:tcPr>
          <w:p>
            <w:r>
              <w:t>hajirazian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91203*3310</w:t>
            </w:r>
          </w:p>
        </w:tc>
        <w:tc>
          <w:tcPr>
            <w:tcW w:type="dxa" w:w="1728"/>
          </w:tcPr>
          <w:p>
            <w:r>
              <w:t>Mahan</w:t>
            </w:r>
          </w:p>
        </w:tc>
        <w:tc>
          <w:tcPr>
            <w:tcW w:type="dxa" w:w="1728"/>
          </w:tcPr>
          <w:p>
            <w:r>
              <w:t>Raeeseh</w:t>
            </w:r>
          </w:p>
        </w:tc>
        <w:tc>
          <w:tcPr>
            <w:tcW w:type="dxa" w:w="1728"/>
          </w:tcPr>
          <w:p>
            <w:r>
              <w:t>Mahan_Raeeseh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91214*339*</w:t>
            </w:r>
          </w:p>
        </w:tc>
        <w:tc>
          <w:tcPr>
            <w:tcW w:type="dxa" w:w="1728"/>
          </w:tcPr>
          <w:p>
            <w:r>
              <w:t>Tavakoli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asghar_tav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9193*3*310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Alitraid133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93*9*9**77</w:t>
            </w:r>
          </w:p>
        </w:tc>
        <w:tc>
          <w:tcPr>
            <w:tcW w:type="dxa" w:w="1728"/>
          </w:tcPr>
          <w:p>
            <w:r>
              <w:t>Borhanian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Borhanian_mo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933**2*247</w:t>
            </w:r>
          </w:p>
        </w:tc>
        <w:tc>
          <w:tcPr>
            <w:tcW w:type="dxa" w:w="1728"/>
          </w:tcPr>
          <w:p>
            <w:r>
              <w:t>؟</w:t>
            </w:r>
          </w:p>
        </w:tc>
        <w:tc>
          <w:tcPr>
            <w:tcW w:type="dxa" w:w="1728"/>
          </w:tcPr>
          <w:p>
            <w:r>
              <w:t>؟؟</w:t>
            </w:r>
          </w:p>
        </w:tc>
        <w:tc>
          <w:tcPr>
            <w:tcW w:type="dxa" w:w="1728"/>
          </w:tcPr>
          <w:p>
            <w:r>
              <w:t>H1400hart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913311**32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Mehdi_1357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91904*4*7*</w:t>
            </w:r>
          </w:p>
        </w:tc>
        <w:tc>
          <w:tcPr>
            <w:tcW w:type="dxa" w:w="1728"/>
          </w:tcPr>
          <w:p>
            <w:r>
              <w:t>Smart trader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mmmm45789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93*9202021</w:t>
            </w:r>
          </w:p>
        </w:tc>
        <w:tc>
          <w:tcPr>
            <w:tcW w:type="dxa" w:w="1728"/>
          </w:tcPr>
          <w:p>
            <w:r>
              <w:t>Hamid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mansouri722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91*914*172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Pll30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91**17704*</w:t>
            </w:r>
          </w:p>
        </w:tc>
        <w:tc>
          <w:tcPr>
            <w:tcW w:type="dxa" w:w="1728"/>
          </w:tcPr>
          <w:p>
            <w:r>
              <w:t>M@hdi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foladmah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  <w:tr>
        <w:tc>
          <w:tcPr>
            <w:tcW w:type="dxa" w:w="1728"/>
          </w:tcPr>
          <w:p>
            <w:r>
              <w:t>92112**012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Atmm1515</w:t>
            </w:r>
          </w:p>
        </w:tc>
        <w:tc>
          <w:tcPr>
            <w:tcW w:type="dxa" w:w="1728"/>
          </w:tcPr>
          <w:p>
            <w:r>
              <w:t>سهامداران سدبیر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سهامداران سدبیر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