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سمساری لس آنجلس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سمساری لس آنجلس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93*1777**7</w:t>
            </w:r>
          </w:p>
        </w:tc>
        <w:tc>
          <w:tcPr>
            <w:tcW w:type="dxa" w:w="1728"/>
          </w:tcPr>
          <w:p>
            <w:r>
              <w:t>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ariyamarin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9223**1*49</w:t>
            </w:r>
          </w:p>
        </w:tc>
        <w:tc>
          <w:tcPr>
            <w:tcW w:type="dxa" w:w="1728"/>
          </w:tcPr>
          <w:p>
            <w:r>
              <w:t>Smyh</w:t>
            </w:r>
          </w:p>
        </w:tc>
        <w:tc>
          <w:tcPr>
            <w:tcW w:type="dxa" w:w="1728"/>
          </w:tcPr>
          <w:p>
            <w:r>
              <w:t>Musavi</w:t>
            </w:r>
          </w:p>
        </w:tc>
        <w:tc>
          <w:tcPr>
            <w:tcW w:type="dxa" w:w="1728"/>
          </w:tcPr>
          <w:p>
            <w:r>
              <w:t>Fkh19780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939241934*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naafaasw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93*1*17193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He</w:t>
            </w:r>
          </w:p>
        </w:tc>
        <w:tc>
          <w:tcPr>
            <w:tcW w:type="dxa" w:w="1728"/>
          </w:tcPr>
          <w:p>
            <w:r>
              <w:t>m_hedayatttt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93*1007274</w:t>
            </w:r>
          </w:p>
        </w:tc>
        <w:tc>
          <w:tcPr>
            <w:tcW w:type="dxa" w:w="1728"/>
          </w:tcPr>
          <w:p>
            <w:r>
              <w:t>AryA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USArya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91311*1*70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NavidRah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93010*30**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rojan8o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93010*309*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miiniiias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91211**17*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tradetransport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93*1*43239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samira2832ab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91*20*1*4*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Abbas_Abbas_20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913*0*1*24</w:t>
            </w:r>
          </w:p>
        </w:tc>
        <w:tc>
          <w:tcPr>
            <w:tcW w:type="dxa" w:w="1728"/>
          </w:tcPr>
          <w:p>
            <w:r>
              <w:t>Dr.</w:t>
            </w:r>
          </w:p>
        </w:tc>
        <w:tc>
          <w:tcPr>
            <w:tcW w:type="dxa" w:w="1728"/>
          </w:tcPr>
          <w:p>
            <w:r>
              <w:t>Nobahar</w:t>
            </w:r>
          </w:p>
        </w:tc>
        <w:tc>
          <w:tcPr>
            <w:tcW w:type="dxa" w:w="1728"/>
          </w:tcPr>
          <w:p>
            <w:r>
              <w:t>Dr_nobahar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9123*07739</w:t>
            </w:r>
          </w:p>
        </w:tc>
        <w:tc>
          <w:tcPr>
            <w:tcW w:type="dxa" w:w="1728"/>
          </w:tcPr>
          <w:p>
            <w:r>
              <w:t>رویال موزیک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Royalmusic90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91127*341*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>
              <w:t>Javanmehr</w:t>
            </w:r>
          </w:p>
        </w:tc>
        <w:tc>
          <w:tcPr>
            <w:tcW w:type="dxa" w:w="1728"/>
          </w:tcPr>
          <w:p>
            <w:r>
              <w:t>Marsianpeach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93099203*0</w:t>
            </w:r>
          </w:p>
        </w:tc>
        <w:tc>
          <w:tcPr>
            <w:tcW w:type="dxa" w:w="1728"/>
          </w:tcPr>
          <w:p>
            <w:r>
              <w:t>ابی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ebibargh67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917*32**1*</w:t>
            </w:r>
          </w:p>
        </w:tc>
        <w:tc>
          <w:tcPr>
            <w:tcW w:type="dxa" w:w="1728"/>
          </w:tcPr>
          <w:p>
            <w:r>
              <w:t>msss</w:t>
            </w:r>
          </w:p>
        </w:tc>
        <w:tc>
          <w:tcPr>
            <w:tcW w:type="dxa" w:w="1728"/>
          </w:tcPr>
          <w:p>
            <w:r>
              <w:t>64</w:t>
            </w:r>
          </w:p>
        </w:tc>
        <w:tc>
          <w:tcPr>
            <w:tcW w:type="dxa" w:w="1728"/>
          </w:tcPr>
          <w:p>
            <w:r>
              <w:t>msss64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912433*99*</w:t>
            </w:r>
          </w:p>
        </w:tc>
        <w:tc>
          <w:tcPr>
            <w:tcW w:type="dxa" w:w="1728"/>
          </w:tcPr>
          <w:p>
            <w:r>
              <w:t>Mitra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mitraNaderpour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912**7*374</w:t>
            </w:r>
          </w:p>
        </w:tc>
        <w:tc>
          <w:tcPr>
            <w:tcW w:type="dxa" w:w="1728"/>
          </w:tcPr>
          <w:p>
            <w:r>
              <w:t>SAEED POURMOGHTADER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SAEED_POURMOGHTADER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912102329*</w:t>
            </w:r>
          </w:p>
        </w:tc>
        <w:tc>
          <w:tcPr>
            <w:tcW w:type="dxa" w:w="1728"/>
          </w:tcPr>
          <w:p>
            <w:r>
              <w:t>Shervin</w:t>
            </w:r>
          </w:p>
        </w:tc>
        <w:tc>
          <w:tcPr>
            <w:tcW w:type="dxa" w:w="1728"/>
          </w:tcPr>
          <w:p>
            <w:r>
              <w:t>Salari</w:t>
            </w:r>
          </w:p>
        </w:tc>
        <w:tc>
          <w:tcPr>
            <w:tcW w:type="dxa" w:w="1728"/>
          </w:tcPr>
          <w:p>
            <w:r>
              <w:t>shervinsalari1983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933***91**</w:t>
            </w:r>
          </w:p>
        </w:tc>
        <w:tc>
          <w:tcPr>
            <w:tcW w:type="dxa" w:w="1728"/>
          </w:tcPr>
          <w:p>
            <w:r>
              <w:t>Nina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Art_o_cake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91**2010*0</w:t>
            </w:r>
          </w:p>
        </w:tc>
        <w:tc>
          <w:tcPr>
            <w:tcW w:type="dxa" w:w="1728"/>
          </w:tcPr>
          <w:p>
            <w:r>
              <w:t>_A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930*901213</w:t>
            </w:r>
          </w:p>
        </w:tc>
        <w:tc>
          <w:tcPr>
            <w:tcW w:type="dxa" w:w="1728"/>
          </w:tcPr>
          <w:p>
            <w:r>
              <w:t>♥SAEED_POURMOGHTADER_MD♥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SPMNNKK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91710*43*2</w:t>
            </w:r>
          </w:p>
        </w:tc>
        <w:tc>
          <w:tcPr>
            <w:tcW w:type="dxa" w:w="1728"/>
          </w:tcPr>
          <w:p>
            <w:r>
              <w:t>A . 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Az9599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90141*3*2*</w:t>
            </w:r>
          </w:p>
        </w:tc>
        <w:tc>
          <w:tcPr>
            <w:tcW w:type="dxa" w:w="1728"/>
          </w:tcPr>
          <w:p>
            <w:r>
              <w:t>˙·٠•●❤?❤●•٠·˙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Abadanimh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9111*3*3*7</w:t>
            </w:r>
          </w:p>
        </w:tc>
        <w:tc>
          <w:tcPr>
            <w:tcW w:type="dxa" w:w="1728"/>
          </w:tcPr>
          <w:p>
            <w:r>
              <w:t>dr dds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dr_ds1400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9122007094</w:t>
            </w:r>
          </w:p>
        </w:tc>
        <w:tc>
          <w:tcPr>
            <w:tcW w:type="dxa" w:w="1728"/>
          </w:tcPr>
          <w:p>
            <w:r>
              <w:t>Sheida</w:t>
            </w:r>
          </w:p>
        </w:tc>
        <w:tc>
          <w:tcPr>
            <w:tcW w:type="dxa" w:w="1728"/>
          </w:tcPr>
          <w:p>
            <w:r>
              <w:t>Vakil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903**42744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anayix3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913340***1</w:t>
            </w:r>
          </w:p>
        </w:tc>
        <w:tc>
          <w:tcPr>
            <w:tcW w:type="dxa" w:w="1728"/>
          </w:tcPr>
          <w:p>
            <w:r>
              <w:t>Hakimeh Shahheidari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hakimeh1_sh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93737*90*7</w:t>
            </w:r>
          </w:p>
        </w:tc>
        <w:tc>
          <w:tcPr>
            <w:tcW w:type="dxa" w:w="1728"/>
          </w:tcPr>
          <w:p>
            <w:r>
              <w:t>نگاه مادر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Yr8906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9124*33*39</w:t>
            </w:r>
          </w:p>
        </w:tc>
        <w:tc>
          <w:tcPr>
            <w:tcW w:type="dxa" w:w="1728"/>
          </w:tcPr>
          <w:p>
            <w:r>
              <w:t>Nazy B.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mahe51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93774921**</w:t>
            </w:r>
          </w:p>
        </w:tc>
        <w:tc>
          <w:tcPr>
            <w:tcW w:type="dxa" w:w="1728"/>
          </w:tcPr>
          <w:p>
            <w:r>
              <w:t>Habib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habib_tgh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917*914704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912*9*4*0*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Ss</w:t>
            </w:r>
          </w:p>
        </w:tc>
        <w:tc>
          <w:tcPr>
            <w:tcW w:type="dxa" w:w="1728"/>
          </w:tcPr>
          <w:p>
            <w:r>
              <w:t>hajme3vom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91434*92**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91972*7707</w:t>
            </w:r>
          </w:p>
        </w:tc>
        <w:tc>
          <w:tcPr>
            <w:tcW w:type="dxa" w:w="1728"/>
          </w:tcPr>
          <w:p>
            <w:r>
              <w:t>soleil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soleilb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91247*9794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hamidrezajahangir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93***7*2**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Mahmm95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919*327*37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Mahjourian</w:t>
            </w:r>
          </w:p>
        </w:tc>
        <w:tc>
          <w:tcPr>
            <w:tcW w:type="dxa" w:w="1728"/>
          </w:tcPr>
          <w:p>
            <w:r>
              <w:t>RWMQ1997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9014*07*30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912*129*21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Hosseini1973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90317*4***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Mi_Sahar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92123709**</w:t>
            </w:r>
          </w:p>
        </w:tc>
        <w:tc>
          <w:tcPr>
            <w:tcW w:type="dxa" w:w="1728"/>
          </w:tcPr>
          <w:p>
            <w:r>
              <w:t>king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kayvan20000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9171732*2*</w:t>
            </w:r>
          </w:p>
        </w:tc>
        <w:tc>
          <w:tcPr>
            <w:tcW w:type="dxa" w:w="1728"/>
          </w:tcPr>
          <w:p>
            <w:r>
              <w:t>Seyedreza</w:t>
            </w:r>
          </w:p>
        </w:tc>
        <w:tc>
          <w:tcPr>
            <w:tcW w:type="dxa" w:w="1728"/>
          </w:tcPr>
          <w:p>
            <w:r>
              <w:t>Sameni</w:t>
            </w:r>
          </w:p>
        </w:tc>
        <w:tc>
          <w:tcPr>
            <w:tcW w:type="dxa" w:w="1728"/>
          </w:tcPr>
          <w:p>
            <w:r>
              <w:t>Srsameni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917291437*</w:t>
            </w:r>
          </w:p>
        </w:tc>
        <w:tc>
          <w:tcPr>
            <w:tcW w:type="dxa" w:w="1728"/>
          </w:tcPr>
          <w:p>
            <w:r>
              <w:t>jimo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ssaammllppoz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9127127323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saharia88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911*002920</w:t>
            </w:r>
          </w:p>
        </w:tc>
        <w:tc>
          <w:tcPr>
            <w:tcW w:type="dxa" w:w="1728"/>
          </w:tcPr>
          <w:p>
            <w:r>
              <w:t>Monica✨</w:t>
            </w:r>
          </w:p>
        </w:tc>
        <w:tc>
          <w:tcPr>
            <w:tcW w:type="dxa" w:w="1728"/>
          </w:tcPr>
          <w:p>
            <w:r>
              <w:t>stevens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917301**00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Hoseinmousaviii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9371402*00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Amir2020200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922242*943</w:t>
            </w:r>
          </w:p>
        </w:tc>
        <w:tc>
          <w:tcPr>
            <w:tcW w:type="dxa" w:w="1728"/>
          </w:tcPr>
          <w:p>
            <w:r>
              <w:t>ziba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933*474*42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Raha7011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91211117**</w:t>
            </w:r>
          </w:p>
        </w:tc>
        <w:tc>
          <w:tcPr>
            <w:tcW w:type="dxa" w:w="1728"/>
          </w:tcPr>
          <w:p>
            <w:r>
              <w:t>Mike</w:t>
            </w:r>
          </w:p>
        </w:tc>
        <w:tc>
          <w:tcPr>
            <w:tcW w:type="dxa" w:w="1728"/>
          </w:tcPr>
          <w:p>
            <w:r>
              <w:t>Zaeim</w:t>
            </w:r>
          </w:p>
        </w:tc>
        <w:tc>
          <w:tcPr>
            <w:tcW w:type="dxa" w:w="1728"/>
          </w:tcPr>
          <w:p>
            <w:r>
              <w:t>mo_zzzzz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91421*3*07</w:t>
            </w:r>
          </w:p>
        </w:tc>
        <w:tc>
          <w:tcPr>
            <w:tcW w:type="dxa" w:w="1728"/>
          </w:tcPr>
          <w:p>
            <w:r>
              <w:t>Fereshteh</w:t>
            </w:r>
          </w:p>
        </w:tc>
        <w:tc>
          <w:tcPr>
            <w:tcW w:type="dxa" w:w="1728"/>
          </w:tcPr>
          <w:p>
            <w:r>
              <w:t>Mh</w:t>
            </w:r>
          </w:p>
        </w:tc>
        <w:tc>
          <w:tcPr>
            <w:tcW w:type="dxa" w:w="1728"/>
          </w:tcPr>
          <w:p>
            <w:r>
              <w:t>Feteshteh_md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93*007*473</w:t>
            </w:r>
          </w:p>
        </w:tc>
        <w:tc>
          <w:tcPr>
            <w:tcW w:type="dxa" w:w="1728"/>
          </w:tcPr>
          <w:p>
            <w:r>
              <w:t>Saeideh</w:t>
            </w:r>
          </w:p>
        </w:tc>
        <w:tc>
          <w:tcPr>
            <w:tcW w:type="dxa" w:w="1728"/>
          </w:tcPr>
          <w:p>
            <w:r>
              <w:t>MA</w:t>
            </w:r>
          </w:p>
        </w:tc>
        <w:tc>
          <w:tcPr>
            <w:tcW w:type="dxa" w:w="1728"/>
          </w:tcPr>
          <w:p>
            <w:r>
              <w:t>saeidehm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91217*2*3*</w:t>
            </w:r>
          </w:p>
        </w:tc>
        <w:tc>
          <w:tcPr>
            <w:tcW w:type="dxa" w:w="1728"/>
          </w:tcPr>
          <w:p>
            <w:r>
              <w:t>Ronia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Ronia_Marjani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912143*700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Mohseni</w:t>
            </w:r>
          </w:p>
        </w:tc>
        <w:tc>
          <w:tcPr>
            <w:tcW w:type="dxa" w:w="1728"/>
          </w:tcPr>
          <w:p>
            <w:r>
              <w:t>Alexmohi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90*2*22304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nilo9li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9123*41209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Ss31ss57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91***04**0</w:t>
            </w:r>
          </w:p>
        </w:tc>
        <w:tc>
          <w:tcPr>
            <w:tcW w:type="dxa" w:w="1728"/>
          </w:tcPr>
          <w:p>
            <w:r>
              <w:t>N.</w:t>
            </w:r>
          </w:p>
        </w:tc>
        <w:tc>
          <w:tcPr>
            <w:tcW w:type="dxa" w:w="1728"/>
          </w:tcPr>
          <w:p>
            <w:r>
              <w:t>Sajjadi</w:t>
            </w:r>
          </w:p>
        </w:tc>
        <w:tc>
          <w:tcPr>
            <w:tcW w:type="dxa" w:w="1728"/>
          </w:tcPr>
          <w:p>
            <w:r>
              <w:t>Nsajjadi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912*090*30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912*134291</w:t>
            </w:r>
          </w:p>
        </w:tc>
        <w:tc>
          <w:tcPr>
            <w:tcW w:type="dxa" w:w="1728"/>
          </w:tcPr>
          <w:p>
            <w:r>
              <w:t>E.</w:t>
            </w:r>
          </w:p>
        </w:tc>
        <w:tc>
          <w:tcPr>
            <w:tcW w:type="dxa" w:w="1728"/>
          </w:tcPr>
          <w:p>
            <w:r>
              <w:t>T.</w:t>
            </w:r>
          </w:p>
        </w:tc>
        <w:tc>
          <w:tcPr>
            <w:tcW w:type="dxa" w:w="1728"/>
          </w:tcPr>
          <w:p>
            <w:r>
              <w:t>Fatemeh5Y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93010*3097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rahai54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9133*291*3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917314*07*</w:t>
            </w:r>
          </w:p>
        </w:tc>
        <w:tc>
          <w:tcPr>
            <w:tcW w:type="dxa" w:w="1728"/>
          </w:tcPr>
          <w:p>
            <w:r>
              <w:t>C.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dr_hemyari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914*942*07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Moein_njr1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91*09*9124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903**49***</w:t>
            </w:r>
          </w:p>
        </w:tc>
        <w:tc>
          <w:tcPr>
            <w:tcW w:type="dxa" w:w="1728"/>
          </w:tcPr>
          <w:p>
            <w:r>
              <w:t>فالور فقط 9 تومان 😍 بیو چک کن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masihadc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9122391739</w:t>
            </w:r>
          </w:p>
        </w:tc>
        <w:tc>
          <w:tcPr>
            <w:tcW w:type="dxa" w:w="1728"/>
          </w:tcPr>
          <w:p>
            <w:r>
              <w:t>Shailin</w:t>
            </w:r>
          </w:p>
        </w:tc>
        <w:tc>
          <w:tcPr>
            <w:tcW w:type="dxa" w:w="1728"/>
          </w:tcPr>
          <w:p>
            <w:r>
              <w:t>Javaheri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93911***21</w:t>
            </w:r>
          </w:p>
        </w:tc>
        <w:tc>
          <w:tcPr>
            <w:tcW w:type="dxa" w:w="1728"/>
          </w:tcPr>
          <w:p>
            <w:r>
              <w:t>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Ebizare81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910941*997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MatinMashhadii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9133143140</w:t>
            </w:r>
          </w:p>
        </w:tc>
        <w:tc>
          <w:tcPr>
            <w:tcW w:type="dxa" w:w="1728"/>
          </w:tcPr>
          <w:p>
            <w:r>
              <w:t>کیهان کالا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keyhankala1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9149*913*7</w:t>
            </w:r>
          </w:p>
        </w:tc>
        <w:tc>
          <w:tcPr>
            <w:tcW w:type="dxa" w:w="1728"/>
          </w:tcPr>
          <w:p>
            <w:r>
              <w:t>AgroFarm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AgroFarmNasr17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93*0291**3</w:t>
            </w:r>
          </w:p>
        </w:tc>
        <w:tc>
          <w:tcPr>
            <w:tcW w:type="dxa" w:w="1728"/>
          </w:tcPr>
          <w:p>
            <w:r>
              <w:t>Siamak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91243412*3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saeeedhn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9172*737**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a1999098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919*14194*</w:t>
            </w:r>
          </w:p>
        </w:tc>
        <w:tc>
          <w:tcPr>
            <w:tcW w:type="dxa" w:w="1728"/>
          </w:tcPr>
          <w:p>
            <w:r>
              <w:t>شرکت اترک انرژی راد</w:t>
            </w:r>
          </w:p>
        </w:tc>
        <w:tc>
          <w:tcPr>
            <w:tcW w:type="dxa" w:w="1728"/>
          </w:tcPr>
          <w:p>
            <w:r>
              <w:t>/ AtracEnergy.ir</w:t>
            </w:r>
          </w:p>
        </w:tc>
        <w:tc>
          <w:tcPr>
            <w:tcW w:type="dxa" w:w="1728"/>
          </w:tcPr>
          <w:p>
            <w:r>
              <w:t>AtracEnergy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9141**9270</w:t>
            </w:r>
          </w:p>
        </w:tc>
        <w:tc>
          <w:tcPr>
            <w:tcW w:type="dxa" w:w="1728"/>
          </w:tcPr>
          <w:p>
            <w:r>
              <w:t>S 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Somaye_shahini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9117*49*00</w:t>
            </w:r>
          </w:p>
        </w:tc>
        <w:tc>
          <w:tcPr>
            <w:tcW w:type="dxa" w:w="1728"/>
          </w:tcPr>
          <w:p>
            <w:r>
              <w:t>Sana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S_alna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91211*3*73</w:t>
            </w:r>
          </w:p>
        </w:tc>
        <w:tc>
          <w:tcPr>
            <w:tcW w:type="dxa" w:w="1728"/>
          </w:tcPr>
          <w:p>
            <w:r>
              <w:t>Nasser</w:t>
            </w:r>
          </w:p>
        </w:tc>
        <w:tc>
          <w:tcPr>
            <w:tcW w:type="dxa" w:w="1728"/>
          </w:tcPr>
          <w:p>
            <w:r>
              <w:t>Motamedi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9123*991**</w:t>
            </w:r>
          </w:p>
        </w:tc>
        <w:tc>
          <w:tcPr>
            <w:tcW w:type="dxa" w:w="1728"/>
          </w:tcPr>
          <w:p>
            <w:r>
              <w:t>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LAservice</w:t>
            </w:r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  <w:tr>
        <w:tc>
          <w:tcPr>
            <w:tcW w:type="dxa" w:w="1728"/>
          </w:tcPr>
          <w:p>
            <w:r>
              <w:t>9231*97*31</w:t>
            </w:r>
          </w:p>
        </w:tc>
        <w:tc>
          <w:tcPr>
            <w:tcW w:type="dxa" w:w="1728"/>
          </w:tcPr>
          <w:p>
            <w:r>
              <w:t>Yasi</w:t>
            </w:r>
          </w:p>
        </w:tc>
        <w:tc>
          <w:tcPr>
            <w:tcW w:type="dxa" w:w="1728"/>
          </w:tcPr>
          <w:p>
            <w:r>
              <w:t>Ahmafi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سمساری لس آنجلس 💢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سمساری لس آنجلس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