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سلامت و درمان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سلامت و درمان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9394*740*4</w:t>
            </w:r>
          </w:p>
        </w:tc>
        <w:tc>
          <w:tcPr>
            <w:tcW w:type="dxa" w:w="1728"/>
          </w:tcPr>
          <w:p>
            <w:r>
              <w:t>احمد کریمی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91**132922</w:t>
            </w:r>
          </w:p>
        </w:tc>
        <w:tc>
          <w:tcPr>
            <w:tcW w:type="dxa" w:w="1728"/>
          </w:tcPr>
          <w:p>
            <w:r>
              <w:t>M.Ghafoornia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91*3110*3*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Rezvani</w:t>
            </w:r>
          </w:p>
        </w:tc>
        <w:tc>
          <w:tcPr>
            <w:tcW w:type="dxa" w:w="1728"/>
          </w:tcPr>
          <w:p>
            <w:r>
              <w:t>MRezvani44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912*4091*9</w:t>
            </w:r>
          </w:p>
        </w:tc>
        <w:tc>
          <w:tcPr>
            <w:tcW w:type="dxa" w:w="1728"/>
          </w:tcPr>
          <w:p>
            <w:r>
              <w:t>sepehr</w:t>
            </w:r>
          </w:p>
        </w:tc>
        <w:tc>
          <w:tcPr>
            <w:tcW w:type="dxa" w:w="1728"/>
          </w:tcPr>
          <w:p>
            <w:r>
              <w:t>solki</w:t>
            </w:r>
          </w:p>
        </w:tc>
        <w:tc>
          <w:tcPr>
            <w:tcW w:type="dxa" w:w="1728"/>
          </w:tcPr>
          <w:p>
            <w:r>
              <w:t>sepehrsolgi70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919**74**0</w:t>
            </w:r>
          </w:p>
        </w:tc>
        <w:tc>
          <w:tcPr>
            <w:tcW w:type="dxa" w:w="1728"/>
          </w:tcPr>
          <w:p>
            <w:r>
              <w:t>m&amp;a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9127334**1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Mbhrnz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93*7*4*0**</w:t>
            </w:r>
          </w:p>
        </w:tc>
        <w:tc>
          <w:tcPr>
            <w:tcW w:type="dxa" w:w="1728"/>
          </w:tcPr>
          <w:p>
            <w:r>
              <w:t>M S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Tajmahfun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939*43*0*4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911*0*401*</w:t>
            </w:r>
          </w:p>
        </w:tc>
        <w:tc>
          <w:tcPr>
            <w:tcW w:type="dxa" w:w="1728"/>
          </w:tcPr>
          <w:p>
            <w:r>
              <w:t>منتظر</w:t>
            </w:r>
          </w:p>
        </w:tc>
        <w:tc>
          <w:tcPr>
            <w:tcW w:type="dxa" w:w="1728"/>
          </w:tcPr>
          <w:p>
            <w:r>
              <w:t>منتظری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933***0314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914193*943</w:t>
            </w:r>
          </w:p>
        </w:tc>
        <w:tc>
          <w:tcPr>
            <w:tcW w:type="dxa" w:w="1728"/>
          </w:tcPr>
          <w:p>
            <w:r>
              <w:t>باقر</w:t>
            </w:r>
          </w:p>
        </w:tc>
        <w:tc>
          <w:tcPr>
            <w:tcW w:type="dxa" w:w="1728"/>
          </w:tcPr>
          <w:p>
            <w:r>
              <w:t>ش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913432449*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zandi</w:t>
            </w:r>
          </w:p>
        </w:tc>
        <w:tc>
          <w:tcPr>
            <w:tcW w:type="dxa" w:w="1728"/>
          </w:tcPr>
          <w:p>
            <w:r>
              <w:t>zandi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93*49732*2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91219*0*29</w:t>
            </w:r>
          </w:p>
        </w:tc>
        <w:tc>
          <w:tcPr>
            <w:tcW w:type="dxa" w:w="1728"/>
          </w:tcPr>
          <w:p>
            <w:r>
              <w:t>Vihan</w:t>
            </w:r>
          </w:p>
        </w:tc>
        <w:tc>
          <w:tcPr>
            <w:tcW w:type="dxa" w:w="1728"/>
          </w:tcPr>
          <w:p>
            <w:r>
              <w:t>Khan</w:t>
            </w:r>
          </w:p>
        </w:tc>
        <w:tc>
          <w:tcPr>
            <w:tcW w:type="dxa" w:w="1728"/>
          </w:tcPr>
          <w:p>
            <w:r>
              <w:t>reza_ezatee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937*14*1**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MRR1314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91*9**2191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9379**4904</w:t>
            </w:r>
          </w:p>
        </w:tc>
        <w:tc>
          <w:tcPr>
            <w:tcW w:type="dxa" w:w="1728"/>
          </w:tcPr>
          <w:p>
            <w:r>
              <w:t>افرنگ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Afrang_68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914*7*2709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Asrayousefi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91*2411493</w:t>
            </w:r>
          </w:p>
        </w:tc>
        <w:tc>
          <w:tcPr>
            <w:tcW w:type="dxa" w:w="1728"/>
          </w:tcPr>
          <w:p>
            <w:r>
              <w:t>دانیال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914732*12*</w:t>
            </w:r>
          </w:p>
        </w:tc>
        <w:tc>
          <w:tcPr>
            <w:tcW w:type="dxa" w:w="1728"/>
          </w:tcPr>
          <w:p>
            <w:r>
              <w:t>سخاوت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912**17*97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بهمنی</w:t>
            </w:r>
          </w:p>
        </w:tc>
        <w:tc>
          <w:tcPr>
            <w:tcW w:type="dxa" w:w="1728"/>
          </w:tcPr>
          <w:p>
            <w:r>
              <w:t>Bahmani51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9194**7**9</w:t>
            </w:r>
          </w:p>
        </w:tc>
        <w:tc>
          <w:tcPr>
            <w:tcW w:type="dxa" w:w="1728"/>
          </w:tcPr>
          <w:p>
            <w:r>
              <w:t>روز گار تلخ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sss_42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93**32**93</w:t>
            </w:r>
          </w:p>
        </w:tc>
        <w:tc>
          <w:tcPr>
            <w:tcW w:type="dxa" w:w="1728"/>
          </w:tcPr>
          <w:p>
            <w:r>
              <w:t>Nazanin.Pantea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93*1121*49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benamesaghii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93*27**9*0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91231*994*</w:t>
            </w:r>
          </w:p>
        </w:tc>
        <w:tc>
          <w:tcPr>
            <w:tcW w:type="dxa" w:w="1728"/>
          </w:tcPr>
          <w:p>
            <w:r>
              <w:t>Aliakbar</w:t>
            </w:r>
          </w:p>
        </w:tc>
        <w:tc>
          <w:tcPr>
            <w:tcW w:type="dxa" w:w="1728"/>
          </w:tcPr>
          <w:p>
            <w:r>
              <w:t>Aghaei</w:t>
            </w:r>
          </w:p>
        </w:tc>
        <w:tc>
          <w:tcPr>
            <w:tcW w:type="dxa" w:w="1728"/>
          </w:tcPr>
          <w:p>
            <w:r>
              <w:t>Aliakbaraghaeii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93*12*0914</w:t>
            </w:r>
          </w:p>
        </w:tc>
        <w:tc>
          <w:tcPr>
            <w:tcW w:type="dxa" w:w="1728"/>
          </w:tcPr>
          <w:p>
            <w:r>
              <w:t>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91*3009**0</w:t>
            </w:r>
          </w:p>
        </w:tc>
        <w:tc>
          <w:tcPr>
            <w:tcW w:type="dxa" w:w="1728"/>
          </w:tcPr>
          <w:p>
            <w:r>
              <w:t>منیر 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91*941*3*0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Amir_brahoei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93*7***40*</w:t>
            </w:r>
          </w:p>
        </w:tc>
        <w:tc>
          <w:tcPr>
            <w:tcW w:type="dxa" w:w="1728"/>
          </w:tcPr>
          <w:p>
            <w:r>
              <w:t>اعتماد بی موقع به آدم‌های اشتباه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Kiyhan612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914*03*22*</w:t>
            </w:r>
          </w:p>
        </w:tc>
        <w:tc>
          <w:tcPr>
            <w:tcW w:type="dxa" w:w="1728"/>
          </w:tcPr>
          <w:p>
            <w:r>
              <w:t>amirhosain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919**4*0**</w:t>
            </w:r>
          </w:p>
        </w:tc>
        <w:tc>
          <w:tcPr>
            <w:tcW w:type="dxa" w:w="1728"/>
          </w:tcPr>
          <w:p>
            <w:r>
              <w:t>Hamid 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Vbgghjn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914230*944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912310*00*</w:t>
            </w:r>
          </w:p>
        </w:tc>
        <w:tc>
          <w:tcPr>
            <w:tcW w:type="dxa" w:w="1728"/>
          </w:tcPr>
          <w:p>
            <w:r>
              <w:t>صادق</w:t>
            </w:r>
          </w:p>
        </w:tc>
        <w:tc>
          <w:tcPr>
            <w:tcW w:type="dxa" w:w="1728"/>
          </w:tcPr>
          <w:p>
            <w:r>
              <w:t>عبداللهي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913239*121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Bahadoran369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912**9*2*1</w:t>
            </w:r>
          </w:p>
        </w:tc>
        <w:tc>
          <w:tcPr>
            <w:tcW w:type="dxa" w:w="1728"/>
          </w:tcPr>
          <w:p>
            <w:r>
              <w:t>معصومه🥠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Masumederakhshan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93991*2021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Mohamad_88w7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93*03110*4</w:t>
            </w:r>
          </w:p>
        </w:tc>
        <w:tc>
          <w:tcPr>
            <w:tcW w:type="dxa" w:w="1728"/>
          </w:tcPr>
          <w:p>
            <w:r>
              <w:t>سلطان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93942*901*</w:t>
            </w:r>
          </w:p>
        </w:tc>
        <w:tc>
          <w:tcPr>
            <w:tcW w:type="dxa" w:w="1728"/>
          </w:tcPr>
          <w:p>
            <w:r>
              <w:t>ابی</w:t>
            </w:r>
          </w:p>
        </w:tc>
        <w:tc>
          <w:tcPr>
            <w:tcW w:type="dxa" w:w="1728"/>
          </w:tcPr>
          <w:p>
            <w:r>
              <w:t>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91*43997**</w:t>
            </w:r>
          </w:p>
        </w:tc>
        <w:tc>
          <w:tcPr>
            <w:tcW w:type="dxa" w:w="1728"/>
          </w:tcPr>
          <w:p>
            <w:r>
              <w:t>دهقان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9140*0**7*</w:t>
            </w:r>
          </w:p>
        </w:tc>
        <w:tc>
          <w:tcPr>
            <w:tcW w:type="dxa" w:w="1728"/>
          </w:tcPr>
          <w:p>
            <w:r>
              <w:t>^~^ ¤_¤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HOSSIN123454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91333***33</w:t>
            </w:r>
          </w:p>
        </w:tc>
        <w:tc>
          <w:tcPr>
            <w:tcW w:type="dxa" w:w="1728"/>
          </w:tcPr>
          <w:p>
            <w:r>
              <w:t>.•♫•♬•مهدی•♬•♫•.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9191*47193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9900392*4*</w:t>
            </w:r>
          </w:p>
        </w:tc>
        <w:tc>
          <w:tcPr>
            <w:tcW w:type="dxa" w:w="1728"/>
          </w:tcPr>
          <w:p>
            <w:r>
              <w:t>رجبعلي صادقي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930*024293</w:t>
            </w:r>
          </w:p>
        </w:tc>
        <w:tc>
          <w:tcPr>
            <w:tcW w:type="dxa" w:w="1728"/>
          </w:tcPr>
          <w:p>
            <w:r>
              <w:t>...........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9377**2**4</w:t>
            </w:r>
          </w:p>
        </w:tc>
        <w:tc>
          <w:tcPr>
            <w:tcW w:type="dxa" w:w="1728"/>
          </w:tcPr>
          <w:p>
            <w:r>
              <w:t>سمانه</w:t>
            </w:r>
          </w:p>
        </w:tc>
        <w:tc>
          <w:tcPr>
            <w:tcW w:type="dxa" w:w="1728"/>
          </w:tcPr>
          <w:p>
            <w:r>
              <w:t>ناصری</w:t>
            </w:r>
          </w:p>
        </w:tc>
        <w:tc>
          <w:tcPr>
            <w:tcW w:type="dxa" w:w="1728"/>
          </w:tcPr>
          <w:p>
            <w:r>
              <w:t>samaneh651q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937*7*4747</w:t>
            </w:r>
          </w:p>
        </w:tc>
        <w:tc>
          <w:tcPr>
            <w:tcW w:type="dxa" w:w="1728"/>
          </w:tcPr>
          <w:p>
            <w:r>
              <w:t>کریم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91*2992997</w:t>
            </w:r>
          </w:p>
        </w:tc>
        <w:tc>
          <w:tcPr>
            <w:tcW w:type="dxa" w:w="1728"/>
          </w:tcPr>
          <w:p>
            <w:r>
              <w:t>Mamad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914*334**4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Tak3245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913923*4*7</w:t>
            </w:r>
          </w:p>
        </w:tc>
        <w:tc>
          <w:tcPr>
            <w:tcW w:type="dxa" w:w="1728"/>
          </w:tcPr>
          <w:p>
            <w:r>
              <w:t>●▬▬๑▅▆▇█۩۩M...👧۩۩█▇▆▅●▬▬๑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9900*197*4</w:t>
            </w:r>
          </w:p>
        </w:tc>
        <w:tc>
          <w:tcPr>
            <w:tcW w:type="dxa" w:w="1728"/>
          </w:tcPr>
          <w:p>
            <w:r>
              <w:t>A&amp;R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Ali3zarr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9133*7427*</w:t>
            </w:r>
          </w:p>
        </w:tc>
        <w:tc>
          <w:tcPr>
            <w:tcW w:type="dxa" w:w="1728"/>
          </w:tcPr>
          <w:p>
            <w:r>
              <w:t>zarei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937**290*0</w:t>
            </w:r>
          </w:p>
        </w:tc>
        <w:tc>
          <w:tcPr>
            <w:tcW w:type="dxa" w:w="1728"/>
          </w:tcPr>
          <w:p>
            <w:r>
              <w:t>KILIP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KILIP59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903*123**1</w:t>
            </w:r>
          </w:p>
        </w:tc>
        <w:tc>
          <w:tcPr>
            <w:tcW w:type="dxa" w:w="1728"/>
          </w:tcPr>
          <w:p>
            <w:r>
              <w:t>Tehran</w:t>
            </w:r>
          </w:p>
        </w:tc>
        <w:tc>
          <w:tcPr>
            <w:tcW w:type="dxa" w:w="1728"/>
          </w:tcPr>
          <w:p>
            <w:r>
              <w:t>Shiraz</w:t>
            </w:r>
          </w:p>
        </w:tc>
        <w:tc>
          <w:tcPr>
            <w:tcW w:type="dxa" w:w="1728"/>
          </w:tcPr>
          <w:p>
            <w:r>
              <w:t>AddeeelllleeeddA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917*3*1093</w:t>
            </w:r>
          </w:p>
        </w:tc>
        <w:tc>
          <w:tcPr>
            <w:tcW w:type="dxa" w:w="1728"/>
          </w:tcPr>
          <w:p>
            <w:r>
              <w:t>یا رزاق یا فتاح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Meraj13931397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901*3379*3</w:t>
            </w:r>
          </w:p>
        </w:tc>
        <w:tc>
          <w:tcPr>
            <w:tcW w:type="dxa" w:w="1728"/>
          </w:tcPr>
          <w:p>
            <w:r>
              <w:t>Mahmoud.m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Mm89401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90374*4***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hhiijjkkmm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91*91*1102</w:t>
            </w:r>
          </w:p>
        </w:tc>
        <w:tc>
          <w:tcPr>
            <w:tcW w:type="dxa" w:w="1728"/>
          </w:tcPr>
          <w:p>
            <w:r>
              <w:t>˙·٠•●♥مرتضی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91*7***437</w:t>
            </w:r>
          </w:p>
        </w:tc>
        <w:tc>
          <w:tcPr>
            <w:tcW w:type="dxa" w:w="1728"/>
          </w:tcPr>
          <w:p>
            <w:r>
              <w:t>‌❉্᭄͜͡ستوده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9131*****3</w:t>
            </w:r>
          </w:p>
        </w:tc>
        <w:tc>
          <w:tcPr>
            <w:tcW w:type="dxa" w:w="1728"/>
          </w:tcPr>
          <w:p>
            <w:r>
              <w:t>Amirarsalan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922*4*9*4*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Rewqgg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91903*37**</w:t>
            </w:r>
          </w:p>
        </w:tc>
        <w:tc>
          <w:tcPr>
            <w:tcW w:type="dxa" w:w="1728"/>
          </w:tcPr>
          <w:p>
            <w:r>
              <w:t>سیاوش</w:t>
            </w:r>
          </w:p>
        </w:tc>
        <w:tc>
          <w:tcPr>
            <w:tcW w:type="dxa" w:w="1728"/>
          </w:tcPr>
          <w:p>
            <w:r>
              <w:t>حکیمی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91177249*1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90**04177*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911241***3</w:t>
            </w:r>
          </w:p>
        </w:tc>
        <w:tc>
          <w:tcPr>
            <w:tcW w:type="dxa" w:w="1728"/>
          </w:tcPr>
          <w:p>
            <w:r>
              <w:t>صدیقه</w:t>
            </w:r>
          </w:p>
        </w:tc>
        <w:tc>
          <w:tcPr>
            <w:tcW w:type="dxa" w:w="1728"/>
          </w:tcPr>
          <w:p>
            <w:r>
              <w:t>اخترشناس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912731**1*</w:t>
            </w:r>
          </w:p>
        </w:tc>
        <w:tc>
          <w:tcPr>
            <w:tcW w:type="dxa" w:w="1728"/>
          </w:tcPr>
          <w:p>
            <w:r>
              <w:t>علی اکبر</w:t>
            </w:r>
          </w:p>
        </w:tc>
        <w:tc>
          <w:tcPr>
            <w:tcW w:type="dxa" w:w="1728"/>
          </w:tcPr>
          <w:p>
            <w:r>
              <w:t>صفا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914*12**2*</w:t>
            </w:r>
          </w:p>
        </w:tc>
        <w:tc>
          <w:tcPr>
            <w:tcW w:type="dxa" w:w="1728"/>
          </w:tcPr>
          <w:p>
            <w:r>
              <w:t>Alone_wolf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Alone_wolf_tanha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9122214310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منصوریان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93*909*009</w:t>
            </w:r>
          </w:p>
        </w:tc>
        <w:tc>
          <w:tcPr>
            <w:tcW w:type="dxa" w:w="1728"/>
          </w:tcPr>
          <w:p>
            <w:r>
              <w:t>☁☔</w:t>
            </w:r>
          </w:p>
        </w:tc>
        <w:tc>
          <w:tcPr>
            <w:tcW w:type="dxa" w:w="1728"/>
          </w:tcPr>
          <w:p>
            <w:r>
              <w:t>🌈🌌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93*3**9733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9147714172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912797*912</w:t>
            </w:r>
          </w:p>
        </w:tc>
        <w:tc>
          <w:tcPr>
            <w:tcW w:type="dxa" w:w="1728"/>
          </w:tcPr>
          <w:p>
            <w:r>
              <w:t>S.R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Sr83s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919*207122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9192***927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Jeiran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910*24**1*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Majedtajek21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91**13*123</w:t>
            </w:r>
          </w:p>
        </w:tc>
        <w:tc>
          <w:tcPr>
            <w:tcW w:type="dxa" w:w="1728"/>
          </w:tcPr>
          <w:p>
            <w:r>
              <w:t>Faghani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F_Faghani99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91****9*91</w:t>
            </w:r>
          </w:p>
        </w:tc>
        <w:tc>
          <w:tcPr>
            <w:tcW w:type="dxa" w:w="1728"/>
          </w:tcPr>
          <w:p>
            <w:r>
              <w:t>خدا...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Feadr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93**7**017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9141701**9</w:t>
            </w:r>
          </w:p>
        </w:tc>
        <w:tc>
          <w:tcPr>
            <w:tcW w:type="dxa" w:w="1728"/>
          </w:tcPr>
          <w:p>
            <w:r>
              <w:t>s..</w:t>
            </w:r>
          </w:p>
        </w:tc>
        <w:tc>
          <w:tcPr>
            <w:tcW w:type="dxa" w:w="1728"/>
          </w:tcPr>
          <w:p>
            <w:r>
              <w:t>em</w:t>
            </w:r>
          </w:p>
        </w:tc>
        <w:tc>
          <w:tcPr>
            <w:tcW w:type="dxa" w:w="1728"/>
          </w:tcPr>
          <w:p>
            <w:r>
              <w:t>emami120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  <w:tr>
        <w:tc>
          <w:tcPr>
            <w:tcW w:type="dxa" w:w="1728"/>
          </w:tcPr>
          <w:p>
            <w:r>
              <w:t>91**74411*</w:t>
            </w:r>
          </w:p>
        </w:tc>
        <w:tc>
          <w:tcPr>
            <w:tcW w:type="dxa" w:w="1728"/>
          </w:tcPr>
          <w:p>
            <w:r>
              <w:t>مظفر</w:t>
            </w:r>
          </w:p>
        </w:tc>
        <w:tc>
          <w:tcPr>
            <w:tcW w:type="dxa" w:w="1728"/>
          </w:tcPr>
          <w:p>
            <w:r>
              <w:t>حیدری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سلامت و درمان🍵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سلامت و درمان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