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سفرهای نمونه آمیهان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سفرهای نمونه آمیهان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91*33**99*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R79169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91*90**2*9</w:t>
            </w:r>
          </w:p>
        </w:tc>
        <w:tc>
          <w:tcPr>
            <w:tcW w:type="dxa" w:w="1728"/>
          </w:tcPr>
          <w:p>
            <w:r>
              <w:t>Feri.</w:t>
            </w:r>
          </w:p>
        </w:tc>
        <w:tc>
          <w:tcPr>
            <w:tcW w:type="dxa" w:w="1728"/>
          </w:tcPr>
          <w:p>
            <w:r>
              <w:t>Kia</w:t>
            </w:r>
          </w:p>
        </w:tc>
        <w:tc>
          <w:tcPr>
            <w:tcW w:type="dxa" w:w="1728"/>
          </w:tcPr>
          <w:p>
            <w:r>
              <w:t>Mashatehia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91*3*21*49</w:t>
            </w:r>
          </w:p>
        </w:tc>
        <w:tc>
          <w:tcPr>
            <w:tcW w:type="dxa" w:w="1728"/>
          </w:tcPr>
          <w:p>
            <w:r>
              <w:t>Mth</w:t>
            </w:r>
          </w:p>
        </w:tc>
        <w:tc>
          <w:tcPr>
            <w:tcW w:type="dxa" w:w="1728"/>
          </w:tcPr>
          <w:p>
            <w:r>
              <w:t>Mth</w:t>
            </w:r>
          </w:p>
        </w:tc>
        <w:tc>
          <w:tcPr>
            <w:tcW w:type="dxa" w:w="1728"/>
          </w:tcPr>
          <w:p>
            <w:r>
              <w:t>Mth521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91233491*0</w:t>
            </w:r>
          </w:p>
        </w:tc>
        <w:tc>
          <w:tcPr>
            <w:tcW w:type="dxa" w:w="1728"/>
          </w:tcPr>
          <w:p>
            <w:r>
              <w:t>Ebrahim</w:t>
            </w:r>
          </w:p>
        </w:tc>
        <w:tc>
          <w:tcPr>
            <w:tcW w:type="dxa" w:w="1728"/>
          </w:tcPr>
          <w:p>
            <w:r>
              <w:t>Najafi</w:t>
            </w:r>
          </w:p>
        </w:tc>
        <w:tc>
          <w:tcPr>
            <w:tcW w:type="dxa" w:w="1728"/>
          </w:tcPr>
          <w:p>
            <w:r>
              <w:t>Ebrahimnajafi42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912*0*2***</w:t>
            </w:r>
          </w:p>
        </w:tc>
        <w:tc>
          <w:tcPr>
            <w:tcW w:type="dxa" w:w="1728"/>
          </w:tcPr>
          <w:p>
            <w:r>
              <w:t>vakilian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m_vakiliyan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93*4990390</w:t>
            </w:r>
          </w:p>
        </w:tc>
        <w:tc>
          <w:tcPr>
            <w:tcW w:type="dxa" w:w="1728"/>
          </w:tcPr>
          <w:p>
            <w:r>
              <w:t>Amir mohammd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AmirMMTa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93*9*7*20*</w:t>
            </w:r>
          </w:p>
        </w:tc>
        <w:tc>
          <w:tcPr>
            <w:tcW w:type="dxa" w:w="1728"/>
          </w:tcPr>
          <w:p>
            <w:r>
              <w:t>Ahad gharedaghi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Ahadgharedaghi400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91*3*21997</w:t>
            </w:r>
          </w:p>
        </w:tc>
        <w:tc>
          <w:tcPr>
            <w:tcW w:type="dxa" w:w="1728"/>
          </w:tcPr>
          <w:p>
            <w:r>
              <w:t>Dr</w:t>
            </w:r>
          </w:p>
        </w:tc>
        <w:tc>
          <w:tcPr>
            <w:tcW w:type="dxa" w:w="1728"/>
          </w:tcPr>
          <w:p>
            <w:r>
              <w:t>Mirbagheri</w:t>
            </w:r>
          </w:p>
        </w:tc>
        <w:tc>
          <w:tcPr>
            <w:tcW w:type="dxa" w:w="1728"/>
          </w:tcPr>
          <w:p>
            <w:r>
              <w:t>Dr_S_M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91*9*24*0*</w:t>
            </w:r>
          </w:p>
        </w:tc>
        <w:tc>
          <w:tcPr>
            <w:tcW w:type="dxa" w:w="1728"/>
          </w:tcPr>
          <w:p>
            <w:r>
              <w:t>Afshari m.r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afshari36225251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93*1*7**01</w:t>
            </w:r>
          </w:p>
        </w:tc>
        <w:tc>
          <w:tcPr>
            <w:tcW w:type="dxa" w:w="1728"/>
          </w:tcPr>
          <w:p>
            <w:r>
              <w:t>ƧΣƬΛYΣƧ𝙃</w:t>
            </w:r>
          </w:p>
        </w:tc>
        <w:tc>
          <w:tcPr>
            <w:tcW w:type="dxa" w:w="1728"/>
          </w:tcPr>
          <w:p>
            <w:r>
              <w:t>C.j</w:t>
            </w:r>
          </w:p>
        </w:tc>
        <w:tc>
          <w:tcPr>
            <w:tcW w:type="dxa" w:w="1728"/>
          </w:tcPr>
          <w:p>
            <w:r>
              <w:t>s_ailar_s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9391*22**9</w:t>
            </w:r>
          </w:p>
        </w:tc>
        <w:tc>
          <w:tcPr>
            <w:tcW w:type="dxa" w:w="1728"/>
          </w:tcPr>
          <w:p>
            <w:r>
              <w:t>Pejman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pb2242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9394*1290*</w:t>
            </w:r>
          </w:p>
        </w:tc>
        <w:tc>
          <w:tcPr>
            <w:tcW w:type="dxa" w:w="1728"/>
          </w:tcPr>
          <w:p>
            <w:r>
              <w:t>Yasin</w:t>
            </w:r>
          </w:p>
        </w:tc>
        <w:tc>
          <w:tcPr>
            <w:tcW w:type="dxa" w:w="1728"/>
          </w:tcPr>
          <w:p>
            <w:r>
              <w:t>Sajedinia</w:t>
            </w:r>
          </w:p>
        </w:tc>
        <w:tc>
          <w:tcPr>
            <w:tcW w:type="dxa" w:w="1728"/>
          </w:tcPr>
          <w:p>
            <w:r>
              <w:t>ebidara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920*174023</w:t>
            </w:r>
          </w:p>
        </w:tc>
        <w:tc>
          <w:tcPr>
            <w:tcW w:type="dxa" w:w="1728"/>
          </w:tcPr>
          <w:p>
            <w:r>
              <w:t>J.m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Jm817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912*0***3*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Safaei</w:t>
            </w:r>
          </w:p>
        </w:tc>
        <w:tc>
          <w:tcPr>
            <w:tcW w:type="dxa" w:w="1728"/>
          </w:tcPr>
          <w:p>
            <w:r>
              <w:t>safaeitrading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93*399**90</w:t>
            </w:r>
          </w:p>
        </w:tc>
        <w:tc>
          <w:tcPr>
            <w:tcW w:type="dxa" w:w="1728"/>
          </w:tcPr>
          <w:p>
            <w:r>
              <w:t>nima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nima8067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91*4911772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Vahidrafatii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91*373***2</w:t>
            </w:r>
          </w:p>
        </w:tc>
        <w:tc>
          <w:tcPr>
            <w:tcW w:type="dxa" w:w="1728"/>
          </w:tcPr>
          <w:p>
            <w:r>
              <w:t>امید</w:t>
            </w:r>
          </w:p>
        </w:tc>
        <w:tc>
          <w:tcPr>
            <w:tcW w:type="dxa" w:w="1728"/>
          </w:tcPr>
          <w:p>
            <w:r>
              <w:t>عطار 09163735662</w:t>
            </w:r>
          </w:p>
        </w:tc>
        <w:tc>
          <w:tcPr>
            <w:tcW w:type="dxa" w:w="1728"/>
          </w:tcPr>
          <w:p>
            <w:r>
              <w:t>omid5662atar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93*479137*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Fasfn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93912*4*73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meysamkashani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91*9*7*70*</w:t>
            </w:r>
          </w:p>
        </w:tc>
        <w:tc>
          <w:tcPr>
            <w:tcW w:type="dxa" w:w="1728"/>
          </w:tcPr>
          <w:p>
            <w:r>
              <w:t>‌se daneal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Se_daneal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91292*7*24</w:t>
            </w:r>
          </w:p>
        </w:tc>
        <w:tc>
          <w:tcPr>
            <w:tcW w:type="dxa" w:w="1728"/>
          </w:tcPr>
          <w:p>
            <w:r>
              <w:t>احمد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AH1854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919*494271</w:t>
            </w:r>
          </w:p>
        </w:tc>
        <w:tc>
          <w:tcPr>
            <w:tcW w:type="dxa" w:w="1728"/>
          </w:tcPr>
          <w:p>
            <w:r>
              <w:t>..........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saman0082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93***40047</w:t>
            </w:r>
          </w:p>
        </w:tc>
        <w:tc>
          <w:tcPr>
            <w:tcW w:type="dxa" w:w="1728"/>
          </w:tcPr>
          <w:p>
            <w:r>
              <w:t>محمود</w:t>
            </w:r>
          </w:p>
        </w:tc>
        <w:tc>
          <w:tcPr>
            <w:tcW w:type="dxa" w:w="1728"/>
          </w:tcPr>
          <w:p>
            <w:r>
              <w:t>گیم نت</w:t>
            </w:r>
          </w:p>
        </w:tc>
        <w:tc>
          <w:tcPr>
            <w:tcW w:type="dxa" w:w="1728"/>
          </w:tcPr>
          <w:p>
            <w:r>
              <w:t>Mahmod_gam_nt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912***2133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ad</w:t>
            </w:r>
          </w:p>
        </w:tc>
        <w:tc>
          <w:tcPr>
            <w:tcW w:type="dxa" w:w="1728"/>
          </w:tcPr>
          <w:p>
            <w:r>
              <w:t>Maryam377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91*7*43*21</w:t>
            </w:r>
          </w:p>
        </w:tc>
        <w:tc>
          <w:tcPr>
            <w:tcW w:type="dxa" w:w="1728"/>
          </w:tcPr>
          <w:p>
            <w:r>
              <w:t>Behrooz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Behrooz7643521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937*77*73*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>
              <w:t>Maleki</w:t>
            </w:r>
          </w:p>
        </w:tc>
        <w:tc>
          <w:tcPr>
            <w:tcW w:type="dxa" w:w="1728"/>
          </w:tcPr>
          <w:p>
            <w:r>
              <w:t>Fgytergfd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9392304910</w:t>
            </w:r>
          </w:p>
        </w:tc>
        <w:tc>
          <w:tcPr>
            <w:tcW w:type="dxa" w:w="1728"/>
          </w:tcPr>
          <w:p>
            <w:r>
              <w:t>H A S A 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hasssan1997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91327*0270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galleryshabnoor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91**31*473</w:t>
            </w:r>
          </w:p>
        </w:tc>
        <w:tc>
          <w:tcPr>
            <w:tcW w:type="dxa" w:w="1728"/>
          </w:tcPr>
          <w:p>
            <w:r>
              <w:t>Kian</w:t>
            </w:r>
          </w:p>
        </w:tc>
        <w:tc>
          <w:tcPr>
            <w:tcW w:type="dxa" w:w="1728"/>
          </w:tcPr>
          <w:p>
            <w:r>
              <w:t>Alimohammadi</w:t>
            </w:r>
          </w:p>
        </w:tc>
        <w:tc>
          <w:tcPr>
            <w:tcW w:type="dxa" w:w="1728"/>
          </w:tcPr>
          <w:p>
            <w:r>
              <w:t>Kian7575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93*9*07*40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Dr_Naproxen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91*3**71*2</w:t>
            </w:r>
          </w:p>
        </w:tc>
        <w:tc>
          <w:tcPr>
            <w:tcW w:type="dxa" w:w="1728"/>
          </w:tcPr>
          <w:p>
            <w:r>
              <w:t>M.A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Mohena4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9133432203</w:t>
            </w:r>
          </w:p>
        </w:tc>
        <w:tc>
          <w:tcPr>
            <w:tcW w:type="dxa" w:w="1728"/>
          </w:tcPr>
          <w:p>
            <w:r>
              <w:t>M.A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amiiiiriiii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9393*029*3</w:t>
            </w:r>
          </w:p>
        </w:tc>
        <w:tc>
          <w:tcPr>
            <w:tcW w:type="dxa" w:w="1728"/>
          </w:tcPr>
          <w:p>
            <w:r>
              <w:t>Muhammad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Mahi1010101010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91*721749*</w:t>
            </w:r>
          </w:p>
        </w:tc>
        <w:tc>
          <w:tcPr>
            <w:tcW w:type="dxa" w:w="1728"/>
          </w:tcPr>
          <w:p>
            <w:r>
              <w:t>💋A&amp;Z💋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Az_7380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9179*1*3*9</w:t>
            </w:r>
          </w:p>
        </w:tc>
        <w:tc>
          <w:tcPr>
            <w:tcW w:type="dxa" w:w="1728"/>
          </w:tcPr>
          <w:p>
            <w:r>
              <w:t>Yazdan</w:t>
            </w:r>
          </w:p>
        </w:tc>
        <w:tc>
          <w:tcPr>
            <w:tcW w:type="dxa" w:w="1728"/>
          </w:tcPr>
          <w:p>
            <w:r>
              <w:t>Salehi</w:t>
            </w:r>
          </w:p>
        </w:tc>
        <w:tc>
          <w:tcPr>
            <w:tcW w:type="dxa" w:w="1728"/>
          </w:tcPr>
          <w:p>
            <w:r>
              <w:t>Yazdan5863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912304193*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kArImI ;-)</w:t>
            </w:r>
          </w:p>
        </w:tc>
        <w:tc>
          <w:tcPr>
            <w:tcW w:type="dxa" w:w="1728"/>
          </w:tcPr>
          <w:p>
            <w:r>
              <w:t>alireza588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93*9*3*3*2</w:t>
            </w:r>
          </w:p>
        </w:tc>
        <w:tc>
          <w:tcPr>
            <w:tcW w:type="dxa" w:w="1728"/>
          </w:tcPr>
          <w:p>
            <w:r>
              <w:t>Ali meymand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Alikermani65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92173***03</w:t>
            </w:r>
          </w:p>
        </w:tc>
        <w:tc>
          <w:tcPr>
            <w:tcW w:type="dxa" w:w="1728"/>
          </w:tcPr>
          <w:p>
            <w:r>
              <w:t>Moein</w:t>
            </w:r>
          </w:p>
        </w:tc>
        <w:tc>
          <w:tcPr>
            <w:tcW w:type="dxa" w:w="1728"/>
          </w:tcPr>
          <w:p>
            <w:r>
              <w:t>Abdi</w:t>
            </w:r>
          </w:p>
        </w:tc>
        <w:tc>
          <w:tcPr>
            <w:tcW w:type="dxa" w:w="1728"/>
          </w:tcPr>
          <w:p>
            <w:r>
              <w:t>Moeinabdi2000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9122*3*704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Dr_mohamm_adabbasian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93*7427010</w:t>
            </w:r>
          </w:p>
        </w:tc>
        <w:tc>
          <w:tcPr>
            <w:tcW w:type="dxa" w:w="1728"/>
          </w:tcPr>
          <w:p>
            <w:r>
              <w:t>Masoud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Masoud_bii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90137330*0</w:t>
            </w:r>
          </w:p>
        </w:tc>
        <w:tc>
          <w:tcPr>
            <w:tcW w:type="dxa" w:w="1728"/>
          </w:tcPr>
          <w:p>
            <w:r>
              <w:t>-ᴀᴍɪʀ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AWIRMV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91970****2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englishinbritish1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91*3*94374</w:t>
            </w:r>
          </w:p>
        </w:tc>
        <w:tc>
          <w:tcPr>
            <w:tcW w:type="dxa" w:w="1728"/>
          </w:tcPr>
          <w:p>
            <w:r>
              <w:t>کاظم</w:t>
            </w:r>
          </w:p>
        </w:tc>
        <w:tc>
          <w:tcPr>
            <w:tcW w:type="dxa" w:w="1728"/>
          </w:tcPr>
          <w:p>
            <w:r>
              <w:t>جانی</w:t>
            </w:r>
          </w:p>
        </w:tc>
        <w:tc>
          <w:tcPr>
            <w:tcW w:type="dxa" w:w="1728"/>
          </w:tcPr>
          <w:p>
            <w:r>
              <w:t>kazem1531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9370**00**</w:t>
            </w:r>
          </w:p>
        </w:tc>
        <w:tc>
          <w:tcPr>
            <w:tcW w:type="dxa" w:w="1728"/>
          </w:tcPr>
          <w:p>
            <w:r>
              <w:t>مهدی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Amirr0066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9024**7904</w:t>
            </w:r>
          </w:p>
        </w:tc>
        <w:tc>
          <w:tcPr>
            <w:tcW w:type="dxa" w:w="1728"/>
          </w:tcPr>
          <w:p>
            <w:r>
              <w:t>ابی سوار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wdddg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93*34027*7</w:t>
            </w:r>
          </w:p>
        </w:tc>
        <w:tc>
          <w:tcPr>
            <w:tcW w:type="dxa" w:w="1728"/>
          </w:tcPr>
          <w:p>
            <w:r>
              <w:t>🎆SaMaN🎆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saman_dehghani00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9390370794</w:t>
            </w:r>
          </w:p>
        </w:tc>
        <w:tc>
          <w:tcPr>
            <w:tcW w:type="dxa" w:w="1728"/>
          </w:tcPr>
          <w:p>
            <w:r>
              <w:t>🫶🫶🫶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TT69M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92109*7*30</w:t>
            </w:r>
          </w:p>
        </w:tc>
        <w:tc>
          <w:tcPr>
            <w:tcW w:type="dxa" w:w="1728"/>
          </w:tcPr>
          <w:p>
            <w:r>
              <w:t>Ahmad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kashan_yarn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90101*43*0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mashhadi</w:t>
            </w:r>
          </w:p>
        </w:tc>
        <w:tc>
          <w:tcPr>
            <w:tcW w:type="dxa" w:w="1728"/>
          </w:tcPr>
          <w:p>
            <w:r>
              <w:t>alimashhadi1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91*21207*2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Gla59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91*34*4024</w:t>
            </w:r>
          </w:p>
        </w:tc>
        <w:tc>
          <w:tcPr>
            <w:tcW w:type="dxa" w:w="1728"/>
          </w:tcPr>
          <w:p>
            <w:r>
              <w:t>Yousof</w:t>
            </w:r>
          </w:p>
        </w:tc>
        <w:tc>
          <w:tcPr>
            <w:tcW w:type="dxa" w:w="1728"/>
          </w:tcPr>
          <w:p>
            <w:r>
              <w:t>Balochzahi</w:t>
            </w:r>
          </w:p>
        </w:tc>
        <w:tc>
          <w:tcPr>
            <w:tcW w:type="dxa" w:w="1728"/>
          </w:tcPr>
          <w:p>
            <w:r>
              <w:t>yousof_balouchzahi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912149*1**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sepasi</w:t>
            </w:r>
          </w:p>
        </w:tc>
        <w:tc>
          <w:tcPr>
            <w:tcW w:type="dxa" w:w="1728"/>
          </w:tcPr>
          <w:p>
            <w:r>
              <w:t>Alisepasi2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93*4*4022*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ajnastorki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91219*0910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Hamedir1362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91907***24</w:t>
            </w:r>
          </w:p>
        </w:tc>
        <w:tc>
          <w:tcPr>
            <w:tcW w:type="dxa" w:w="1728"/>
          </w:tcPr>
          <w:p>
            <w:r>
              <w:t>Parisa 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perlite_M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91**31*919</w:t>
            </w:r>
          </w:p>
        </w:tc>
        <w:tc>
          <w:tcPr>
            <w:tcW w:type="dxa" w:w="1728"/>
          </w:tcPr>
          <w:p>
            <w:r>
              <w:t>مهدی</w:t>
            </w:r>
          </w:p>
        </w:tc>
        <w:tc>
          <w:tcPr>
            <w:tcW w:type="dxa" w:w="1728"/>
          </w:tcPr>
          <w:p>
            <w:r>
              <w:t>امجدیان</w:t>
            </w:r>
          </w:p>
        </w:tc>
        <w:tc>
          <w:tcPr>
            <w:tcW w:type="dxa" w:w="1728"/>
          </w:tcPr>
          <w:p>
            <w:r>
              <w:t>mahde_amjadyan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9192**0223</w:t>
            </w:r>
          </w:p>
        </w:tc>
        <w:tc>
          <w:tcPr>
            <w:tcW w:type="dxa" w:w="1728"/>
          </w:tcPr>
          <w:p>
            <w:r>
              <w:t>﷽عـ۪۪۪۪۪ٕ۪۪۪ۡ۟۟۟͜͝ـٜٜٜٜٜٜٜٜٜٜٜٜ۟۟۟۟۟ؒ͜͝ـ͜͝ـ❁۪۪۠۠۠۠۠۠۠ـ۪۪۪۪۪ٕ۪ۡ͜͝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Abbas0223v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9193**091*</w:t>
            </w:r>
          </w:p>
        </w:tc>
        <w:tc>
          <w:tcPr>
            <w:tcW w:type="dxa" w:w="1728"/>
          </w:tcPr>
          <w:p>
            <w:r>
              <w:t>مجید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majid021130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913213049*</w:t>
            </w:r>
          </w:p>
        </w:tc>
        <w:tc>
          <w:tcPr>
            <w:tcW w:type="dxa" w:w="1728"/>
          </w:tcPr>
          <w:p>
            <w:r>
              <w:t>بورس لوازم خانگی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Lavazem09132130498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9012*0**21</w:t>
            </w:r>
          </w:p>
        </w:tc>
        <w:tc>
          <w:tcPr>
            <w:tcW w:type="dxa" w:w="1728"/>
          </w:tcPr>
          <w:p>
            <w:r>
              <w:t>Fatemeh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fa_he_1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93**3*3301</w:t>
            </w:r>
          </w:p>
        </w:tc>
        <w:tc>
          <w:tcPr>
            <w:tcW w:type="dxa" w:w="1728"/>
          </w:tcPr>
          <w:p>
            <w:r>
              <w:t>Masoud</w:t>
            </w:r>
          </w:p>
        </w:tc>
        <w:tc>
          <w:tcPr>
            <w:tcW w:type="dxa" w:w="1728"/>
          </w:tcPr>
          <w:p>
            <w:r>
              <w:t>Nooraie</w:t>
            </w:r>
          </w:p>
        </w:tc>
        <w:tc>
          <w:tcPr>
            <w:tcW w:type="dxa" w:w="1728"/>
          </w:tcPr>
          <w:p>
            <w:r>
              <w:t>Masoud_noorainia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9123*4***2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Amere</w:t>
            </w:r>
          </w:p>
        </w:tc>
        <w:tc>
          <w:tcPr>
            <w:tcW w:type="dxa" w:w="1728"/>
          </w:tcPr>
          <w:p>
            <w:r>
              <w:t>aliamere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91*09030*3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>
              <w:t>Sabzehkar</w:t>
            </w:r>
          </w:p>
        </w:tc>
        <w:tc>
          <w:tcPr>
            <w:tcW w:type="dxa" w:w="1728"/>
          </w:tcPr>
          <w:p>
            <w:r>
              <w:t>Mahdi3063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922332120*</w:t>
            </w:r>
          </w:p>
        </w:tc>
        <w:tc>
          <w:tcPr>
            <w:tcW w:type="dxa" w:w="1728"/>
          </w:tcPr>
          <w:p>
            <w:r>
              <w:t>؟‌،,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Shydayyy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93*079*0**</w:t>
            </w:r>
          </w:p>
        </w:tc>
        <w:tc>
          <w:tcPr>
            <w:tcW w:type="dxa" w:w="1728"/>
          </w:tcPr>
          <w:p>
            <w:r>
              <w:t>Jamal Sadati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Jamalsadati1993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939202910*</w:t>
            </w:r>
          </w:p>
        </w:tc>
        <w:tc>
          <w:tcPr>
            <w:tcW w:type="dxa" w:w="1728"/>
          </w:tcPr>
          <w:p>
            <w:r>
              <w:t>Roshangaran</w:t>
            </w:r>
          </w:p>
        </w:tc>
        <w:tc>
          <w:tcPr>
            <w:tcW w:type="dxa" w:w="1728"/>
          </w:tcPr>
          <w:p>
            <w:r>
              <w:t>Admin</w:t>
            </w:r>
          </w:p>
        </w:tc>
        <w:tc>
          <w:tcPr>
            <w:tcW w:type="dxa" w:w="1728"/>
          </w:tcPr>
          <w:p>
            <w:r>
              <w:t>roshangaran_admin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90109*11*9</w:t>
            </w:r>
          </w:p>
        </w:tc>
        <w:tc>
          <w:tcPr>
            <w:tcW w:type="dxa" w:w="1728"/>
          </w:tcPr>
          <w:p>
            <w:r>
              <w:t>حمیدتنها</w:t>
            </w:r>
          </w:p>
        </w:tc>
        <w:tc>
          <w:tcPr>
            <w:tcW w:type="dxa" w:w="1728"/>
          </w:tcPr>
          <w:p>
            <w:r>
              <w:t>👑👑</w:t>
            </w:r>
          </w:p>
        </w:tc>
        <w:tc>
          <w:tcPr>
            <w:tcW w:type="dxa" w:w="1728"/>
          </w:tcPr>
          <w:p>
            <w:r>
              <w:t>dalsard1372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9102330*4*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Blest_22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91*249209*</w:t>
            </w:r>
          </w:p>
        </w:tc>
        <w:tc>
          <w:tcPr>
            <w:tcW w:type="dxa" w:w="1728"/>
          </w:tcPr>
          <w:p>
            <w:r>
              <w:t>Anne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Annee1402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9227274*1*</w:t>
            </w:r>
          </w:p>
        </w:tc>
        <w:tc>
          <w:tcPr>
            <w:tcW w:type="dxa" w:w="1728"/>
          </w:tcPr>
          <w:p>
            <w:r>
              <w:t>MohammadⓂ️ MEMES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mamadhaji11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91*3*2**21</w:t>
            </w:r>
          </w:p>
        </w:tc>
        <w:tc>
          <w:tcPr>
            <w:tcW w:type="dxa" w:w="1728"/>
          </w:tcPr>
          <w:p>
            <w:r>
              <w:t>Masoud</w:t>
            </w:r>
          </w:p>
        </w:tc>
        <w:tc>
          <w:tcPr>
            <w:tcW w:type="dxa" w:w="1728"/>
          </w:tcPr>
          <w:p>
            <w:r>
              <w:t>Bnj</w:t>
            </w:r>
          </w:p>
        </w:tc>
        <w:tc>
          <w:tcPr>
            <w:tcW w:type="dxa" w:w="1728"/>
          </w:tcPr>
          <w:p>
            <w:r>
              <w:t>BNJ_65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91*1*0337*</w:t>
            </w:r>
          </w:p>
        </w:tc>
        <w:tc>
          <w:tcPr>
            <w:tcW w:type="dxa" w:w="1728"/>
          </w:tcPr>
          <w:p>
            <w:r>
              <w:t>عصمت</w:t>
            </w:r>
          </w:p>
        </w:tc>
        <w:tc>
          <w:tcPr>
            <w:tcW w:type="dxa" w:w="1728"/>
          </w:tcPr>
          <w:p>
            <w:r>
              <w:t>دُرافشان</w:t>
            </w:r>
          </w:p>
        </w:tc>
        <w:tc>
          <w:tcPr>
            <w:tcW w:type="dxa" w:w="1728"/>
          </w:tcPr>
          <w:p>
            <w:r>
              <w:t>Dor_afshan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9197074*1*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X_mahdix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930*371*27</w:t>
            </w:r>
          </w:p>
        </w:tc>
        <w:tc>
          <w:tcPr>
            <w:tcW w:type="dxa" w:w="1728"/>
          </w:tcPr>
          <w:p>
            <w:r>
              <w:t>▂▃▄▅▆▇█▓▒░ali.reza░▒▓█▇▆▅▄▃▂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alireza_azizzadeh75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93*22***20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Amirfarhang2260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9332073**4</w:t>
            </w:r>
          </w:p>
        </w:tc>
        <w:tc>
          <w:tcPr>
            <w:tcW w:type="dxa" w:w="1728"/>
          </w:tcPr>
          <w:p>
            <w:r>
              <w:t>∙∙∙∙∙·▫▫ᵒᴼᵒ m.nᵒᴼᵒ▫▫·∙∙∙∙∙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91243*1321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ammin200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9122273*92</w:t>
            </w:r>
          </w:p>
        </w:tc>
        <w:tc>
          <w:tcPr>
            <w:tcW w:type="dxa" w:w="1728"/>
          </w:tcPr>
          <w:p>
            <w:r>
              <w:t>D.h.1980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93*7707**4</w:t>
            </w:r>
          </w:p>
        </w:tc>
        <w:tc>
          <w:tcPr>
            <w:tcW w:type="dxa" w:w="1728"/>
          </w:tcPr>
          <w:p>
            <w:r>
              <w:t>Sami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Sami547</w:t>
            </w:r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  <w:tr>
        <w:tc>
          <w:tcPr>
            <w:tcW w:type="dxa" w:w="1728"/>
          </w:tcPr>
          <w:p>
            <w:r>
              <w:t>91**020797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Sayad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سفرهای نمونه آمیهان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سفرهای نمونه آمیهان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