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سالن زیبایی خاطره.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سالن زیبایی خاطره.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9044337**2</w:t>
            </w:r>
          </w:p>
        </w:tc>
        <w:tc>
          <w:tcPr>
            <w:tcW w:type="dxa" w:w="1728"/>
          </w:tcPr>
          <w:p>
            <w:r>
              <w:t>خدایا‌به‌امید‌تو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93***3*3**</w:t>
            </w:r>
          </w:p>
        </w:tc>
        <w:tc>
          <w:tcPr>
            <w:tcW w:type="dxa" w:w="1728"/>
          </w:tcPr>
          <w:p>
            <w:r>
              <w:t>˙·٠•●♥ Ƹ̵̡Ӝ̵̨̄Ʒẏḁṧḯṅ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hanafi70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90*0***33*</w:t>
            </w:r>
          </w:p>
        </w:tc>
        <w:tc>
          <w:tcPr>
            <w:tcW w:type="dxa" w:w="1728"/>
          </w:tcPr>
          <w:p>
            <w:r>
              <w:t>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93*4*19912</w:t>
            </w:r>
          </w:p>
        </w:tc>
        <w:tc>
          <w:tcPr>
            <w:tcW w:type="dxa" w:w="1728"/>
          </w:tcPr>
          <w:p>
            <w:r>
              <w:t>امیرحسین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9372***74*</w:t>
            </w:r>
          </w:p>
        </w:tc>
        <w:tc>
          <w:tcPr>
            <w:tcW w:type="dxa" w:w="1728"/>
          </w:tcPr>
          <w:p>
            <w:r>
              <w:t>𝑓𝑜𝑟𝑜𝑧𝑎𝑛 𝑡𝑒𝑚𝑜𝑟𝑖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9377***099</w:t>
            </w:r>
          </w:p>
        </w:tc>
        <w:tc>
          <w:tcPr>
            <w:tcW w:type="dxa" w:w="1728"/>
          </w:tcPr>
          <w:p>
            <w:r>
              <w:t>maryamrm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933*740207</w:t>
            </w:r>
          </w:p>
        </w:tc>
        <w:tc>
          <w:tcPr>
            <w:tcW w:type="dxa" w:w="1728"/>
          </w:tcPr>
          <w:p>
            <w:r>
              <w:t>INAZ ‌joon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Aynazjoon1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91*909224*</w:t>
            </w:r>
          </w:p>
        </w:tc>
        <w:tc>
          <w:tcPr>
            <w:tcW w:type="dxa" w:w="1728"/>
          </w:tcPr>
          <w:p>
            <w:r>
              <w:t>ابراهیم نامدار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903*7**9*9</w:t>
            </w:r>
          </w:p>
        </w:tc>
        <w:tc>
          <w:tcPr>
            <w:tcW w:type="dxa" w:w="1728"/>
          </w:tcPr>
          <w:p>
            <w:r>
              <w:t>هستی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93*13*171*</w:t>
            </w:r>
          </w:p>
        </w:tc>
        <w:tc>
          <w:tcPr>
            <w:tcW w:type="dxa" w:w="1728"/>
          </w:tcPr>
          <w:p>
            <w:r>
              <w:t>"هلیا"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9371170*3*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911943**0*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FatemehRamezanpur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91**12*9*9</w:t>
            </w:r>
          </w:p>
        </w:tc>
        <w:tc>
          <w:tcPr>
            <w:tcW w:type="dxa" w:w="1728"/>
          </w:tcPr>
          <w:p>
            <w:r>
              <w:t>خانم حسین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90241*2*3*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Bimadaram98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90147***4*</w:t>
            </w:r>
          </w:p>
        </w:tc>
        <w:tc>
          <w:tcPr>
            <w:tcW w:type="dxa" w:w="1728"/>
          </w:tcPr>
          <w:p>
            <w:r>
              <w:t>امیرحسین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91*073141*</w:t>
            </w:r>
          </w:p>
        </w:tc>
        <w:tc>
          <w:tcPr>
            <w:tcW w:type="dxa" w:w="1728"/>
          </w:tcPr>
          <w:p>
            <w:r>
              <w:t>مهلا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91**07*130</w:t>
            </w:r>
          </w:p>
        </w:tc>
        <w:tc>
          <w:tcPr>
            <w:tcW w:type="dxa" w:w="1728"/>
          </w:tcPr>
          <w:p>
            <w:r>
              <w:t>Husna Jooon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91*700304*</w:t>
            </w:r>
          </w:p>
        </w:tc>
        <w:tc>
          <w:tcPr>
            <w:tcW w:type="dxa" w:w="1728"/>
          </w:tcPr>
          <w:p>
            <w:r>
              <w:t>M&amp;M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93****20**</w:t>
            </w:r>
          </w:p>
        </w:tc>
        <w:tc>
          <w:tcPr>
            <w:tcW w:type="dxa" w:w="1728"/>
          </w:tcPr>
          <w:p>
            <w:r>
              <w:t>مبین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922**3**49</w:t>
            </w:r>
          </w:p>
        </w:tc>
        <w:tc>
          <w:tcPr>
            <w:tcW w:type="dxa" w:w="1728"/>
          </w:tcPr>
          <w:p>
            <w:r>
              <w:t>دنیای من دخترم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raha5471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93**9*7321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914*0397**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NKazemloo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910010704*</w:t>
            </w:r>
          </w:p>
        </w:tc>
        <w:tc>
          <w:tcPr>
            <w:tcW w:type="dxa" w:w="1728"/>
          </w:tcPr>
          <w:p>
            <w:r>
              <w:t>❤مریم❤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9122123432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مجدی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9399*3*3*9</w:t>
            </w:r>
          </w:p>
        </w:tc>
        <w:tc>
          <w:tcPr>
            <w:tcW w:type="dxa" w:w="1728"/>
          </w:tcPr>
          <w:p>
            <w:r>
              <w:t>&lt;&lt;&lt;&lt;فقط خدا&gt;&gt;&gt;&gt;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91*41211*1</w:t>
            </w:r>
          </w:p>
        </w:tc>
        <w:tc>
          <w:tcPr>
            <w:tcW w:type="dxa" w:w="1728"/>
          </w:tcPr>
          <w:p>
            <w:r>
              <w:t>زمرد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9301*2*2*3</w:t>
            </w:r>
          </w:p>
        </w:tc>
        <w:tc>
          <w:tcPr>
            <w:tcW w:type="dxa" w:w="1728"/>
          </w:tcPr>
          <w:p>
            <w:r>
              <w:t>?محبت""""" ?گناه"""""""?نیست^^^^^^"""""?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933**303*9</w:t>
            </w:r>
          </w:p>
        </w:tc>
        <w:tc>
          <w:tcPr>
            <w:tcW w:type="dxa" w:w="1728"/>
          </w:tcPr>
          <w:p>
            <w:r>
              <w:t>شراره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903792320*</w:t>
            </w:r>
          </w:p>
        </w:tc>
        <w:tc>
          <w:tcPr>
            <w:tcW w:type="dxa" w:w="1728"/>
          </w:tcPr>
          <w:p>
            <w:r>
              <w:t>Medoooooooosa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asasssssasss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912***40*7</w:t>
            </w:r>
          </w:p>
        </w:tc>
        <w:tc>
          <w:tcPr>
            <w:tcW w:type="dxa" w:w="1728"/>
          </w:tcPr>
          <w:p>
            <w:r>
              <w:t>طهماسبی ریحانه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Tahmasebi1212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93927*372*</w:t>
            </w:r>
          </w:p>
        </w:tc>
        <w:tc>
          <w:tcPr>
            <w:tcW w:type="dxa" w:w="1728"/>
          </w:tcPr>
          <w:p>
            <w:r>
              <w:t>شبنم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Saray9999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91*20****2</w:t>
            </w:r>
          </w:p>
        </w:tc>
        <w:tc>
          <w:tcPr>
            <w:tcW w:type="dxa" w:w="1728"/>
          </w:tcPr>
          <w:p>
            <w:r>
              <w:t>مژگان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Mohjgan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9304434772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9010371001</w:t>
            </w:r>
          </w:p>
        </w:tc>
        <w:tc>
          <w:tcPr>
            <w:tcW w:type="dxa" w:w="1728"/>
          </w:tcPr>
          <w:p>
            <w:r>
              <w:t>ცeみŋﾑℳ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93**19*400</w:t>
            </w:r>
          </w:p>
        </w:tc>
        <w:tc>
          <w:tcPr>
            <w:tcW w:type="dxa" w:w="1728"/>
          </w:tcPr>
          <w:p>
            <w:r>
              <w:t>// ○ |-| /- // /- |)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Printn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91*7*0***7</w:t>
            </w:r>
          </w:p>
        </w:tc>
        <w:tc>
          <w:tcPr>
            <w:tcW w:type="dxa" w:w="1728"/>
          </w:tcPr>
          <w:p>
            <w:r>
              <w:t>%$&amp;@@&amp;$%"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93773023**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9120*11273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91**133*94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خدابنده لو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99023*19**</w:t>
            </w:r>
          </w:p>
        </w:tc>
        <w:tc>
          <w:tcPr>
            <w:tcW w:type="dxa" w:w="1728"/>
          </w:tcPr>
          <w:p>
            <w:r>
              <w:t>TAHAR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tahararr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903*4*024*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939***9*93</w:t>
            </w:r>
          </w:p>
        </w:tc>
        <w:tc>
          <w:tcPr>
            <w:tcW w:type="dxa" w:w="1728"/>
          </w:tcPr>
          <w:p>
            <w:r>
              <w:t>S:-*:-*h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9011340410</w:t>
            </w:r>
          </w:p>
        </w:tc>
        <w:tc>
          <w:tcPr>
            <w:tcW w:type="dxa" w:w="1728"/>
          </w:tcPr>
          <w:p>
            <w:r>
              <w:t>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990472*1*9</w:t>
            </w:r>
          </w:p>
        </w:tc>
        <w:tc>
          <w:tcPr>
            <w:tcW w:type="dxa" w:w="1728"/>
          </w:tcPr>
          <w:p>
            <w:r>
              <w:t>مهیار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93*3*1*730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93***49709</w:t>
            </w:r>
          </w:p>
        </w:tc>
        <w:tc>
          <w:tcPr>
            <w:tcW w:type="dxa" w:w="1728"/>
          </w:tcPr>
          <w:p>
            <w:r>
              <w:t>حسرت دیدار</w:t>
            </w:r>
          </w:p>
        </w:tc>
        <w:tc>
          <w:tcPr>
            <w:tcW w:type="dxa" w:w="1728"/>
          </w:tcPr>
          <w:p>
            <w:r>
              <w:t>09386549709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9307992*9*</w:t>
            </w:r>
          </w:p>
        </w:tc>
        <w:tc>
          <w:tcPr>
            <w:tcW w:type="dxa" w:w="1728"/>
          </w:tcPr>
          <w:p>
            <w:r>
              <w:t>yegane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yeganeeh_90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93**07*23*</w:t>
            </w:r>
          </w:p>
        </w:tc>
        <w:tc>
          <w:tcPr>
            <w:tcW w:type="dxa" w:w="1728"/>
          </w:tcPr>
          <w:p>
            <w:r>
              <w:t>(¯`✿.¸(¯`’♥.معصصۋمــﮩ .♥’´¯)¸.✿ ‘´¯)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9370211170</w:t>
            </w:r>
          </w:p>
        </w:tc>
        <w:tc>
          <w:tcPr>
            <w:tcW w:type="dxa" w:w="1728"/>
          </w:tcPr>
          <w:p>
            <w:r>
              <w:t>Gh.r.m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939**34993</w:t>
            </w:r>
          </w:p>
        </w:tc>
        <w:tc>
          <w:tcPr>
            <w:tcW w:type="dxa" w:w="1728"/>
          </w:tcPr>
          <w:p>
            <w:r>
              <w:t>لطیفی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9012949149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937*9**204</w:t>
            </w:r>
          </w:p>
        </w:tc>
        <w:tc>
          <w:tcPr>
            <w:tcW w:type="dxa" w:w="1728"/>
          </w:tcPr>
          <w:p>
            <w:r>
              <w:t>Nlma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91*307*0*7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Hakani</w:t>
            </w:r>
          </w:p>
        </w:tc>
        <w:tc>
          <w:tcPr>
            <w:tcW w:type="dxa" w:w="1728"/>
          </w:tcPr>
          <w:p>
            <w:r>
              <w:t>hakani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91203*497*</w:t>
            </w:r>
          </w:p>
        </w:tc>
        <w:tc>
          <w:tcPr>
            <w:tcW w:type="dxa" w:w="1728"/>
          </w:tcPr>
          <w:p>
            <w:r>
              <w:t>Ali ❤zahra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90*0***121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9397*791*1</w:t>
            </w:r>
          </w:p>
        </w:tc>
        <w:tc>
          <w:tcPr>
            <w:tcW w:type="dxa" w:w="1728"/>
          </w:tcPr>
          <w:p>
            <w:r>
              <w:t>(¯`✿.¸(¯`’♥.Leila 👧.♥’´¯)¸.✿ ‘´¯)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91**1330*1</w:t>
            </w:r>
          </w:p>
        </w:tc>
        <w:tc>
          <w:tcPr>
            <w:tcW w:type="dxa" w:w="1728"/>
          </w:tcPr>
          <w:p>
            <w:r>
              <w:t>💖سبحان💞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Heydari1391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91*714**03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901947*912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939747*02*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9901077*19</w:t>
            </w:r>
          </w:p>
        </w:tc>
        <w:tc>
          <w:tcPr>
            <w:tcW w:type="dxa" w:w="1728"/>
          </w:tcPr>
          <w:p>
            <w:r>
              <w:t>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93**029**9</w:t>
            </w:r>
          </w:p>
        </w:tc>
        <w:tc>
          <w:tcPr>
            <w:tcW w:type="dxa" w:w="1728"/>
          </w:tcPr>
          <w:p>
            <w:r>
              <w:t>رسول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Rasol136338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9120*913**</w:t>
            </w:r>
          </w:p>
        </w:tc>
        <w:tc>
          <w:tcPr>
            <w:tcW w:type="dxa" w:w="1728"/>
          </w:tcPr>
          <w:p>
            <w:r>
              <w:t>MD,F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Fmohammadi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937*01*23*</w:t>
            </w:r>
          </w:p>
        </w:tc>
        <w:tc>
          <w:tcPr>
            <w:tcW w:type="dxa" w:w="1728"/>
          </w:tcPr>
          <w:p>
            <w:r>
              <w:t>??ــــــــــρ ـــ ـــــــــــ ــــოـــــــــــ??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930*33973*</w:t>
            </w:r>
          </w:p>
        </w:tc>
        <w:tc>
          <w:tcPr>
            <w:tcW w:type="dxa" w:w="1728"/>
          </w:tcPr>
          <w:p>
            <w:r>
              <w:t>🌿_ALl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ali_1381_99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93*441*3*1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93**2*9370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933732292*</w:t>
            </w:r>
          </w:p>
        </w:tc>
        <w:tc>
          <w:tcPr>
            <w:tcW w:type="dxa" w:w="1728"/>
          </w:tcPr>
          <w:p>
            <w:r>
              <w:t>Said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91**0*0*42</w:t>
            </w:r>
          </w:p>
        </w:tc>
        <w:tc>
          <w:tcPr>
            <w:tcW w:type="dxa" w:w="1728"/>
          </w:tcPr>
          <w:p>
            <w:r>
              <w:t>♪♫•*¨*•.¸¸❤ṃẏ.ḻṓṿḙ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zari7684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930*0*1*1*</w:t>
            </w:r>
          </w:p>
        </w:tc>
        <w:tc>
          <w:tcPr>
            <w:tcW w:type="dxa" w:w="1728"/>
          </w:tcPr>
          <w:p>
            <w:r>
              <w:t>محدثه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939719*4*2</w:t>
            </w:r>
          </w:p>
        </w:tc>
        <w:tc>
          <w:tcPr>
            <w:tcW w:type="dxa" w:w="1728"/>
          </w:tcPr>
          <w:p>
            <w:r>
              <w:t>Mary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93**300427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919339771*</w:t>
            </w:r>
          </w:p>
        </w:tc>
        <w:tc>
          <w:tcPr>
            <w:tcW w:type="dxa" w:w="1728"/>
          </w:tcPr>
          <w:p>
            <w:r>
              <w:t>F@temeh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FRajabi63117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91*40977*7</w:t>
            </w:r>
          </w:p>
        </w:tc>
        <w:tc>
          <w:tcPr>
            <w:tcW w:type="dxa" w:w="1728"/>
          </w:tcPr>
          <w:p>
            <w:r>
              <w:t>Nazi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9334022*30</w:t>
            </w:r>
          </w:p>
        </w:tc>
        <w:tc>
          <w:tcPr>
            <w:tcW w:type="dxa" w:w="1728"/>
          </w:tcPr>
          <w:p>
            <w:r>
              <w:t>عشاق الحسین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91**1***91</w:t>
            </w:r>
          </w:p>
        </w:tc>
        <w:tc>
          <w:tcPr>
            <w:tcW w:type="dxa" w:w="1728"/>
          </w:tcPr>
          <w:p>
            <w:r>
              <w:t>A m mpb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Alimohammadi53</w:t>
            </w:r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93**329239</w:t>
            </w:r>
          </w:p>
        </w:tc>
        <w:tc>
          <w:tcPr>
            <w:tcW w:type="dxa" w:w="1728"/>
          </w:tcPr>
          <w:p>
            <w:r>
              <w:t>مرضیه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91**912203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امیری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937*47*79*</w:t>
            </w:r>
          </w:p>
        </w:tc>
        <w:tc>
          <w:tcPr>
            <w:tcW w:type="dxa" w:w="1728"/>
          </w:tcPr>
          <w:p>
            <w:r>
              <w:t>👩‍🔬&amp;👨‍💻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  <w:tr>
        <w:tc>
          <w:tcPr>
            <w:tcW w:type="dxa" w:w="1728"/>
          </w:tcPr>
          <w:p>
            <w:r>
              <w:t>937*921201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سالن زیبایی خاطره.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سالن زیبایی خاطره.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