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سال اولی ها ( پایه ششم)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سال اولی ها ( پایه ششم)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93*4*09*14</w:t>
            </w:r>
          </w:p>
        </w:tc>
        <w:tc>
          <w:tcPr>
            <w:tcW w:type="dxa" w:w="1728"/>
          </w:tcPr>
          <w:p>
            <w:r>
              <w:t>Parham</w:t>
            </w:r>
          </w:p>
        </w:tc>
        <w:tc>
          <w:tcPr>
            <w:tcW w:type="dxa" w:w="1728"/>
          </w:tcPr>
          <w:p>
            <w:r>
              <w:t>Pantech A</w:t>
            </w:r>
          </w:p>
        </w:tc>
        <w:tc>
          <w:tcPr>
            <w:tcW w:type="dxa" w:w="1728"/>
          </w:tcPr>
          <w:p>
            <w:r>
              <w:t>fatemehbushehri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922391*234</w:t>
            </w:r>
          </w:p>
        </w:tc>
        <w:tc>
          <w:tcPr>
            <w:tcW w:type="dxa" w:w="1728"/>
          </w:tcPr>
          <w:p>
            <w:r>
              <w:t>R.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913****792</w:t>
            </w:r>
          </w:p>
        </w:tc>
        <w:tc>
          <w:tcPr>
            <w:tcW w:type="dxa" w:w="1728"/>
          </w:tcPr>
          <w:p>
            <w:r>
              <w:t>marzieh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9119*42*77</w:t>
            </w:r>
          </w:p>
        </w:tc>
        <w:tc>
          <w:tcPr>
            <w:tcW w:type="dxa" w:w="1728"/>
          </w:tcPr>
          <w:p>
            <w:r>
              <w:t>f.</w:t>
            </w:r>
          </w:p>
        </w:tc>
        <w:tc>
          <w:tcPr>
            <w:tcW w:type="dxa" w:w="1728"/>
          </w:tcPr>
          <w:p>
            <w:r>
              <w:t>seyedmohamadi</w:t>
            </w:r>
          </w:p>
        </w:tc>
        <w:tc>
          <w:tcPr>
            <w:tcW w:type="dxa" w:w="1728"/>
          </w:tcPr>
          <w:p>
            <w:r>
              <w:t>F_seyedmohamadi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921391***7</w:t>
            </w:r>
          </w:p>
        </w:tc>
        <w:tc>
          <w:tcPr>
            <w:tcW w:type="dxa" w:w="1728"/>
          </w:tcPr>
          <w:p>
            <w:r>
              <w:t>Shahmoradi</w:t>
            </w:r>
          </w:p>
        </w:tc>
        <w:tc>
          <w:tcPr>
            <w:tcW w:type="dxa" w:w="1728"/>
          </w:tcPr>
          <w:p>
            <w:r>
              <w:t>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933*701*19</w:t>
            </w:r>
          </w:p>
        </w:tc>
        <w:tc>
          <w:tcPr>
            <w:tcW w:type="dxa" w:w="1728"/>
          </w:tcPr>
          <w:p>
            <w:r>
              <w:t>معلم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molasaninews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93*13920*7</w:t>
            </w:r>
          </w:p>
        </w:tc>
        <w:tc>
          <w:tcPr>
            <w:tcW w:type="dxa" w:w="1728"/>
          </w:tcPr>
          <w:p>
            <w:r>
              <w:t>Shiva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Shiva_b73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91***9290*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9333**3*09</w:t>
            </w:r>
          </w:p>
        </w:tc>
        <w:tc>
          <w:tcPr>
            <w:tcW w:type="dxa" w:w="1728"/>
          </w:tcPr>
          <w:p>
            <w:r>
              <w:t>G_Rasouly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9339***913</w:t>
            </w:r>
          </w:p>
        </w:tc>
        <w:tc>
          <w:tcPr>
            <w:tcW w:type="dxa" w:w="1728"/>
          </w:tcPr>
          <w:p>
            <w:r>
              <w:t>@mina -sh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902712***4</w:t>
            </w:r>
          </w:p>
        </w:tc>
        <w:tc>
          <w:tcPr>
            <w:tcW w:type="dxa" w:w="1728"/>
          </w:tcPr>
          <w:p>
            <w:r>
              <w:t>طاهره دشتکی حصاری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Hesari_64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93*3091334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Soniya_khanoom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9127**1701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Lotfi</w:t>
            </w:r>
          </w:p>
        </w:tc>
        <w:tc>
          <w:tcPr>
            <w:tcW w:type="dxa" w:w="1728"/>
          </w:tcPr>
          <w:p>
            <w:r>
              <w:t>Maryam158946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91***3*27*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daneshmayeh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9127*0*091</w:t>
            </w:r>
          </w:p>
        </w:tc>
        <w:tc>
          <w:tcPr>
            <w:tcW w:type="dxa" w:w="1728"/>
          </w:tcPr>
          <w:p>
            <w:r>
              <w:t>z.</w:t>
            </w:r>
          </w:p>
        </w:tc>
        <w:tc>
          <w:tcPr>
            <w:tcW w:type="dxa" w:w="1728"/>
          </w:tcPr>
          <w:p>
            <w:r>
              <w:t>alikhani</w:t>
            </w:r>
          </w:p>
        </w:tc>
        <w:tc>
          <w:tcPr>
            <w:tcW w:type="dxa" w:w="1728"/>
          </w:tcPr>
          <w:p>
            <w:r>
              <w:t>Zaalikhani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91240**3*0</w:t>
            </w:r>
          </w:p>
        </w:tc>
        <w:tc>
          <w:tcPr>
            <w:tcW w:type="dxa" w:w="1728"/>
          </w:tcPr>
          <w:p>
            <w:r>
              <w:t>Atefe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Atefe_sa61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9127919*21</w:t>
            </w:r>
          </w:p>
        </w:tc>
        <w:tc>
          <w:tcPr>
            <w:tcW w:type="dxa" w:w="1728"/>
          </w:tcPr>
          <w:p>
            <w:r>
              <w:t>Montazer</w:t>
            </w:r>
          </w:p>
        </w:tc>
        <w:tc>
          <w:tcPr>
            <w:tcW w:type="dxa" w:w="1728"/>
          </w:tcPr>
          <w:p>
            <w:r>
              <w:t>Zohor</w:t>
            </w:r>
          </w:p>
        </w:tc>
        <w:tc>
          <w:tcPr>
            <w:tcW w:type="dxa" w:w="1728"/>
          </w:tcPr>
          <w:p>
            <w:r>
              <w:t>SO_Mosavi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91*4424*3*</w:t>
            </w:r>
          </w:p>
        </w:tc>
        <w:tc>
          <w:tcPr>
            <w:tcW w:type="dxa" w:w="1728"/>
          </w:tcPr>
          <w:p>
            <w:r>
              <w:t>𝑴𝒂𝒉𝒔𝒂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Mahsakazemi94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91924*131*</w:t>
            </w:r>
          </w:p>
        </w:tc>
        <w:tc>
          <w:tcPr>
            <w:tcW w:type="dxa" w:w="1728"/>
          </w:tcPr>
          <w:p>
            <w:r>
              <w:t>Shookofeh.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919220**12</w:t>
            </w:r>
          </w:p>
        </w:tc>
        <w:tc>
          <w:tcPr>
            <w:tcW w:type="dxa" w:w="1728"/>
          </w:tcPr>
          <w:p>
            <w:r>
              <w:t>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ssk1403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91***1**49</w:t>
            </w:r>
          </w:p>
        </w:tc>
        <w:tc>
          <w:tcPr>
            <w:tcW w:type="dxa" w:w="1728"/>
          </w:tcPr>
          <w:p>
            <w:r>
              <w:t>najmeh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93**33*01*</w:t>
            </w:r>
          </w:p>
        </w:tc>
        <w:tc>
          <w:tcPr>
            <w:tcW w:type="dxa" w:w="1728"/>
          </w:tcPr>
          <w:p>
            <w:r>
              <w:t>Yeganeh</w:t>
            </w:r>
          </w:p>
        </w:tc>
        <w:tc>
          <w:tcPr>
            <w:tcW w:type="dxa" w:w="1728"/>
          </w:tcPr>
          <w:p>
            <w:r>
              <w:t>Zarif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9390909*90</w:t>
            </w:r>
          </w:p>
        </w:tc>
        <w:tc>
          <w:tcPr>
            <w:tcW w:type="dxa" w:w="1728"/>
          </w:tcPr>
          <w:p>
            <w:r>
              <w:t>Haniye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911*7*339*</w:t>
            </w:r>
          </w:p>
        </w:tc>
        <w:tc>
          <w:tcPr>
            <w:tcW w:type="dxa" w:w="1728"/>
          </w:tcPr>
          <w:p>
            <w:r>
              <w:t>❤yegane❤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My_being6776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91037*74**</w:t>
            </w:r>
          </w:p>
        </w:tc>
        <w:tc>
          <w:tcPr>
            <w:tcW w:type="dxa" w:w="1728"/>
          </w:tcPr>
          <w:p>
            <w:r>
              <w:t>B&amp;‌M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baran99_00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93*2*94332</w:t>
            </w:r>
          </w:p>
        </w:tc>
        <w:tc>
          <w:tcPr>
            <w:tcW w:type="dxa" w:w="1728"/>
          </w:tcPr>
          <w:p>
            <w:r>
              <w:t>L.a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Labdi0936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93*22**002</w:t>
            </w:r>
          </w:p>
        </w:tc>
        <w:tc>
          <w:tcPr>
            <w:tcW w:type="dxa" w:w="1728"/>
          </w:tcPr>
          <w:p>
            <w:r>
              <w:t>پروین</w:t>
            </w:r>
          </w:p>
        </w:tc>
        <w:tc>
          <w:tcPr>
            <w:tcW w:type="dxa" w:w="1728"/>
          </w:tcPr>
          <w:p>
            <w:r>
              <w:t>همتی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9379*93117</w:t>
            </w:r>
          </w:p>
        </w:tc>
        <w:tc>
          <w:tcPr>
            <w:tcW w:type="dxa" w:w="1728"/>
          </w:tcPr>
          <w:p>
            <w:r>
              <w:t>رز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911*40*719</w:t>
            </w:r>
          </w:p>
        </w:tc>
        <w:tc>
          <w:tcPr>
            <w:tcW w:type="dxa" w:w="1728"/>
          </w:tcPr>
          <w:p>
            <w:r>
              <w:t>soode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93**39*399</w:t>
            </w:r>
          </w:p>
        </w:tc>
        <w:tc>
          <w:tcPr>
            <w:tcW w:type="dxa" w:w="1728"/>
          </w:tcPr>
          <w:p>
            <w:r>
              <w:t>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mhsnalmrd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990490**13</w:t>
            </w:r>
          </w:p>
        </w:tc>
        <w:tc>
          <w:tcPr>
            <w:tcW w:type="dxa" w:w="1728"/>
          </w:tcPr>
          <w:p>
            <w:r>
              <w:t>H.T.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Masters_Of_Crypto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93***10*10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91*0124*03</w:t>
            </w:r>
          </w:p>
        </w:tc>
        <w:tc>
          <w:tcPr>
            <w:tcW w:type="dxa" w:w="1728"/>
          </w:tcPr>
          <w:p>
            <w:r>
              <w:t>Rr2023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93**144*03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mahdeye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9373404129</w:t>
            </w:r>
          </w:p>
        </w:tc>
        <w:tc>
          <w:tcPr>
            <w:tcW w:type="dxa" w:w="1728"/>
          </w:tcPr>
          <w:p>
            <w:r>
              <w:t>$_₩</w:t>
            </w:r>
          </w:p>
        </w:tc>
        <w:tc>
          <w:tcPr>
            <w:tcW w:type="dxa" w:w="1728"/>
          </w:tcPr>
          <w:p>
            <w:r>
              <w:t>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93020107**</w:t>
            </w:r>
          </w:p>
        </w:tc>
        <w:tc>
          <w:tcPr>
            <w:tcW w:type="dxa" w:w="1728"/>
          </w:tcPr>
          <w:p>
            <w:r>
              <w:t>👩🏻‍🏫RAHIL👩🏻‍🏫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RAHIL1001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9377727971</w:t>
            </w:r>
          </w:p>
        </w:tc>
        <w:tc>
          <w:tcPr>
            <w:tcW w:type="dxa" w:w="1728"/>
          </w:tcPr>
          <w:p>
            <w:r>
              <w:t>Mahak</w:t>
            </w:r>
          </w:p>
        </w:tc>
        <w:tc>
          <w:tcPr>
            <w:tcW w:type="dxa" w:w="1728"/>
          </w:tcPr>
          <w:p>
            <w:r>
              <w:t>75753</w:t>
            </w:r>
          </w:p>
        </w:tc>
        <w:tc>
          <w:tcPr>
            <w:tcW w:type="dxa" w:w="1728"/>
          </w:tcPr>
          <w:p>
            <w:r>
              <w:t>Mahakgm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930**73*12</w:t>
            </w:r>
          </w:p>
        </w:tc>
        <w:tc>
          <w:tcPr>
            <w:tcW w:type="dxa" w:w="1728"/>
          </w:tcPr>
          <w:p>
            <w:r>
              <w:t>Homa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914**332*4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phakimiasl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93**27****</w:t>
            </w:r>
          </w:p>
        </w:tc>
        <w:tc>
          <w:tcPr>
            <w:tcW w:type="dxa" w:w="1728"/>
          </w:tcPr>
          <w:p>
            <w:r>
              <w:t>Hassan,mohammadi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Hassanmohammadi68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93739*942*</w:t>
            </w:r>
          </w:p>
        </w:tc>
        <w:tc>
          <w:tcPr>
            <w:tcW w:type="dxa" w:w="1728"/>
          </w:tcPr>
          <w:p>
            <w:r>
              <w:t>Bakhshi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Toktambakhshi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91*7333*47</w:t>
            </w:r>
          </w:p>
        </w:tc>
        <w:tc>
          <w:tcPr>
            <w:tcW w:type="dxa" w:w="1728"/>
          </w:tcPr>
          <w:p>
            <w:r>
              <w:t>پاینده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93*0744007</w:t>
            </w:r>
          </w:p>
        </w:tc>
        <w:tc>
          <w:tcPr>
            <w:tcW w:type="dxa" w:w="1728"/>
          </w:tcPr>
          <w:p>
            <w:r>
              <w:t>✿↝..najma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arezoo400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9372*222*7</w:t>
            </w:r>
          </w:p>
        </w:tc>
        <w:tc>
          <w:tcPr>
            <w:tcW w:type="dxa" w:w="1728"/>
          </w:tcPr>
          <w:p>
            <w:r>
              <w:t>𝓡.𝓡𝓪𝓼𝓱𝓲𝓭𝓲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R_RASHIDI_2022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911*1*7410</w:t>
            </w:r>
          </w:p>
        </w:tc>
        <w:tc>
          <w:tcPr>
            <w:tcW w:type="dxa" w:w="1728"/>
          </w:tcPr>
          <w:p>
            <w:r>
              <w:t>Fatemeh_97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9170**9707</w:t>
            </w:r>
          </w:p>
        </w:tc>
        <w:tc>
          <w:tcPr>
            <w:tcW w:type="dxa" w:w="1728"/>
          </w:tcPr>
          <w:p>
            <w:r>
              <w:t>💚❤️مینو💚❤️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Mino504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913*3*4***</w:t>
            </w:r>
          </w:p>
        </w:tc>
        <w:tc>
          <w:tcPr>
            <w:tcW w:type="dxa" w:w="1728"/>
          </w:tcPr>
          <w:p>
            <w:r>
              <w:t>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93*4111797</w:t>
            </w:r>
          </w:p>
        </w:tc>
        <w:tc>
          <w:tcPr>
            <w:tcW w:type="dxa" w:w="1728"/>
          </w:tcPr>
          <w:p>
            <w:r>
              <w:t>Fa.N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9390974117</w:t>
            </w:r>
          </w:p>
        </w:tc>
        <w:tc>
          <w:tcPr>
            <w:tcW w:type="dxa" w:w="1728"/>
          </w:tcPr>
          <w:p>
            <w:r>
              <w:t>Morade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9101*11339</w:t>
            </w:r>
          </w:p>
        </w:tc>
        <w:tc>
          <w:tcPr>
            <w:tcW w:type="dxa" w:w="1728"/>
          </w:tcPr>
          <w:p>
            <w:r>
              <w:t>,</w:t>
            </w:r>
          </w:p>
        </w:tc>
        <w:tc>
          <w:tcPr>
            <w:tcW w:type="dxa" w:w="1728"/>
          </w:tcPr>
          <w:p>
            <w:r>
              <w:t>Khalili💜💗</w:t>
            </w:r>
          </w:p>
        </w:tc>
        <w:tc>
          <w:tcPr>
            <w:tcW w:type="dxa" w:w="1728"/>
          </w:tcPr>
          <w:p>
            <w:r>
              <w:t>Khalililil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9133****12</w:t>
            </w:r>
          </w:p>
        </w:tc>
        <w:tc>
          <w:tcPr>
            <w:tcW w:type="dxa" w:w="1728"/>
          </w:tcPr>
          <w:p>
            <w:r>
              <w:t>𝑬.𝑴𝒂𝒉𝒎𝒐𝒖𝒅𝒊✍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Mahmoudi70e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9210*70*32</w:t>
            </w:r>
          </w:p>
        </w:tc>
        <w:tc>
          <w:tcPr>
            <w:tcW w:type="dxa" w:w="1728"/>
          </w:tcPr>
          <w:p>
            <w:r>
              <w:t>ஜ۩۩ஜ حسینஜ۩۩ஜ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Hossein_3265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93*2*3030*</w:t>
            </w:r>
          </w:p>
        </w:tc>
        <w:tc>
          <w:tcPr>
            <w:tcW w:type="dxa" w:w="1728"/>
          </w:tcPr>
          <w:p>
            <w:r>
              <w:t>f.k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fatemeh6667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917323**30</w:t>
            </w:r>
          </w:p>
        </w:tc>
        <w:tc>
          <w:tcPr>
            <w:tcW w:type="dxa" w:w="1728"/>
          </w:tcPr>
          <w:p>
            <w:r>
              <w:t>Asman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Goharimm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93*3*224*3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M7107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9031*239*0</w:t>
            </w:r>
          </w:p>
        </w:tc>
        <w:tc>
          <w:tcPr>
            <w:tcW w:type="dxa" w:w="1728"/>
          </w:tcPr>
          <w:p>
            <w:r>
              <w:t>M0na</w:t>
            </w:r>
          </w:p>
        </w:tc>
        <w:tc>
          <w:tcPr>
            <w:tcW w:type="dxa" w:w="1728"/>
          </w:tcPr>
          <w:p>
            <w:r>
              <w:t>Naderi</w:t>
            </w:r>
          </w:p>
        </w:tc>
        <w:tc>
          <w:tcPr>
            <w:tcW w:type="dxa" w:w="1728"/>
          </w:tcPr>
          <w:p>
            <w:r>
              <w:t>Monaa712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93***24034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Rostamian</w:t>
            </w:r>
          </w:p>
        </w:tc>
        <w:tc>
          <w:tcPr>
            <w:tcW w:type="dxa" w:w="1728"/>
          </w:tcPr>
          <w:p>
            <w:r>
              <w:t>Alireza_Rstmn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91*201*9**</w:t>
            </w:r>
          </w:p>
        </w:tc>
        <w:tc>
          <w:tcPr>
            <w:tcW w:type="dxa" w:w="1728"/>
          </w:tcPr>
          <w:p>
            <w:r>
              <w:t>Naghme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Naqme135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9141***123</w:t>
            </w:r>
          </w:p>
        </w:tc>
        <w:tc>
          <w:tcPr>
            <w:tcW w:type="dxa" w:w="1728"/>
          </w:tcPr>
          <w:p>
            <w:r>
              <w:t>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Ch_moradii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919*73*7*1</w:t>
            </w:r>
          </w:p>
        </w:tc>
        <w:tc>
          <w:tcPr>
            <w:tcW w:type="dxa" w:w="1728"/>
          </w:tcPr>
          <w:p>
            <w:r>
              <w:t>M....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Mm_smM9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9147939274</w:t>
            </w:r>
          </w:p>
        </w:tc>
        <w:tc>
          <w:tcPr>
            <w:tcW w:type="dxa" w:w="1728"/>
          </w:tcPr>
          <w:p>
            <w:r>
              <w:t>F.amin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Fereshteh_AMIN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9033334*74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Vahdani</w:t>
            </w:r>
          </w:p>
        </w:tc>
        <w:tc>
          <w:tcPr>
            <w:tcW w:type="dxa" w:w="1728"/>
          </w:tcPr>
          <w:p>
            <w:r>
              <w:t>AmirhosseinVahdani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912***7*13</w:t>
            </w:r>
          </w:p>
        </w:tc>
        <w:tc>
          <w:tcPr>
            <w:tcW w:type="dxa" w:w="1728"/>
          </w:tcPr>
          <w:p>
            <w:r>
              <w:t>‌‌sara*n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Saranmt55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913342*079</w:t>
            </w:r>
          </w:p>
        </w:tc>
        <w:tc>
          <w:tcPr>
            <w:tcW w:type="dxa" w:w="1728"/>
          </w:tcPr>
          <w:p>
            <w:r>
              <w:t>maryam.znd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91173*1214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S22ra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93*7371097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milad_mazangi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9034*912**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Nedakia63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9332429472</w:t>
            </w:r>
          </w:p>
        </w:tc>
        <w:tc>
          <w:tcPr>
            <w:tcW w:type="dxa" w:w="1728"/>
          </w:tcPr>
          <w:p>
            <w:r>
              <w:t>Parisa.pashaei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Parisa_pashaie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91242*9929</w:t>
            </w:r>
          </w:p>
        </w:tc>
        <w:tc>
          <w:tcPr>
            <w:tcW w:type="dxa" w:w="1728"/>
          </w:tcPr>
          <w:p>
            <w:r>
              <w:t>Afsaneh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937*3*3**0</w:t>
            </w:r>
          </w:p>
        </w:tc>
        <w:tc>
          <w:tcPr>
            <w:tcW w:type="dxa" w:w="1728"/>
          </w:tcPr>
          <w:p>
            <w:r>
              <w:t>ستایش</w:t>
            </w:r>
          </w:p>
        </w:tc>
        <w:tc>
          <w:tcPr>
            <w:tcW w:type="dxa" w:w="1728"/>
          </w:tcPr>
          <w:p>
            <w:r>
              <w:t>ونیایش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91039*109*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Negin_khaghany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91*70*909*</w:t>
            </w:r>
          </w:p>
        </w:tc>
        <w:tc>
          <w:tcPr>
            <w:tcW w:type="dxa" w:w="1728"/>
          </w:tcPr>
          <w:p>
            <w:r>
              <w:t>‘°ºø•❤️•.¸¸.•❤️•øº°‘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Saleh8812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9149031**7</w:t>
            </w:r>
          </w:p>
        </w:tc>
        <w:tc>
          <w:tcPr>
            <w:tcW w:type="dxa" w:w="1728"/>
          </w:tcPr>
          <w:p>
            <w:r>
              <w:t>E...M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93*7*22274</w:t>
            </w:r>
          </w:p>
        </w:tc>
        <w:tc>
          <w:tcPr>
            <w:tcW w:type="dxa" w:w="1728"/>
          </w:tcPr>
          <w:p>
            <w:r>
              <w:t>کلبه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9103990*92</w:t>
            </w:r>
          </w:p>
        </w:tc>
        <w:tc>
          <w:tcPr>
            <w:tcW w:type="dxa" w:w="1728"/>
          </w:tcPr>
          <w:p>
            <w:r>
              <w:t>(¯`*•.¸,¤° ڢهیݦــﮩ °¤,¸.•*´¯)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91*709*0*2</w:t>
            </w:r>
          </w:p>
        </w:tc>
        <w:tc>
          <w:tcPr>
            <w:tcW w:type="dxa" w:w="1728"/>
          </w:tcPr>
          <w:p>
            <w:r>
              <w:t>Namdar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91471430*1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nintendon_69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93*22*2*7*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903493472*</w:t>
            </w:r>
          </w:p>
        </w:tc>
        <w:tc>
          <w:tcPr>
            <w:tcW w:type="dxa" w:w="1728"/>
          </w:tcPr>
          <w:p>
            <w:r>
              <w:t>زهرا💜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La_fille_d_hiver</w:t>
            </w:r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  <w:tr>
        <w:tc>
          <w:tcPr>
            <w:tcW w:type="dxa" w:w="1728"/>
          </w:tcPr>
          <w:p>
            <w:r>
              <w:t>93710*1231</w:t>
            </w:r>
          </w:p>
        </w:tc>
        <w:tc>
          <w:tcPr>
            <w:tcW w:type="dxa" w:w="1728"/>
          </w:tcPr>
          <w:p>
            <w:r>
              <w:t>Marssa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سال اولی ها ( پایه ششم)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سال اولی ها ( پایه ششم)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