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ساختمان سازی تهران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ساختمان سازی تهران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912420743*</w:t>
            </w:r>
          </w:p>
        </w:tc>
        <w:tc>
          <w:tcPr>
            <w:tcW w:type="dxa" w:w="1728"/>
          </w:tcPr>
          <w:p>
            <w:r>
              <w:t>M.a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Civill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91**303741</w:t>
            </w:r>
          </w:p>
        </w:tc>
        <w:tc>
          <w:tcPr>
            <w:tcW w:type="dxa" w:w="1728"/>
          </w:tcPr>
          <w:p>
            <w:r>
              <w:t>همایون</w:t>
            </w:r>
          </w:p>
        </w:tc>
        <w:tc>
          <w:tcPr>
            <w:tcW w:type="dxa" w:w="1728"/>
          </w:tcPr>
          <w:p>
            <w:r>
              <w:t>همایون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90**220*93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91230729*2</w:t>
            </w:r>
          </w:p>
        </w:tc>
        <w:tc>
          <w:tcPr>
            <w:tcW w:type="dxa" w:w="1728"/>
          </w:tcPr>
          <w:p>
            <w:r>
              <w:t>عبدالرضا</w:t>
            </w:r>
          </w:p>
        </w:tc>
        <w:tc>
          <w:tcPr>
            <w:tcW w:type="dxa" w:w="1728"/>
          </w:tcPr>
          <w:p>
            <w:r>
              <w:t>اسدی</w:t>
            </w:r>
          </w:p>
        </w:tc>
        <w:tc>
          <w:tcPr>
            <w:tcW w:type="dxa" w:w="1728"/>
          </w:tcPr>
          <w:p>
            <w:r>
              <w:t>Asadi1341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9339713*90</w:t>
            </w:r>
          </w:p>
        </w:tc>
        <w:tc>
          <w:tcPr>
            <w:tcW w:type="dxa" w:w="1728"/>
          </w:tcPr>
          <w:p>
            <w:r>
              <w:t>Sayyed-shia-1991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Alhamdilillahmygod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919**332*0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91294*243*</w:t>
            </w:r>
          </w:p>
        </w:tc>
        <w:tc>
          <w:tcPr>
            <w:tcW w:type="dxa" w:w="1728"/>
          </w:tcPr>
          <w:p>
            <w:r>
              <w:t>محمد امین</w:t>
            </w:r>
          </w:p>
        </w:tc>
        <w:tc>
          <w:tcPr>
            <w:tcW w:type="dxa" w:w="1728"/>
          </w:tcPr>
          <w:p>
            <w:r>
              <w:t>صفری</w:t>
            </w:r>
          </w:p>
        </w:tc>
        <w:tc>
          <w:tcPr>
            <w:tcW w:type="dxa" w:w="1728"/>
          </w:tcPr>
          <w:p>
            <w:r>
              <w:t>Aminirana12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9333111303</w:t>
            </w:r>
          </w:p>
        </w:tc>
        <w:tc>
          <w:tcPr>
            <w:tcW w:type="dxa" w:w="1728"/>
          </w:tcPr>
          <w:p>
            <w:r>
              <w:t>ARASHK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SOLTANKAREN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9124**3**9</w:t>
            </w:r>
          </w:p>
        </w:tc>
        <w:tc>
          <w:tcPr>
            <w:tcW w:type="dxa" w:w="1728"/>
          </w:tcPr>
          <w:p>
            <w:r>
              <w:t>vista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azim12345678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9120377031</w:t>
            </w:r>
          </w:p>
        </w:tc>
        <w:tc>
          <w:tcPr>
            <w:tcW w:type="dxa" w:w="1728"/>
          </w:tcPr>
          <w:p>
            <w:r>
              <w:t>✨GHAZAL✨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gh_zal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91094*4773</w:t>
            </w:r>
          </w:p>
        </w:tc>
        <w:tc>
          <w:tcPr>
            <w:tcW w:type="dxa" w:w="1728"/>
          </w:tcPr>
          <w:p>
            <w:r>
              <w:t>.:**:.*.:｡.✿ṧṅṓẅṝṓṧḙ ✿.｡.:* :**:.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snowrose68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9371204243</w:t>
            </w:r>
          </w:p>
        </w:tc>
        <w:tc>
          <w:tcPr>
            <w:tcW w:type="dxa" w:w="1728"/>
          </w:tcPr>
          <w:p>
            <w:r>
              <w:t>MosA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9019097*39</w:t>
            </w:r>
          </w:p>
        </w:tc>
        <w:tc>
          <w:tcPr>
            <w:tcW w:type="dxa" w:w="1728"/>
          </w:tcPr>
          <w:p>
            <w:r>
              <w:t>‘°ºø•❤️•.¸afg¸.•❤️•øº°‘</w:t>
            </w:r>
          </w:p>
        </w:tc>
        <w:tc>
          <w:tcPr>
            <w:tcW w:type="dxa" w:w="1728"/>
          </w:tcPr>
          <w:p>
            <w:r>
              <w:t>UQAnbSmYZpkaGqrDZPmEepExbLPY1Bx4w4vnxDrjQkJe2XUp</w:t>
            </w:r>
          </w:p>
        </w:tc>
        <w:tc>
          <w:tcPr>
            <w:tcW w:type="dxa" w:w="1728"/>
          </w:tcPr>
          <w:p>
            <w:r>
              <w:t>afg7639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933*703*43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Rezai0987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93**090700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Mousavi pour</w:t>
            </w:r>
          </w:p>
        </w:tc>
        <w:tc>
          <w:tcPr>
            <w:tcW w:type="dxa" w:w="1728"/>
          </w:tcPr>
          <w:p>
            <w:r>
              <w:t>vitaliran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9333*2*792</w:t>
            </w:r>
          </w:p>
        </w:tc>
        <w:tc>
          <w:tcPr>
            <w:tcW w:type="dxa" w:w="1728"/>
          </w:tcPr>
          <w:p>
            <w:r>
              <w:t>بی 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91049492*2</w:t>
            </w:r>
          </w:p>
        </w:tc>
        <w:tc>
          <w:tcPr>
            <w:tcW w:type="dxa" w:w="1728"/>
          </w:tcPr>
          <w:p>
            <w:r>
              <w:t>Khadije</w:t>
            </w:r>
          </w:p>
        </w:tc>
        <w:tc>
          <w:tcPr>
            <w:tcW w:type="dxa" w:w="1728"/>
          </w:tcPr>
          <w:p>
            <w:r>
              <w:t>Kazemi</w:t>
            </w:r>
          </w:p>
        </w:tc>
        <w:tc>
          <w:tcPr>
            <w:tcW w:type="dxa" w:w="1728"/>
          </w:tcPr>
          <w:p>
            <w:r>
              <w:t>Kzmi_1999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912077*1**</w:t>
            </w:r>
          </w:p>
        </w:tc>
        <w:tc>
          <w:tcPr>
            <w:tcW w:type="dxa" w:w="1728"/>
          </w:tcPr>
          <w:p>
            <w:r>
              <w:t>دل شکسته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93*3*3*297</w:t>
            </w:r>
          </w:p>
        </w:tc>
        <w:tc>
          <w:tcPr>
            <w:tcW w:type="dxa" w:w="1728"/>
          </w:tcPr>
          <w:p>
            <w:r>
              <w:t>Devid rabert</w:t>
            </w:r>
          </w:p>
        </w:tc>
        <w:tc>
          <w:tcPr>
            <w:tcW w:type="dxa" w:w="1728"/>
          </w:tcPr>
          <w:p>
            <w:r>
              <w:t>Beckham</w:t>
            </w:r>
          </w:p>
        </w:tc>
        <w:tc>
          <w:tcPr>
            <w:tcW w:type="dxa" w:w="1728"/>
          </w:tcPr>
          <w:p>
            <w:r>
              <w:t>Ywtgw7265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903*3*2*70</w:t>
            </w:r>
          </w:p>
        </w:tc>
        <w:tc>
          <w:tcPr>
            <w:tcW w:type="dxa" w:w="1728"/>
          </w:tcPr>
          <w:p>
            <w:r>
              <w:t>Saeid. Mohammadi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Saeidnazari13700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912*43941*</w:t>
            </w:r>
          </w:p>
        </w:tc>
        <w:tc>
          <w:tcPr>
            <w:tcW w:type="dxa" w:w="1728"/>
          </w:tcPr>
          <w:p>
            <w:r>
              <w:t>ابراهیمی حدادان،تولید قرنیز و ترمووال پی وی سی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Pvcplast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912*1*1423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Davoudie</w:t>
            </w:r>
          </w:p>
        </w:tc>
        <w:tc>
          <w:tcPr>
            <w:tcW w:type="dxa" w:w="1728"/>
          </w:tcPr>
          <w:p>
            <w:r>
              <w:t>Hammedi063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9121**3097</w:t>
            </w:r>
          </w:p>
        </w:tc>
        <w:tc>
          <w:tcPr>
            <w:tcW w:type="dxa" w:w="1728"/>
          </w:tcPr>
          <w:p>
            <w:r>
              <w:t>کاظم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91279114*4</w:t>
            </w:r>
          </w:p>
        </w:tc>
        <w:tc>
          <w:tcPr>
            <w:tcW w:type="dxa" w:w="1728"/>
          </w:tcPr>
          <w:p>
            <w:r>
              <w:t>J.habibi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Mohajer2012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91**43*0*0</w:t>
            </w:r>
          </w:p>
        </w:tc>
        <w:tc>
          <w:tcPr>
            <w:tcW w:type="dxa" w:w="1728"/>
          </w:tcPr>
          <w:p>
            <w:r>
              <w:t>M.Alemardan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M_alemardan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9379*94*79</w:t>
            </w:r>
          </w:p>
        </w:tc>
        <w:tc>
          <w:tcPr>
            <w:tcW w:type="dxa" w:w="1728"/>
          </w:tcPr>
          <w:p>
            <w:r>
              <w:t>No</w:t>
            </w:r>
          </w:p>
        </w:tc>
        <w:tc>
          <w:tcPr>
            <w:tcW w:type="dxa" w:w="1728"/>
          </w:tcPr>
          <w:p>
            <w:r>
              <w:t>Name</w:t>
            </w:r>
          </w:p>
        </w:tc>
        <w:tc>
          <w:tcPr>
            <w:tcW w:type="dxa" w:w="1728"/>
          </w:tcPr>
          <w:p>
            <w:r>
              <w:t>NoName1994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93**3*2749</w:t>
            </w:r>
          </w:p>
        </w:tc>
        <w:tc>
          <w:tcPr>
            <w:tcW w:type="dxa" w:w="1728"/>
          </w:tcPr>
          <w:p>
            <w:r>
              <w:t>" Ⓜ️ MEMES" BlueSky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kinggueen2020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912*20*191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Rezakhanbeigi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9124413340</w:t>
            </w:r>
          </w:p>
        </w:tc>
        <w:tc>
          <w:tcPr>
            <w:tcW w:type="dxa" w:w="1728"/>
          </w:tcPr>
          <w:p>
            <w:r>
              <w:t>بیمه پارسیان</w:t>
            </w:r>
          </w:p>
        </w:tc>
        <w:tc>
          <w:tcPr>
            <w:tcW w:type="dxa" w:w="1728"/>
          </w:tcPr>
          <w:p>
            <w:r>
              <w:t>نمایندگی مریم امیرمختاری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933*21**74</w:t>
            </w:r>
          </w:p>
        </w:tc>
        <w:tc>
          <w:tcPr>
            <w:tcW w:type="dxa" w:w="1728"/>
          </w:tcPr>
          <w:p>
            <w:r>
              <w:t>...ali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9903231004</w:t>
            </w:r>
          </w:p>
        </w:tc>
        <w:tc>
          <w:tcPr>
            <w:tcW w:type="dxa" w:w="1728"/>
          </w:tcPr>
          <w:p>
            <w:r>
              <w:t>Fazli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91203*2037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93*1**299*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abbashosseini55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9039*121*9</w:t>
            </w:r>
          </w:p>
        </w:tc>
        <w:tc>
          <w:tcPr>
            <w:tcW w:type="dxa" w:w="1728"/>
          </w:tcPr>
          <w:p>
            <w:r>
              <w:t>Interior Designer 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Artist_3dmax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9124*****3</w:t>
            </w:r>
          </w:p>
        </w:tc>
        <w:tc>
          <w:tcPr>
            <w:tcW w:type="dxa" w:w="1728"/>
          </w:tcPr>
          <w:p>
            <w:r>
              <w:t>Parastoo</w:t>
            </w:r>
          </w:p>
        </w:tc>
        <w:tc>
          <w:tcPr>
            <w:tcW w:type="dxa" w:w="1728"/>
          </w:tcPr>
          <w:p>
            <w:r>
              <w:t>^_^</w:t>
            </w:r>
          </w:p>
        </w:tc>
        <w:tc>
          <w:tcPr>
            <w:tcW w:type="dxa" w:w="1728"/>
          </w:tcPr>
          <w:p>
            <w:r>
              <w:t>parastoojal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91201902**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Asadolahi</w:t>
            </w:r>
          </w:p>
        </w:tc>
        <w:tc>
          <w:tcPr>
            <w:tcW w:type="dxa" w:w="1728"/>
          </w:tcPr>
          <w:p>
            <w:r>
              <w:t>Tarazniradak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9192934***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9940*370*4</w:t>
            </w:r>
          </w:p>
        </w:tc>
        <w:tc>
          <w:tcPr>
            <w:tcW w:type="dxa" w:w="1728"/>
          </w:tcPr>
          <w:p>
            <w:r>
              <w:t>⚘꙰᜴꯭❥؏ࢦﯧོ✾❥᭬‌⚘꙰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knauf_k_plus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901422*070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>
              <w:t>James110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910*797*11</w:t>
            </w:r>
          </w:p>
        </w:tc>
        <w:tc>
          <w:tcPr>
            <w:tcW w:type="dxa" w:w="1728"/>
          </w:tcPr>
          <w:p>
            <w:r>
              <w:t>بشیر</w:t>
            </w:r>
          </w:p>
        </w:tc>
        <w:tc>
          <w:tcPr>
            <w:tcW w:type="dxa" w:w="1728"/>
          </w:tcPr>
          <w:p>
            <w:r>
              <w:t>همت</w:t>
            </w:r>
          </w:p>
        </w:tc>
        <w:tc>
          <w:tcPr>
            <w:tcW w:type="dxa" w:w="1728"/>
          </w:tcPr>
          <w:p>
            <w:r>
              <w:t>BH945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93**23*1*2</w:t>
            </w:r>
          </w:p>
        </w:tc>
        <w:tc>
          <w:tcPr>
            <w:tcW w:type="dxa" w:w="1728"/>
          </w:tcPr>
          <w:p>
            <w:r>
              <w:t>Rasol 🐰 🌱SEED</w:t>
            </w:r>
          </w:p>
        </w:tc>
        <w:tc>
          <w:tcPr>
            <w:tcW w:type="dxa" w:w="1728"/>
          </w:tcPr>
          <w:p>
            <w:r>
              <w:t xml:space="preserve"> 🐈‍⬛</w:t>
            </w:r>
          </w:p>
        </w:tc>
        <w:tc>
          <w:tcPr>
            <w:tcW w:type="dxa" w:w="1728"/>
          </w:tcPr>
          <w:p>
            <w:r>
              <w:t>Rasol_c77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93*42**771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Mehrnezhad</w:t>
            </w:r>
          </w:p>
        </w:tc>
        <w:tc>
          <w:tcPr>
            <w:tcW w:type="dxa" w:w="1728"/>
          </w:tcPr>
          <w:p>
            <w:r>
              <w:t>hadi_mehrnezhad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91072*10*9</w:t>
            </w:r>
          </w:p>
        </w:tc>
        <w:tc>
          <w:tcPr>
            <w:tcW w:type="dxa" w:w="1728"/>
          </w:tcPr>
          <w:p>
            <w:r>
              <w:t>Yousef</w:t>
            </w:r>
          </w:p>
        </w:tc>
        <w:tc>
          <w:tcPr>
            <w:tcW w:type="dxa" w:w="1728"/>
          </w:tcPr>
          <w:p>
            <w:r>
              <w:t>Ra</w:t>
            </w:r>
          </w:p>
        </w:tc>
        <w:tc>
          <w:tcPr>
            <w:tcW w:type="dxa" w:w="1728"/>
          </w:tcPr>
          <w:p>
            <w:r>
              <w:t>Accountants92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912*2*7219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faaaRzzad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912***0979</w:t>
            </w:r>
          </w:p>
        </w:tc>
        <w:tc>
          <w:tcPr>
            <w:tcW w:type="dxa" w:w="1728"/>
          </w:tcPr>
          <w:p>
            <w:r>
              <w:t>⚜️Elahe</w:t>
            </w:r>
          </w:p>
        </w:tc>
        <w:tc>
          <w:tcPr>
            <w:tcW w:type="dxa" w:w="1728"/>
          </w:tcPr>
          <w:p>
            <w:r>
              <w:t>Poudineh⚜️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919*497*34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ali_mahdavi1994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91291**097</w:t>
            </w:r>
          </w:p>
        </w:tc>
        <w:tc>
          <w:tcPr>
            <w:tcW w:type="dxa" w:w="1728"/>
          </w:tcPr>
          <w:p>
            <w:r>
              <w:t>💎Alireza 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Alireza1298karimpanah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910*413170</w:t>
            </w:r>
          </w:p>
        </w:tc>
        <w:tc>
          <w:tcPr>
            <w:tcW w:type="dxa" w:w="1728"/>
          </w:tcPr>
          <w:p>
            <w:r>
              <w:t>♔ЅᎾℳᎯᎽℰℋ♔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somayeh_h1381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919*494*07</w:t>
            </w:r>
          </w:p>
        </w:tc>
        <w:tc>
          <w:tcPr>
            <w:tcW w:type="dxa" w:w="1728"/>
          </w:tcPr>
          <w:p>
            <w:r>
              <w:t>🐾</w:t>
            </w:r>
          </w:p>
        </w:tc>
        <w:tc>
          <w:tcPr>
            <w:tcW w:type="dxa" w:w="1728"/>
          </w:tcPr>
          <w:p>
            <w:r>
              <w:t>رضوی</w:t>
            </w:r>
          </w:p>
        </w:tc>
        <w:tc>
          <w:tcPr>
            <w:tcW w:type="dxa" w:w="1728"/>
          </w:tcPr>
          <w:p>
            <w:r>
              <w:t>intypeing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910472*737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Ali9070999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9129*23*90</w:t>
            </w:r>
          </w:p>
        </w:tc>
        <w:tc>
          <w:tcPr>
            <w:tcW w:type="dxa" w:w="1728"/>
          </w:tcPr>
          <w:p>
            <w:r>
              <w:t>Aa</w:t>
            </w:r>
          </w:p>
        </w:tc>
        <w:tc>
          <w:tcPr>
            <w:tcW w:type="dxa" w:w="1728"/>
          </w:tcPr>
          <w:p>
            <w:r>
              <w:t>Aliaraghi</w:t>
            </w:r>
          </w:p>
        </w:tc>
        <w:tc>
          <w:tcPr>
            <w:tcW w:type="dxa" w:w="1728"/>
          </w:tcPr>
          <w:p>
            <w:r>
              <w:t>Aliaraghi696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917**9*907</w:t>
            </w:r>
          </w:p>
        </w:tc>
        <w:tc>
          <w:tcPr>
            <w:tcW w:type="dxa" w:w="1728"/>
          </w:tcPr>
          <w:p>
            <w:r>
              <w:t>♚مُـحـَمَّـدِامــیــن♚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Tajik_boy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93*7*04*3*</w:t>
            </w:r>
          </w:p>
        </w:tc>
        <w:tc>
          <w:tcPr>
            <w:tcW w:type="dxa" w:w="1728"/>
          </w:tcPr>
          <w:p>
            <w:r>
              <w:t>Mohmd_gsk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Mohmd_gsk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9122232*3*</w:t>
            </w:r>
          </w:p>
        </w:tc>
        <w:tc>
          <w:tcPr>
            <w:tcW w:type="dxa" w:w="1728"/>
          </w:tcPr>
          <w:p>
            <w:r>
              <w:t>جعفری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Al2232835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933311130*</w:t>
            </w:r>
          </w:p>
        </w:tc>
        <w:tc>
          <w:tcPr>
            <w:tcW w:type="dxa" w:w="1728"/>
          </w:tcPr>
          <w:p>
            <w:r>
              <w:t>مصطفی</w:t>
            </w:r>
          </w:p>
        </w:tc>
        <w:tc>
          <w:tcPr>
            <w:tcW w:type="dxa" w:w="1728"/>
          </w:tcPr>
          <w:p>
            <w:r>
              <w:t>کلهر</w:t>
            </w:r>
          </w:p>
        </w:tc>
        <w:tc>
          <w:tcPr>
            <w:tcW w:type="dxa" w:w="1728"/>
          </w:tcPr>
          <w:p>
            <w:r>
              <w:t>MOKA777888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93*1***373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Nouri🐰</w:t>
            </w:r>
          </w:p>
        </w:tc>
        <w:tc>
          <w:tcPr>
            <w:tcW w:type="dxa" w:w="1728"/>
          </w:tcPr>
          <w:p>
            <w:r>
              <w:t>NOURIIMILAD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93*97*732*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Tavkoli12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921*942***</w:t>
            </w:r>
          </w:p>
        </w:tc>
        <w:tc>
          <w:tcPr>
            <w:tcW w:type="dxa" w:w="1728"/>
          </w:tcPr>
          <w:p>
            <w:r>
              <w:t>Elyas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MrTavakoli1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902*11**99</w:t>
            </w:r>
          </w:p>
        </w:tc>
        <w:tc>
          <w:tcPr>
            <w:tcW w:type="dxa" w:w="1728"/>
          </w:tcPr>
          <w:p>
            <w:r>
              <w:t>yusef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91041*791*</w:t>
            </w:r>
          </w:p>
        </w:tc>
        <w:tc>
          <w:tcPr>
            <w:tcW w:type="dxa" w:w="1728"/>
          </w:tcPr>
          <w:p>
            <w:r>
              <w:t>hatam shokri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h_sh_68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912201*493</w:t>
            </w:r>
          </w:p>
        </w:tc>
        <w:tc>
          <w:tcPr>
            <w:tcW w:type="dxa" w:w="1728"/>
          </w:tcPr>
          <w:p>
            <w:r>
              <w:t>Meysam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9122*24134</w:t>
            </w:r>
          </w:p>
        </w:tc>
        <w:tc>
          <w:tcPr>
            <w:tcW w:type="dxa" w:w="1728"/>
          </w:tcPr>
          <w:p>
            <w:r>
              <w:t>محمدنبی</w:t>
            </w:r>
          </w:p>
        </w:tc>
        <w:tc>
          <w:tcPr>
            <w:tcW w:type="dxa" w:w="1728"/>
          </w:tcPr>
          <w:p>
            <w:r>
              <w:t>جعفری</w:t>
            </w:r>
          </w:p>
        </w:tc>
        <w:tc>
          <w:tcPr>
            <w:tcW w:type="dxa" w:w="1728"/>
          </w:tcPr>
          <w:p>
            <w:r>
              <w:t>sbjafari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921*0119*9</w:t>
            </w:r>
          </w:p>
        </w:tc>
        <w:tc>
          <w:tcPr>
            <w:tcW w:type="dxa" w:w="1728"/>
          </w:tcPr>
          <w:p>
            <w:r>
              <w:t>S.S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fajr_44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9372*23*2*</w:t>
            </w:r>
          </w:p>
        </w:tc>
        <w:tc>
          <w:tcPr>
            <w:tcW w:type="dxa" w:w="1728"/>
          </w:tcPr>
          <w:p>
            <w:r>
              <w:t>Abotaleb</w:t>
            </w:r>
          </w:p>
        </w:tc>
        <w:tc>
          <w:tcPr>
            <w:tcW w:type="dxa" w:w="1728"/>
          </w:tcPr>
          <w:p>
            <w:r>
              <w:t>Ghelich</w:t>
            </w:r>
          </w:p>
        </w:tc>
        <w:tc>
          <w:tcPr>
            <w:tcW w:type="dxa" w:w="1728"/>
          </w:tcPr>
          <w:p>
            <w:r>
              <w:t>Abotalebghelich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937**93497</w:t>
            </w:r>
          </w:p>
        </w:tc>
        <w:tc>
          <w:tcPr>
            <w:tcW w:type="dxa" w:w="1728"/>
          </w:tcPr>
          <w:p>
            <w:r>
              <w:t>◦•●◉✿á.ṃ.ƞ.ⱨ 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A_786q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93914*3493</w:t>
            </w:r>
          </w:p>
        </w:tc>
        <w:tc>
          <w:tcPr>
            <w:tcW w:type="dxa" w:w="1728"/>
          </w:tcPr>
          <w:p>
            <w:r>
              <w:t>باقری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rezamollabagheri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93**397291</w:t>
            </w:r>
          </w:p>
        </w:tc>
        <w:tc>
          <w:tcPr>
            <w:tcW w:type="dxa" w:w="1728"/>
          </w:tcPr>
          <w:p>
            <w:r>
              <w:t>(¯`*•AVASH•*´¯)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A1986Mn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9100494943</w:t>
            </w:r>
          </w:p>
        </w:tc>
        <w:tc>
          <w:tcPr>
            <w:tcW w:type="dxa" w:w="1728"/>
          </w:tcPr>
          <w:p>
            <w:r>
              <w:t>Sohrab5555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SohrabSohrabSohrab600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919**19391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93**91*110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ardalan</w:t>
            </w:r>
          </w:p>
        </w:tc>
        <w:tc>
          <w:tcPr>
            <w:tcW w:type="dxa" w:w="1728"/>
          </w:tcPr>
          <w:p>
            <w:r>
              <w:t>Abolfazlardalan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93**3*03**</w:t>
            </w:r>
          </w:p>
        </w:tc>
        <w:tc>
          <w:tcPr>
            <w:tcW w:type="dxa" w:w="1728"/>
          </w:tcPr>
          <w:p>
            <w:r>
              <w:t>یاس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91341313*9</w:t>
            </w:r>
          </w:p>
        </w:tc>
        <w:tc>
          <w:tcPr>
            <w:tcW w:type="dxa" w:w="1728"/>
          </w:tcPr>
          <w:p>
            <w:r>
              <w:t>Mohammad Shafigh</w:t>
            </w:r>
          </w:p>
        </w:tc>
        <w:tc>
          <w:tcPr>
            <w:tcW w:type="dxa" w:w="1728"/>
          </w:tcPr>
          <w:p>
            <w:r>
              <w:t>Chaeichian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9027371*10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Htffkk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93*****94*</w:t>
            </w:r>
          </w:p>
        </w:tc>
        <w:tc>
          <w:tcPr>
            <w:tcW w:type="dxa" w:w="1728"/>
          </w:tcPr>
          <w:p>
            <w:r>
              <w:t>€¥.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90274*310*</w:t>
            </w:r>
          </w:p>
        </w:tc>
        <w:tc>
          <w:tcPr>
            <w:tcW w:type="dxa" w:w="1728"/>
          </w:tcPr>
          <w:p>
            <w:r>
              <w:t>Mahdi jafari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902449*909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hajali0253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901*0*9773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arraemziono8713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91231*3***</w:t>
            </w:r>
          </w:p>
        </w:tc>
        <w:tc>
          <w:tcPr>
            <w:tcW w:type="dxa" w:w="1728"/>
          </w:tcPr>
          <w:p>
            <w:r>
              <w:t>Hesam</w:t>
            </w:r>
          </w:p>
        </w:tc>
        <w:tc>
          <w:tcPr>
            <w:tcW w:type="dxa" w:w="1728"/>
          </w:tcPr>
          <w:p>
            <w:r>
              <w:t>Aliakbari</w:t>
            </w:r>
          </w:p>
        </w:tc>
        <w:tc>
          <w:tcPr>
            <w:tcW w:type="dxa" w:w="1728"/>
          </w:tcPr>
          <w:p>
            <w:r>
              <w:t>Hesamakbariiiii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93**700*9*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maryamfuladi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  <w:tr>
        <w:tc>
          <w:tcPr>
            <w:tcW w:type="dxa" w:w="1728"/>
          </w:tcPr>
          <w:p>
            <w:r>
              <w:t>9193*71*11</w:t>
            </w:r>
          </w:p>
        </w:tc>
        <w:tc>
          <w:tcPr>
            <w:tcW w:type="dxa" w:w="1728"/>
          </w:tcPr>
          <w:p>
            <w:r>
              <w:t>j.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ساختمان سازی تهران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ساختمان سازی تهران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