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زیبایی پوست و اندام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زیبایی پوست و اندام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9374*07301</w:t>
            </w:r>
          </w:p>
        </w:tc>
        <w:tc>
          <w:tcPr>
            <w:tcW w:type="dxa" w:w="1728"/>
          </w:tcPr>
          <w:p>
            <w:r>
              <w:t>مهسا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MASAKj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91239*4**3</w:t>
            </w:r>
          </w:p>
        </w:tc>
        <w:tc>
          <w:tcPr>
            <w:tcW w:type="dxa" w:w="1728"/>
          </w:tcPr>
          <w:p>
            <w:r>
              <w:t>شهرام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93*139370*</w:t>
            </w:r>
          </w:p>
        </w:tc>
        <w:tc>
          <w:tcPr>
            <w:tcW w:type="dxa" w:w="1728"/>
          </w:tcPr>
          <w:p>
            <w:r>
              <w:t>¶@®¥√°°Π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pariiijo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91*9***092</w:t>
            </w:r>
          </w:p>
        </w:tc>
        <w:tc>
          <w:tcPr>
            <w:tcW w:type="dxa" w:w="1728"/>
          </w:tcPr>
          <w:p>
            <w:r>
              <w:t>ᗴᏞᗩᕼᗴ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930*071**4</w:t>
            </w:r>
          </w:p>
        </w:tc>
        <w:tc>
          <w:tcPr>
            <w:tcW w:type="dxa" w:w="1728"/>
          </w:tcPr>
          <w:p>
            <w:r>
              <w:t>نیاز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93***1*979</w:t>
            </w:r>
          </w:p>
        </w:tc>
        <w:tc>
          <w:tcPr>
            <w:tcW w:type="dxa" w:w="1728"/>
          </w:tcPr>
          <w:p>
            <w:r>
              <w:t>S....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99077*1327</w:t>
            </w:r>
          </w:p>
        </w:tc>
        <w:tc>
          <w:tcPr>
            <w:tcW w:type="dxa" w:w="1728"/>
          </w:tcPr>
          <w:p>
            <w:r>
              <w:t>💝fateme💝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fh_7675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911*9*77**</w:t>
            </w:r>
          </w:p>
        </w:tc>
        <w:tc>
          <w:tcPr>
            <w:tcW w:type="dxa" w:w="1728"/>
          </w:tcPr>
          <w:p>
            <w:r>
              <w:t>Atieh</w:t>
            </w:r>
          </w:p>
        </w:tc>
        <w:tc>
          <w:tcPr>
            <w:tcW w:type="dxa" w:w="1728"/>
          </w:tcPr>
          <w:p>
            <w:r>
              <w:t>Shob Chari</w:t>
            </w:r>
          </w:p>
        </w:tc>
        <w:tc>
          <w:tcPr>
            <w:tcW w:type="dxa" w:w="1728"/>
          </w:tcPr>
          <w:p>
            <w:r>
              <w:t>Atiehshob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933*223492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91029**017</w:t>
            </w:r>
          </w:p>
        </w:tc>
        <w:tc>
          <w:tcPr>
            <w:tcW w:type="dxa" w:w="1728"/>
          </w:tcPr>
          <w:p>
            <w:r>
              <w:t>Taha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9029773131</w:t>
            </w:r>
          </w:p>
        </w:tc>
        <w:tc>
          <w:tcPr>
            <w:tcW w:type="dxa" w:w="1728"/>
          </w:tcPr>
          <w:p>
            <w:r>
              <w:t>Aa</w:t>
            </w:r>
          </w:p>
        </w:tc>
        <w:tc>
          <w:tcPr>
            <w:tcW w:type="dxa" w:w="1728"/>
          </w:tcPr>
          <w:p>
            <w:r>
              <w:t>@h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9397229091</w:t>
            </w:r>
          </w:p>
        </w:tc>
        <w:tc>
          <w:tcPr>
            <w:tcW w:type="dxa" w:w="1728"/>
          </w:tcPr>
          <w:p>
            <w:r>
              <w:t>♡ℓ¤Ⓥ£♡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91*31*3273</w:t>
            </w:r>
          </w:p>
        </w:tc>
        <w:tc>
          <w:tcPr>
            <w:tcW w:type="dxa" w:w="1728"/>
          </w:tcPr>
          <w:p>
            <w:r>
              <w:t>Zeynab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91*92***91</w:t>
            </w:r>
          </w:p>
        </w:tc>
        <w:tc>
          <w:tcPr>
            <w:tcW w:type="dxa" w:w="1728"/>
          </w:tcPr>
          <w:p>
            <w:r>
              <w:t>,,,,,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93039**779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Rezvan2077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9902**1409</w:t>
            </w:r>
          </w:p>
        </w:tc>
        <w:tc>
          <w:tcPr>
            <w:tcW w:type="dxa" w:w="1728"/>
          </w:tcPr>
          <w:p>
            <w:r>
              <w:t>آدم پیرا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9902*70*21</w:t>
            </w:r>
          </w:p>
        </w:tc>
        <w:tc>
          <w:tcPr>
            <w:tcW w:type="dxa" w:w="1728"/>
          </w:tcPr>
          <w:p>
            <w:r>
              <w:t>(✿◠‿◠♥)رویا(♥◠‿◠✿)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913*1*0231</w:t>
            </w:r>
          </w:p>
        </w:tc>
        <w:tc>
          <w:tcPr>
            <w:tcW w:type="dxa" w:w="1728"/>
          </w:tcPr>
          <w:p>
            <w:r>
              <w:t>بهشتی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91203*2*41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Aliyari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93*9**029*</w:t>
            </w:r>
          </w:p>
        </w:tc>
        <w:tc>
          <w:tcPr>
            <w:tcW w:type="dxa" w:w="1728"/>
          </w:tcPr>
          <w:p>
            <w:r>
              <w:t>ZizoOo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Zahra_ZizoOo128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91*****997</w:t>
            </w:r>
          </w:p>
        </w:tc>
        <w:tc>
          <w:tcPr>
            <w:tcW w:type="dxa" w:w="1728"/>
          </w:tcPr>
          <w:p>
            <w:r>
              <w:t>زهره</w:t>
            </w:r>
          </w:p>
        </w:tc>
        <w:tc>
          <w:tcPr>
            <w:tcW w:type="dxa" w:w="1728"/>
          </w:tcPr>
          <w:p>
            <w:r>
              <w:t>خیاط زاده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914*47*441</w:t>
            </w:r>
          </w:p>
        </w:tc>
        <w:tc>
          <w:tcPr>
            <w:tcW w:type="dxa" w:w="1728"/>
          </w:tcPr>
          <w:p>
            <w:r>
              <w:t>باران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91*10399*9</w:t>
            </w:r>
          </w:p>
        </w:tc>
        <w:tc>
          <w:tcPr>
            <w:tcW w:type="dxa" w:w="1728"/>
          </w:tcPr>
          <w:p>
            <w:r>
              <w:t>عنایتی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Enay0ti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91*2**70*0</w:t>
            </w:r>
          </w:p>
        </w:tc>
        <w:tc>
          <w:tcPr>
            <w:tcW w:type="dxa" w:w="1728"/>
          </w:tcPr>
          <w:p>
            <w:r>
              <w:t>امیر عباس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937**32**4</w:t>
            </w:r>
          </w:p>
        </w:tc>
        <w:tc>
          <w:tcPr>
            <w:tcW w:type="dxa" w:w="1728"/>
          </w:tcPr>
          <w:p>
            <w:r>
              <w:t>لیلی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912*7213**</w:t>
            </w:r>
          </w:p>
        </w:tc>
        <w:tc>
          <w:tcPr>
            <w:tcW w:type="dxa" w:w="1728"/>
          </w:tcPr>
          <w:p>
            <w:r>
              <w:t>Farzane</w:t>
            </w:r>
          </w:p>
        </w:tc>
        <w:tc>
          <w:tcPr>
            <w:tcW w:type="dxa" w:w="1728"/>
          </w:tcPr>
          <w:p>
            <w:r>
              <w:t>Rezaei</w:t>
            </w:r>
          </w:p>
        </w:tc>
        <w:tc>
          <w:tcPr>
            <w:tcW w:type="dxa" w:w="1728"/>
          </w:tcPr>
          <w:p>
            <w:r>
              <w:t>farzane_rezaee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939*4****0</w:t>
            </w:r>
          </w:p>
        </w:tc>
        <w:tc>
          <w:tcPr>
            <w:tcW w:type="dxa" w:w="1728"/>
          </w:tcPr>
          <w:p>
            <w:r>
              <w:t>یکتا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93**1*7903</w:t>
            </w:r>
          </w:p>
        </w:tc>
        <w:tc>
          <w:tcPr>
            <w:tcW w:type="dxa" w:w="1728"/>
          </w:tcPr>
          <w:p>
            <w:r>
              <w:t>Fattaneh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901*941020</w:t>
            </w:r>
          </w:p>
        </w:tc>
        <w:tc>
          <w:tcPr>
            <w:tcW w:type="dxa" w:w="1728"/>
          </w:tcPr>
          <w:p>
            <w:r>
              <w:t>الهه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Elaheamitian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9107434*1*</w:t>
            </w:r>
          </w:p>
        </w:tc>
        <w:tc>
          <w:tcPr>
            <w:tcW w:type="dxa" w:w="1728"/>
          </w:tcPr>
          <w:p>
            <w:r>
              <w:t>Ehsan</w:t>
            </w:r>
          </w:p>
        </w:tc>
        <w:tc>
          <w:tcPr>
            <w:tcW w:type="dxa" w:w="1728"/>
          </w:tcPr>
          <w:p>
            <w:r>
              <w:t>Yazdandoust</w:t>
            </w:r>
          </w:p>
        </w:tc>
        <w:tc>
          <w:tcPr>
            <w:tcW w:type="dxa" w:w="1728"/>
          </w:tcPr>
          <w:p>
            <w:r>
              <w:t>Ehsanyazdandoust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99441***9*</w:t>
            </w:r>
          </w:p>
        </w:tc>
        <w:tc>
          <w:tcPr>
            <w:tcW w:type="dxa" w:w="1728"/>
          </w:tcPr>
          <w:p>
            <w:r>
              <w:t>❤....S....❤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sareh1387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933**409*7</w:t>
            </w:r>
          </w:p>
        </w:tc>
        <w:tc>
          <w:tcPr>
            <w:tcW w:type="dxa" w:w="1728"/>
          </w:tcPr>
          <w:p>
            <w:r>
              <w:t>💕 کیمیا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91*322*117</w:t>
            </w:r>
          </w:p>
        </w:tc>
        <w:tc>
          <w:tcPr>
            <w:tcW w:type="dxa" w:w="1728"/>
          </w:tcPr>
          <w:p>
            <w:r>
              <w:t>Zangoei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91*920**13</w:t>
            </w:r>
          </w:p>
        </w:tc>
        <w:tc>
          <w:tcPr>
            <w:tcW w:type="dxa" w:w="1728"/>
          </w:tcPr>
          <w:p>
            <w:r>
              <w:t>فاطمه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Yazeynabq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911*02**40</w:t>
            </w:r>
          </w:p>
        </w:tc>
        <w:tc>
          <w:tcPr>
            <w:tcW w:type="dxa" w:w="1728"/>
          </w:tcPr>
          <w:p>
            <w:r>
              <w:t>Masoumeh</w:t>
            </w:r>
          </w:p>
        </w:tc>
        <w:tc>
          <w:tcPr>
            <w:tcW w:type="dxa" w:w="1728"/>
          </w:tcPr>
          <w:p>
            <w:r>
              <w:t>Rabiee</w:t>
            </w:r>
          </w:p>
        </w:tc>
        <w:tc>
          <w:tcPr>
            <w:tcW w:type="dxa" w:w="1728"/>
          </w:tcPr>
          <w:p>
            <w:r>
              <w:t>M_Rabiee7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937*43*993</w:t>
            </w:r>
          </w:p>
        </w:tc>
        <w:tc>
          <w:tcPr>
            <w:tcW w:type="dxa" w:w="1728"/>
          </w:tcPr>
          <w:p>
            <w:r>
              <w:t>محمد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93*9*79**1</w:t>
            </w:r>
          </w:p>
        </w:tc>
        <w:tc>
          <w:tcPr>
            <w:tcW w:type="dxa" w:w="1728"/>
          </w:tcPr>
          <w:p>
            <w:r>
              <w:t>❤P.B❤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Parissaa69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913*1*2*39</w:t>
            </w:r>
          </w:p>
        </w:tc>
        <w:tc>
          <w:tcPr>
            <w:tcW w:type="dxa" w:w="1728"/>
          </w:tcPr>
          <w:p>
            <w:r>
              <w:t>:-)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Vooooyyyyy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91244*30**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Zhra_rhbri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91**32***0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914747*12*</w:t>
            </w:r>
          </w:p>
        </w:tc>
        <w:tc>
          <w:tcPr>
            <w:tcW w:type="dxa" w:w="1728"/>
          </w:tcPr>
          <w:p>
            <w:r>
              <w:t>N. G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9017**1**4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Mbf8800zm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9904**339*</w:t>
            </w:r>
          </w:p>
        </w:tc>
        <w:tc>
          <w:tcPr>
            <w:tcW w:type="dxa" w:w="1728"/>
          </w:tcPr>
          <w:p>
            <w:r>
              <w:t>Mousaei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910942***7</w:t>
            </w:r>
          </w:p>
        </w:tc>
        <w:tc>
          <w:tcPr>
            <w:tcW w:type="dxa" w:w="1728"/>
          </w:tcPr>
          <w:p>
            <w:r>
              <w:t>زهرا سادات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93734*211*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nmo844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9307*12119</w:t>
            </w:r>
          </w:p>
        </w:tc>
        <w:tc>
          <w:tcPr>
            <w:tcW w:type="dxa" w:w="1728"/>
          </w:tcPr>
          <w:p>
            <w:r>
              <w:t>s..m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91779370*4</w:t>
            </w:r>
          </w:p>
        </w:tc>
        <w:tc>
          <w:tcPr>
            <w:tcW w:type="dxa" w:w="1728"/>
          </w:tcPr>
          <w:p>
            <w:r>
              <w:t>🧐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913411*922</w:t>
            </w:r>
          </w:p>
        </w:tc>
        <w:tc>
          <w:tcPr>
            <w:tcW w:type="dxa" w:w="1728"/>
          </w:tcPr>
          <w:p>
            <w:r>
              <w:t>زهرا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9100**4*0*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Ghjk76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93709**2*0</w:t>
            </w:r>
          </w:p>
        </w:tc>
        <w:tc>
          <w:tcPr>
            <w:tcW w:type="dxa" w:w="1728"/>
          </w:tcPr>
          <w:p>
            <w:r>
              <w:t>ساحل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939*0*9214</w:t>
            </w:r>
          </w:p>
        </w:tc>
        <w:tc>
          <w:tcPr>
            <w:tcW w:type="dxa" w:w="1728"/>
          </w:tcPr>
          <w:p>
            <w:r>
              <w:t>جعفر</w:t>
            </w:r>
          </w:p>
        </w:tc>
        <w:tc>
          <w:tcPr>
            <w:tcW w:type="dxa" w:w="1728"/>
          </w:tcPr>
          <w:p>
            <w:r>
              <w:t>جانبازی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990933*379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93*44***12</w:t>
            </w:r>
          </w:p>
        </w:tc>
        <w:tc>
          <w:tcPr>
            <w:tcW w:type="dxa" w:w="1728"/>
          </w:tcPr>
          <w:p>
            <w:r>
              <w:t>Maryam.sh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Mrs_shams1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9192***0*9</w:t>
            </w:r>
          </w:p>
        </w:tc>
        <w:tc>
          <w:tcPr>
            <w:tcW w:type="dxa" w:w="1728"/>
          </w:tcPr>
          <w:p>
            <w:r>
              <w:t>هاله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9370973027</w:t>
            </w:r>
          </w:p>
        </w:tc>
        <w:tc>
          <w:tcPr>
            <w:tcW w:type="dxa" w:w="1728"/>
          </w:tcPr>
          <w:p>
            <w:r>
              <w:t>fanaz 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91*799933*</w:t>
            </w:r>
          </w:p>
        </w:tc>
        <w:tc>
          <w:tcPr>
            <w:tcW w:type="dxa" w:w="1728"/>
          </w:tcPr>
          <w:p>
            <w:r>
              <w:t>Faezeh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914790442*</w:t>
            </w:r>
          </w:p>
        </w:tc>
        <w:tc>
          <w:tcPr>
            <w:tcW w:type="dxa" w:w="1728"/>
          </w:tcPr>
          <w:p>
            <w:r>
              <w:t>اللهم الرزقناالحرم❤️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mah4428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91***4*4**</w:t>
            </w:r>
          </w:p>
        </w:tc>
        <w:tc>
          <w:tcPr>
            <w:tcW w:type="dxa" w:w="1728"/>
          </w:tcPr>
          <w:p>
            <w:r>
              <w:t>Sogand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9192**7*1*</w:t>
            </w:r>
          </w:p>
        </w:tc>
        <w:tc>
          <w:tcPr>
            <w:tcW w:type="dxa" w:w="1728"/>
          </w:tcPr>
          <w:p>
            <w:r>
              <w:t>&amp;&amp;&amp;سرمه&amp;&amp;&amp;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sormeh7518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92249**3*1</w:t>
            </w:r>
          </w:p>
        </w:tc>
        <w:tc>
          <w:tcPr>
            <w:tcW w:type="dxa" w:w="1728"/>
          </w:tcPr>
          <w:p>
            <w:r>
              <w:t>•°•°♧علـــــی♡•°•°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aliabdi2121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91322*300*</w:t>
            </w:r>
          </w:p>
        </w:tc>
        <w:tc>
          <w:tcPr>
            <w:tcW w:type="dxa" w:w="1728"/>
          </w:tcPr>
          <w:p>
            <w:r>
              <w:t>Afshar 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91*0**9*42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9120144**3</w:t>
            </w:r>
          </w:p>
        </w:tc>
        <w:tc>
          <w:tcPr>
            <w:tcW w:type="dxa" w:w="1728"/>
          </w:tcPr>
          <w:p>
            <w:r>
              <w:t>Dr elnazfarmanian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drelnazfarmanian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913***7402</w:t>
            </w:r>
          </w:p>
        </w:tc>
        <w:tc>
          <w:tcPr>
            <w:tcW w:type="dxa" w:w="1728"/>
          </w:tcPr>
          <w:p>
            <w:r>
              <w:t>نفسم دخترم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Ganmoo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93**4*9930</w:t>
            </w:r>
          </w:p>
        </w:tc>
        <w:tc>
          <w:tcPr>
            <w:tcW w:type="dxa" w:w="1728"/>
          </w:tcPr>
          <w:p>
            <w:r>
              <w:t>Mojgan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TkAaaa22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910*4*2434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9109471239</w:t>
            </w:r>
          </w:p>
        </w:tc>
        <w:tc>
          <w:tcPr>
            <w:tcW w:type="dxa" w:w="1728"/>
          </w:tcPr>
          <w:p>
            <w:r>
              <w:t>●▬▬๑▅▆▇█۩۩˙·٠•●♥☆:*´¨`*:.☆(¯`*•.¸,¤°´ mahnaz☆:*´¨`*:.☆(¯`*•.¸,¤°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mahnaz_bakm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93**7*1***</w:t>
            </w:r>
          </w:p>
        </w:tc>
        <w:tc>
          <w:tcPr>
            <w:tcW w:type="dxa" w:w="1728"/>
          </w:tcPr>
          <w:p>
            <w:r>
              <w:t>𝓬𝓱𝓮𝔃𝓰𝓲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chezgi2660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90110*213*</w:t>
            </w:r>
          </w:p>
        </w:tc>
        <w:tc>
          <w:tcPr>
            <w:tcW w:type="dxa" w:w="1728"/>
          </w:tcPr>
          <w:p>
            <w:r>
              <w:t>من‌‌‌ تو‌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91440349*2</w:t>
            </w:r>
          </w:p>
        </w:tc>
        <w:tc>
          <w:tcPr>
            <w:tcW w:type="dxa" w:w="1728"/>
          </w:tcPr>
          <w:p>
            <w:r>
              <w:t>عسگر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91*47301**</w:t>
            </w:r>
          </w:p>
        </w:tc>
        <w:tc>
          <w:tcPr>
            <w:tcW w:type="dxa" w:w="1728"/>
          </w:tcPr>
          <w:p>
            <w:r>
              <w:t>Zmzm</w:t>
            </w:r>
          </w:p>
        </w:tc>
        <w:tc>
          <w:tcPr>
            <w:tcW w:type="dxa" w:w="1728"/>
          </w:tcPr>
          <w:p>
            <w:r>
              <w:t>Ok</w:t>
            </w:r>
          </w:p>
        </w:tc>
        <w:tc>
          <w:tcPr>
            <w:tcW w:type="dxa" w:w="1728"/>
          </w:tcPr>
          <w:p>
            <w:r>
              <w:t>zmzmw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93970*77*0</w:t>
            </w:r>
          </w:p>
        </w:tc>
        <w:tc>
          <w:tcPr>
            <w:tcW w:type="dxa" w:w="1728"/>
          </w:tcPr>
          <w:p>
            <w:r>
              <w:t>مریم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91311393**</w:t>
            </w:r>
          </w:p>
        </w:tc>
        <w:tc>
          <w:tcPr>
            <w:tcW w:type="dxa" w:w="1728"/>
          </w:tcPr>
          <w:p>
            <w:r>
              <w:t>Feloriya</w:t>
            </w:r>
          </w:p>
        </w:tc>
        <w:tc>
          <w:tcPr>
            <w:tcW w:type="dxa" w:w="1728"/>
          </w:tcPr>
          <w:p>
            <w:r>
              <w:t>Farsadniya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91*2*747*9</w:t>
            </w:r>
          </w:p>
        </w:tc>
        <w:tc>
          <w:tcPr>
            <w:tcW w:type="dxa" w:w="1728"/>
          </w:tcPr>
          <w:p>
            <w:r>
              <w:t>سحر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Layanasc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933274*903</w:t>
            </w:r>
          </w:p>
        </w:tc>
        <w:tc>
          <w:tcPr>
            <w:tcW w:type="dxa" w:w="1728"/>
          </w:tcPr>
          <w:p>
            <w:r>
              <w:t>samira toranj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933*9143**</w:t>
            </w:r>
          </w:p>
        </w:tc>
        <w:tc>
          <w:tcPr>
            <w:tcW w:type="dxa" w:w="1728"/>
          </w:tcPr>
          <w:p>
            <w:r>
              <w:t>💎 M| ̶ ̶ ̶ ̶||͇ ͇ |💎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91**0*1*72</w:t>
            </w:r>
          </w:p>
        </w:tc>
        <w:tc>
          <w:tcPr>
            <w:tcW w:type="dxa" w:w="1728"/>
          </w:tcPr>
          <w:p>
            <w:r>
              <w:t>Golnakh,f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93*10*04*9</w:t>
            </w:r>
          </w:p>
        </w:tc>
        <w:tc>
          <w:tcPr>
            <w:tcW w:type="dxa" w:w="1728"/>
          </w:tcPr>
          <w:p>
            <w:r>
              <w:t>💕...baran...💕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Hayejane_delam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91*4*74*07</w:t>
            </w:r>
          </w:p>
        </w:tc>
        <w:tc>
          <w:tcPr>
            <w:tcW w:type="dxa" w:w="1728"/>
          </w:tcPr>
          <w:p>
            <w:r>
              <w:t>برای ظهور اقا صلوات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Rabiye6070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  <w:tr>
        <w:tc>
          <w:tcPr>
            <w:tcW w:type="dxa" w:w="1728"/>
          </w:tcPr>
          <w:p>
            <w:r>
              <w:t>9301709299</w:t>
            </w:r>
          </w:p>
        </w:tc>
        <w:tc>
          <w:tcPr>
            <w:tcW w:type="dxa" w:w="1728"/>
          </w:tcPr>
          <w:p>
            <w:r>
              <w:t>baran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Baran77b</w:t>
            </w:r>
          </w:p>
        </w:tc>
        <w:tc>
          <w:tcPr>
            <w:tcW w:type="dxa" w:w="1728"/>
          </w:tcPr>
          <w:p>
            <w:r>
              <w:t>زیبایی پوست و اندام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زیبایی پوست و اندام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