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زنبورکده ایلام(عالی پور) 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زنبورکده ایلام(عالی پور) 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91*0**2**2</w:t>
            </w:r>
          </w:p>
        </w:tc>
        <w:tc>
          <w:tcPr>
            <w:tcW w:type="dxa" w:w="1728"/>
          </w:tcPr>
          <w:p>
            <w:r>
              <w:t>🐸🍅✞ٜ۪ٜ۪ٜ۪ٜ۪ٜ۪ٜ۪ٜ۪ٜ۪ٜ۪ٜ۪ٜ۪ٜ۪dani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Dani5731s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91*3*0***4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Fathi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91970***9*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banoyeallimartabe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9127**472*</w:t>
            </w:r>
          </w:p>
        </w:tc>
        <w:tc>
          <w:tcPr>
            <w:tcW w:type="dxa" w:w="1728"/>
          </w:tcPr>
          <w:p>
            <w:r>
              <w:t>Ali asghar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93*9**131*</w:t>
            </w:r>
          </w:p>
        </w:tc>
        <w:tc>
          <w:tcPr>
            <w:tcW w:type="dxa" w:w="1728"/>
          </w:tcPr>
          <w:p>
            <w:r>
              <w:t>عسل هیراد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atststststs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91477*4992</w:t>
            </w:r>
          </w:p>
        </w:tc>
        <w:tc>
          <w:tcPr>
            <w:tcW w:type="dxa" w:w="1728"/>
          </w:tcPr>
          <w:p>
            <w:r>
              <w:t>صادق موجودی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S3guj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93**242719</w:t>
            </w:r>
          </w:p>
        </w:tc>
        <w:tc>
          <w:tcPr>
            <w:tcW w:type="dxa" w:w="1728"/>
          </w:tcPr>
          <w:p>
            <w:r>
              <w:t>یوسف</w:t>
            </w:r>
          </w:p>
        </w:tc>
        <w:tc>
          <w:tcPr>
            <w:tcW w:type="dxa" w:w="1728"/>
          </w:tcPr>
          <w:p>
            <w:r>
              <w:t>شریفی</w:t>
            </w:r>
          </w:p>
        </w:tc>
        <w:tc>
          <w:tcPr>
            <w:tcW w:type="dxa" w:w="1728"/>
          </w:tcPr>
          <w:p>
            <w:r>
              <w:t>Yousefsh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91**049*1*</w:t>
            </w:r>
          </w:p>
        </w:tc>
        <w:tc>
          <w:tcPr>
            <w:tcW w:type="dxa" w:w="1728"/>
          </w:tcPr>
          <w:p>
            <w:r>
              <w:t>محمد جواد ㅤ ㅤㅤㅤ◡̈⃝ㅤㅤ ㅤㅤ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Wolff_old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91*9**9**2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914332*249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>
              <w:t>Zahedi</w:t>
            </w:r>
          </w:p>
        </w:tc>
        <w:tc>
          <w:tcPr>
            <w:tcW w:type="dxa" w:w="1728"/>
          </w:tcPr>
          <w:p>
            <w:r>
              <w:t>Zahraahora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922239972*</w:t>
            </w:r>
          </w:p>
        </w:tc>
        <w:tc>
          <w:tcPr>
            <w:tcW w:type="dxa" w:w="1728"/>
          </w:tcPr>
          <w:p>
            <w:r>
              <w:t>NIKI</w:t>
            </w:r>
          </w:p>
        </w:tc>
        <w:tc>
          <w:tcPr>
            <w:tcW w:type="dxa" w:w="1728"/>
          </w:tcPr>
          <w:p>
            <w:r>
              <w:t>KIA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91*741**3*</w:t>
            </w:r>
          </w:p>
        </w:tc>
        <w:tc>
          <w:tcPr>
            <w:tcW w:type="dxa" w:w="1728"/>
          </w:tcPr>
          <w:p>
            <w:r>
              <w:t>خوشرو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Khoshro_70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91*32*247*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9179132*03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Razmjoo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9129479129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93*4***7*4</w:t>
            </w:r>
          </w:p>
        </w:tc>
        <w:tc>
          <w:tcPr>
            <w:tcW w:type="dxa" w:w="1728"/>
          </w:tcPr>
          <w:p>
            <w:r>
              <w:t>Sohrab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91**4390*0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مراد علی نیا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91**1*0*70</w:t>
            </w:r>
          </w:p>
        </w:tc>
        <w:tc>
          <w:tcPr>
            <w:tcW w:type="dxa" w:w="1728"/>
          </w:tcPr>
          <w:p>
            <w:r>
              <w:t>saeed aalipour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9132327104</w:t>
            </w:r>
          </w:p>
        </w:tc>
        <w:tc>
          <w:tcPr>
            <w:tcW w:type="dxa" w:w="1728"/>
          </w:tcPr>
          <w:p>
            <w:r>
              <w:t>اصغر</w:t>
            </w:r>
          </w:p>
        </w:tc>
        <w:tc>
          <w:tcPr>
            <w:tcW w:type="dxa" w:w="1728"/>
          </w:tcPr>
          <w:p>
            <w:r>
              <w:t>ناظمی</w:t>
            </w:r>
          </w:p>
        </w:tc>
        <w:tc>
          <w:tcPr>
            <w:tcW w:type="dxa" w:w="1728"/>
          </w:tcPr>
          <w:p>
            <w:r>
              <w:t>Asghar_nazemi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91070*100*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Eshtebahkhob9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930*331934</w:t>
            </w:r>
          </w:p>
        </w:tc>
        <w:tc>
          <w:tcPr>
            <w:tcW w:type="dxa" w:w="1728"/>
          </w:tcPr>
          <w:p>
            <w:r>
              <w:t>M&amp;T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91*341*171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>
              <w:t>Nori</w:t>
            </w:r>
          </w:p>
        </w:tc>
        <w:tc>
          <w:tcPr>
            <w:tcW w:type="dxa" w:w="1728"/>
          </w:tcPr>
          <w:p>
            <w:r>
              <w:t>sajadnori24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93*00*0*12</w:t>
            </w:r>
          </w:p>
        </w:tc>
        <w:tc>
          <w:tcPr>
            <w:tcW w:type="dxa" w:w="1728"/>
          </w:tcPr>
          <w:p>
            <w:r>
              <w:t>بهروز</w:t>
            </w:r>
          </w:p>
        </w:tc>
        <w:tc>
          <w:tcPr>
            <w:tcW w:type="dxa" w:w="1728"/>
          </w:tcPr>
          <w:p>
            <w:r>
              <w:t>کریمی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91*9**4190</w:t>
            </w:r>
          </w:p>
        </w:tc>
        <w:tc>
          <w:tcPr>
            <w:tcW w:type="dxa" w:w="1728"/>
          </w:tcPr>
          <w:p>
            <w:r>
              <w:t>Baset</w:t>
            </w:r>
          </w:p>
        </w:tc>
        <w:tc>
          <w:tcPr>
            <w:tcW w:type="dxa" w:w="1728"/>
          </w:tcPr>
          <w:p>
            <w:r>
              <w:t>Fathi</w:t>
            </w:r>
          </w:p>
        </w:tc>
        <w:tc>
          <w:tcPr>
            <w:tcW w:type="dxa" w:w="1728"/>
          </w:tcPr>
          <w:p>
            <w:r>
              <w:t>fathibaset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91**4303*9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9219399134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91*3437*90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a76900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91**213*4*</w:t>
            </w:r>
          </w:p>
        </w:tc>
        <w:tc>
          <w:tcPr>
            <w:tcW w:type="dxa" w:w="1728"/>
          </w:tcPr>
          <w:p>
            <w:r>
              <w:t>ضدکنه اپی بال</w:t>
            </w:r>
          </w:p>
        </w:tc>
        <w:tc>
          <w:tcPr>
            <w:tcW w:type="dxa" w:w="1728"/>
          </w:tcPr>
          <w:p>
            <w:r>
              <w:t>۰۹۱۶۶۲۱۳۵۴۶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917***1700</w:t>
            </w:r>
          </w:p>
        </w:tc>
        <w:tc>
          <w:tcPr>
            <w:tcW w:type="dxa" w:w="1728"/>
          </w:tcPr>
          <w:p>
            <w:r>
              <w:t>Mohammad Taha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91**4470*3</w:t>
            </w:r>
          </w:p>
        </w:tc>
        <w:tc>
          <w:tcPr>
            <w:tcW w:type="dxa" w:w="1728"/>
          </w:tcPr>
          <w:p>
            <w:r>
              <w:t>اکبر</w:t>
            </w:r>
          </w:p>
        </w:tc>
        <w:tc>
          <w:tcPr>
            <w:tcW w:type="dxa" w:w="1728"/>
          </w:tcPr>
          <w:p>
            <w:r>
              <w:t>🦴</w:t>
            </w:r>
          </w:p>
        </w:tc>
        <w:tc>
          <w:tcPr>
            <w:tcW w:type="dxa" w:w="1728"/>
          </w:tcPr>
          <w:p>
            <w:r>
              <w:t>akbar1355021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9113*3***3</w:t>
            </w:r>
          </w:p>
        </w:tc>
        <w:tc>
          <w:tcPr>
            <w:tcW w:type="dxa" w:w="1728"/>
          </w:tcPr>
          <w:p>
            <w:r>
              <w:t>Amin Rahimi Orimi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AminRahimiOrimi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91171*3*43</w:t>
            </w:r>
          </w:p>
        </w:tc>
        <w:tc>
          <w:tcPr>
            <w:tcW w:type="dxa" w:w="1728"/>
          </w:tcPr>
          <w:p>
            <w:r>
              <w:t>ابوطالب صالحی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91**44*910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93977*****</w:t>
            </w:r>
          </w:p>
        </w:tc>
        <w:tc>
          <w:tcPr>
            <w:tcW w:type="dxa" w:w="1728"/>
          </w:tcPr>
          <w:p>
            <w:r>
              <w:t>MOHAMMAD.Redaei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Mohammadredaei77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990221424*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Mosabiagi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937009*01*</w:t>
            </w:r>
          </w:p>
        </w:tc>
        <w:tc>
          <w:tcPr>
            <w:tcW w:type="dxa" w:w="1728"/>
          </w:tcPr>
          <w:p>
            <w:r>
              <w:t>Amir.b13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Perfect13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91*9071371</w:t>
            </w:r>
          </w:p>
        </w:tc>
        <w:tc>
          <w:tcPr>
            <w:tcW w:type="dxa" w:w="1728"/>
          </w:tcPr>
          <w:p>
            <w:r>
              <w:t>Iran HoneyBee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Zanborestan_orkide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93*2*29233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hamed_sedghi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913*23949*</w:t>
            </w:r>
          </w:p>
        </w:tc>
        <w:tc>
          <w:tcPr>
            <w:tcW w:type="dxa" w:w="1728"/>
          </w:tcPr>
          <w:p>
            <w:r>
              <w:t>Reza🐈‍⬛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Rezaaaa_71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93*22*0012</w:t>
            </w:r>
          </w:p>
        </w:tc>
        <w:tc>
          <w:tcPr>
            <w:tcW w:type="dxa" w:w="1728"/>
          </w:tcPr>
          <w:p>
            <w:r>
              <w:t>RH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Zanbordariiii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91*40073**</w:t>
            </w:r>
          </w:p>
        </w:tc>
        <w:tc>
          <w:tcPr>
            <w:tcW w:type="dxa" w:w="1728"/>
          </w:tcPr>
          <w:p>
            <w:r>
              <w:t>Ss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Hivaaminipour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93*210707*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921*423*2*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Mmmmnnn3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9143*207**</w:t>
            </w:r>
          </w:p>
        </w:tc>
        <w:tc>
          <w:tcPr>
            <w:tcW w:type="dxa" w:w="1728"/>
          </w:tcPr>
          <w:p>
            <w:r>
              <w:t>Rezgar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RezgarApp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91399930**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faraji3066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91**421419</w:t>
            </w:r>
          </w:p>
        </w:tc>
        <w:tc>
          <w:tcPr>
            <w:tcW w:type="dxa" w:w="1728"/>
          </w:tcPr>
          <w:p>
            <w:r>
              <w:t>حسین.موسی.بیگی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9149**0*72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91**23*3*1</w:t>
            </w:r>
          </w:p>
        </w:tc>
        <w:tc>
          <w:tcPr>
            <w:tcW w:type="dxa" w:w="1728"/>
          </w:tcPr>
          <w:p>
            <w:r>
              <w:t>H.</w:t>
            </w:r>
          </w:p>
        </w:tc>
        <w:tc>
          <w:tcPr>
            <w:tcW w:type="dxa" w:w="1728"/>
          </w:tcPr>
          <w:p>
            <w:r>
              <w:t>Rezazade</w:t>
            </w:r>
          </w:p>
        </w:tc>
        <w:tc>
          <w:tcPr>
            <w:tcW w:type="dxa" w:w="1728"/>
          </w:tcPr>
          <w:p>
            <w:r>
              <w:t>Hrzd1350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91*33*431*</w:t>
            </w:r>
          </w:p>
        </w:tc>
        <w:tc>
          <w:tcPr>
            <w:tcW w:type="dxa" w:w="1728"/>
          </w:tcPr>
          <w:p>
            <w:r>
              <w:t>M.iran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Acmilan171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91*7****3*</w:t>
            </w:r>
          </w:p>
        </w:tc>
        <w:tc>
          <w:tcPr>
            <w:tcW w:type="dxa" w:w="1728"/>
          </w:tcPr>
          <w:p>
            <w:r>
              <w:t>javan</w:t>
            </w:r>
          </w:p>
        </w:tc>
        <w:tc>
          <w:tcPr>
            <w:tcW w:type="dxa" w:w="1728"/>
          </w:tcPr>
          <w:p>
            <w:r>
              <w:t>mard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9904*4*29*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91*43*03**</w:t>
            </w:r>
          </w:p>
        </w:tc>
        <w:tc>
          <w:tcPr>
            <w:tcW w:type="dxa" w:w="1728"/>
          </w:tcPr>
          <w:p>
            <w:r>
              <w:t>Matin</w:t>
            </w:r>
          </w:p>
        </w:tc>
        <w:tc>
          <w:tcPr>
            <w:tcW w:type="dxa" w:w="1728"/>
          </w:tcPr>
          <w:p>
            <w:r>
              <w:t>Khodaverdi</w:t>
            </w:r>
          </w:p>
        </w:tc>
        <w:tc>
          <w:tcPr>
            <w:tcW w:type="dxa" w:w="1728"/>
          </w:tcPr>
          <w:p>
            <w:r>
              <w:t>Mddr224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91**13**92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صفدری</w:t>
            </w:r>
          </w:p>
        </w:tc>
        <w:tc>
          <w:tcPr>
            <w:tcW w:type="dxa" w:w="1728"/>
          </w:tcPr>
          <w:p>
            <w:r>
              <w:t>ahmadsafdari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93*1130719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heyvari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99074**474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Iranpour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9302199*4*</w:t>
            </w:r>
          </w:p>
        </w:tc>
        <w:tc>
          <w:tcPr>
            <w:tcW w:type="dxa" w:w="1728"/>
          </w:tcPr>
          <w:p>
            <w:r>
              <w:t>اوات...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Chita20000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91*9900023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9122043144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Hamidi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903294020*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Ex_Ad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9371413**9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فتحیزاده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93*2*4*949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91**117*03</w:t>
            </w:r>
          </w:p>
        </w:tc>
        <w:tc>
          <w:tcPr>
            <w:tcW w:type="dxa" w:w="1728"/>
          </w:tcPr>
          <w:p>
            <w:r>
              <w:t>صنایع چوب حافظ</w:t>
            </w:r>
          </w:p>
        </w:tc>
        <w:tc>
          <w:tcPr>
            <w:tcW w:type="dxa" w:w="1728"/>
          </w:tcPr>
          <w:p>
            <w:r>
              <w:t>کابینت وکمددیواری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91*341*931</w:t>
            </w:r>
          </w:p>
        </w:tc>
        <w:tc>
          <w:tcPr>
            <w:tcW w:type="dxa" w:w="1728"/>
          </w:tcPr>
          <w:p>
            <w:r>
              <w:t>شیرزاد</w:t>
            </w:r>
          </w:p>
        </w:tc>
        <w:tc>
          <w:tcPr>
            <w:tcW w:type="dxa" w:w="1728"/>
          </w:tcPr>
          <w:p>
            <w:r>
              <w:t>امیدوار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914*199099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9399093*79</w:t>
            </w:r>
          </w:p>
        </w:tc>
        <w:tc>
          <w:tcPr>
            <w:tcW w:type="dxa" w:w="1728"/>
          </w:tcPr>
          <w:p>
            <w:r>
              <w:t>الم قشقایی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91*34*79*7</w:t>
            </w:r>
          </w:p>
        </w:tc>
        <w:tc>
          <w:tcPr>
            <w:tcW w:type="dxa" w:w="1728"/>
          </w:tcPr>
          <w:p>
            <w:r>
              <w:t>En Maghsoodi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Sky_Honey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91440**01*</w:t>
            </w:r>
          </w:p>
        </w:tc>
        <w:tc>
          <w:tcPr>
            <w:tcW w:type="dxa" w:w="1728"/>
          </w:tcPr>
          <w:p>
            <w:r>
              <w:t>Lotfizadeh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93*72**940</w:t>
            </w:r>
          </w:p>
        </w:tc>
        <w:tc>
          <w:tcPr>
            <w:tcW w:type="dxa" w:w="1728"/>
          </w:tcPr>
          <w:p>
            <w:r>
              <w:t>Aran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Aran403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91*34030*9</w:t>
            </w:r>
          </w:p>
        </w:tc>
        <w:tc>
          <w:tcPr>
            <w:tcW w:type="dxa" w:w="1728"/>
          </w:tcPr>
          <w:p>
            <w:r>
              <w:t>به پاییز بگوخیلی دیراومده ما خیلی وقته برگامون ریخته...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901*9***12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Piraani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93703*03*4</w:t>
            </w:r>
          </w:p>
        </w:tc>
        <w:tc>
          <w:tcPr>
            <w:tcW w:type="dxa" w:w="1728"/>
          </w:tcPr>
          <w:p>
            <w:r>
              <w:t>درویش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darvish0938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91**13*33*</w:t>
            </w:r>
          </w:p>
        </w:tc>
        <w:tc>
          <w:tcPr>
            <w:tcW w:type="dxa" w:w="1728"/>
          </w:tcPr>
          <w:p>
            <w:r>
              <w:t>Sami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Samanawm7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9113220313</w:t>
            </w:r>
          </w:p>
        </w:tc>
        <w:tc>
          <w:tcPr>
            <w:tcW w:type="dxa" w:w="1728"/>
          </w:tcPr>
          <w:p>
            <w:r>
              <w:t>(✿◠‿◠♥️)(♥️◠‿◠✿)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Noor1204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93*939202*</w:t>
            </w:r>
          </w:p>
        </w:tc>
        <w:tc>
          <w:tcPr>
            <w:tcW w:type="dxa" w:w="1728"/>
          </w:tcPr>
          <w:p>
            <w:r>
              <w:t>Siyavash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Siay54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91*3*01*21</w:t>
            </w:r>
          </w:p>
        </w:tc>
        <w:tc>
          <w:tcPr>
            <w:tcW w:type="dxa" w:w="1728"/>
          </w:tcPr>
          <w:p>
            <w:r>
              <w:t>سنه دژ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9121930171</w:t>
            </w:r>
          </w:p>
        </w:tc>
        <w:tc>
          <w:tcPr>
            <w:tcW w:type="dxa" w:w="1728"/>
          </w:tcPr>
          <w:p>
            <w:r>
              <w:t>سهراب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sohrab_rezaei1349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91449294*4</w:t>
            </w:r>
          </w:p>
        </w:tc>
        <w:tc>
          <w:tcPr>
            <w:tcW w:type="dxa" w:w="1728"/>
          </w:tcPr>
          <w:p>
            <w:r>
              <w:t>لوازم زنبورداری جهانی مرند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amin_jahani_marand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9141**1791</w:t>
            </w:r>
          </w:p>
        </w:tc>
        <w:tc>
          <w:tcPr>
            <w:tcW w:type="dxa" w:w="1728"/>
          </w:tcPr>
          <w:p>
            <w:r>
              <w:t>AMIN￶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amingojazadeh</w:t>
            </w:r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91713394*9</w:t>
            </w:r>
          </w:p>
        </w:tc>
        <w:tc>
          <w:tcPr>
            <w:tcW w:type="dxa" w:w="1728"/>
          </w:tcPr>
          <w:p>
            <w:r>
              <w:t>قاسمی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  <w:tr>
        <w:tc>
          <w:tcPr>
            <w:tcW w:type="dxa" w:w="1728"/>
          </w:tcPr>
          <w:p>
            <w:r>
              <w:t>910*7044**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زنبورکده ایلام(عالی پور) 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زنبورکده ایلام(عالی پور) 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