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رهروان ولایت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رهروان ولایت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9133*10019</w:t>
            </w:r>
          </w:p>
        </w:tc>
        <w:tc>
          <w:tcPr>
            <w:tcW w:type="dxa" w:w="1728"/>
          </w:tcPr>
          <w:p>
            <w:r>
              <w:t>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hafs114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910*170**4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QomAds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92131***2*</w:t>
            </w:r>
          </w:p>
        </w:tc>
        <w:tc>
          <w:tcPr>
            <w:tcW w:type="dxa" w:w="1728"/>
          </w:tcPr>
          <w:p>
            <w:r>
              <w:t>میلاد</w:t>
            </w:r>
          </w:p>
        </w:tc>
        <w:tc>
          <w:tcPr>
            <w:tcW w:type="dxa" w:w="1728"/>
          </w:tcPr>
          <w:p>
            <w:r>
              <w:t>صمیمی</w:t>
            </w:r>
          </w:p>
        </w:tc>
        <w:tc>
          <w:tcPr>
            <w:tcW w:type="dxa" w:w="1728"/>
          </w:tcPr>
          <w:p>
            <w:r>
              <w:t>rescue_technology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91**10*02*</w:t>
            </w:r>
          </w:p>
        </w:tc>
        <w:tc>
          <w:tcPr>
            <w:tcW w:type="dxa" w:w="1728"/>
          </w:tcPr>
          <w:p>
            <w:r>
              <w:t>Smj</w:t>
            </w:r>
          </w:p>
        </w:tc>
        <w:tc>
          <w:tcPr>
            <w:tcW w:type="dxa" w:w="1728"/>
          </w:tcPr>
          <w:p>
            <w:r>
              <w:t>Smj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91274**100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>
              <w:t>Chavoshi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9120409*40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Khodaei_iran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9139*43*79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>
              <w:t>ع</w:t>
            </w:r>
          </w:p>
        </w:tc>
        <w:tc>
          <w:tcPr>
            <w:tcW w:type="dxa" w:w="1728"/>
          </w:tcPr>
          <w:p>
            <w:r>
              <w:t>khadem_shohada9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912432027*</w:t>
            </w:r>
          </w:p>
        </w:tc>
        <w:tc>
          <w:tcPr>
            <w:tcW w:type="dxa" w:w="1728"/>
          </w:tcPr>
          <w:p>
            <w:r>
              <w:t>Neda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911*239**1</w:t>
            </w:r>
          </w:p>
        </w:tc>
        <w:tc>
          <w:tcPr>
            <w:tcW w:type="dxa" w:w="1728"/>
          </w:tcPr>
          <w:p>
            <w:r>
              <w:t>فقط‌خدا</w:t>
            </w:r>
          </w:p>
        </w:tc>
        <w:tc>
          <w:tcPr>
            <w:tcW w:type="dxa" w:w="1728"/>
          </w:tcPr>
          <w:p>
            <w:r>
              <w:t>خداوندناظربرکارهایمان‌هست</w:t>
            </w:r>
          </w:p>
        </w:tc>
        <w:tc>
          <w:tcPr>
            <w:tcW w:type="dxa" w:w="1728"/>
          </w:tcPr>
          <w:p>
            <w:r>
              <w:t>Chphf60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93***09327</w:t>
            </w:r>
          </w:p>
        </w:tc>
        <w:tc>
          <w:tcPr>
            <w:tcW w:type="dxa" w:w="1728"/>
          </w:tcPr>
          <w:p>
            <w:r>
              <w:t>M. K</w:t>
            </w:r>
          </w:p>
        </w:tc>
        <w:tc>
          <w:tcPr>
            <w:tcW w:type="dxa" w:w="1728"/>
          </w:tcPr>
          <w:p>
            <w:r>
              <w:t>Rahimi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93**99*00*</w:t>
            </w:r>
          </w:p>
        </w:tc>
        <w:tc>
          <w:tcPr>
            <w:tcW w:type="dxa" w:w="1728"/>
          </w:tcPr>
          <w:p>
            <w:r>
              <w:t>ایمان مریدی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Imanmoridi69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912***301*</w:t>
            </w:r>
          </w:p>
        </w:tc>
        <w:tc>
          <w:tcPr>
            <w:tcW w:type="dxa" w:w="1728"/>
          </w:tcPr>
          <w:p>
            <w:r>
              <w:t>Hassan Pakseresht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hassanpakseresht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93*0*941*0</w:t>
            </w:r>
          </w:p>
        </w:tc>
        <w:tc>
          <w:tcPr>
            <w:tcW w:type="dxa" w:w="1728"/>
          </w:tcPr>
          <w:p>
            <w:r>
              <w:t>Farzipur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>
              <w:t>farzipur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913*0*739*</w:t>
            </w:r>
          </w:p>
        </w:tc>
        <w:tc>
          <w:tcPr>
            <w:tcW w:type="dxa" w:w="1728"/>
          </w:tcPr>
          <w:p>
            <w:r>
              <w:t>🌸🌸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Zari_Yousefii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9120*3*917</w:t>
            </w:r>
          </w:p>
        </w:tc>
        <w:tc>
          <w:tcPr>
            <w:tcW w:type="dxa" w:w="1728"/>
          </w:tcPr>
          <w:p>
            <w:r>
              <w:t>‌* Y@ @LI 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939***4*02</w:t>
            </w:r>
          </w:p>
        </w:tc>
        <w:tc>
          <w:tcPr>
            <w:tcW w:type="dxa" w:w="1728"/>
          </w:tcPr>
          <w:p>
            <w:r>
              <w:t>T.i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Rtebat18978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9121394*11</w:t>
            </w:r>
          </w:p>
        </w:tc>
        <w:tc>
          <w:tcPr>
            <w:tcW w:type="dxa" w:w="1728"/>
          </w:tcPr>
          <w:p>
            <w:r>
              <w:t>Khodayari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Yash1387103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912240441*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khodamoradi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9133****19</w:t>
            </w:r>
          </w:p>
        </w:tc>
        <w:tc>
          <w:tcPr>
            <w:tcW w:type="dxa" w:w="1728"/>
          </w:tcPr>
          <w:p>
            <w:r>
              <w:t>Shojaei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919*0**11*</w:t>
            </w:r>
          </w:p>
        </w:tc>
        <w:tc>
          <w:tcPr>
            <w:tcW w:type="dxa" w:w="1728"/>
          </w:tcPr>
          <w:p>
            <w:r>
              <w:t>Hʝ͢</w:t>
            </w:r>
          </w:p>
        </w:tc>
        <w:tc>
          <w:tcPr>
            <w:tcW w:type="dxa" w:w="1728"/>
          </w:tcPr>
          <w:p>
            <w:r>
              <w:t>Rez</w:t>
            </w:r>
          </w:p>
        </w:tc>
        <w:tc>
          <w:tcPr>
            <w:tcW w:type="dxa" w:w="1728"/>
          </w:tcPr>
          <w:p>
            <w:r>
              <w:t>HjRez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9131*3*7*4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91111*3**4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Amire</w:t>
            </w:r>
          </w:p>
        </w:tc>
        <w:tc>
          <w:tcPr>
            <w:tcW w:type="dxa" w:w="1728"/>
          </w:tcPr>
          <w:p>
            <w:r>
              <w:t>Haje78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91099441**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ظفری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9012*93*7*</w:t>
            </w:r>
          </w:p>
        </w:tc>
        <w:tc>
          <w:tcPr>
            <w:tcW w:type="dxa" w:w="1728"/>
          </w:tcPr>
          <w:p>
            <w:r>
              <w:t>باتوکل به نام اعظمت(خــدا)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yazahra7802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91211227**</w:t>
            </w:r>
          </w:p>
        </w:tc>
        <w:tc>
          <w:tcPr>
            <w:tcW w:type="dxa" w:w="1728"/>
          </w:tcPr>
          <w:p>
            <w:r>
              <w:t>110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h_tajik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93077203*9</w:t>
            </w:r>
          </w:p>
        </w:tc>
        <w:tc>
          <w:tcPr>
            <w:tcW w:type="dxa" w:w="1728"/>
          </w:tcPr>
          <w:p>
            <w:r>
              <w:t>F.Salavati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Salavati78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913*0*429*</w:t>
            </w:r>
          </w:p>
        </w:tc>
        <w:tc>
          <w:tcPr>
            <w:tcW w:type="dxa" w:w="1728"/>
          </w:tcPr>
          <w:p>
            <w:r>
              <w:t>سیدحسن</w:t>
            </w:r>
          </w:p>
        </w:tc>
        <w:tc>
          <w:tcPr>
            <w:tcW w:type="dxa" w:w="1728"/>
          </w:tcPr>
          <w:p>
            <w:r>
              <w:t>زهتاب</w:t>
            </w:r>
          </w:p>
        </w:tc>
        <w:tc>
          <w:tcPr>
            <w:tcW w:type="dxa" w:w="1728"/>
          </w:tcPr>
          <w:p>
            <w:r>
              <w:t>tabas91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901*7*3329</w:t>
            </w:r>
          </w:p>
        </w:tc>
        <w:tc>
          <w:tcPr>
            <w:tcW w:type="dxa" w:w="1728"/>
          </w:tcPr>
          <w:p>
            <w:r>
              <w:t>Torabi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M62to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93**70*331</w:t>
            </w:r>
          </w:p>
        </w:tc>
        <w:tc>
          <w:tcPr>
            <w:tcW w:type="dxa" w:w="1728"/>
          </w:tcPr>
          <w:p>
            <w:r>
              <w:t>ناظری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H_nazeri_1966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9131******</w:t>
            </w:r>
          </w:p>
        </w:tc>
        <w:tc>
          <w:tcPr>
            <w:tcW w:type="dxa" w:w="1728"/>
          </w:tcPr>
          <w:p>
            <w:r>
              <w:t>مطالبه حقوق شهروندی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930*747232</w:t>
            </w:r>
          </w:p>
        </w:tc>
        <w:tc>
          <w:tcPr>
            <w:tcW w:type="dxa" w:w="1728"/>
          </w:tcPr>
          <w:p>
            <w:r>
              <w:t>رضا$X🐾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Reza2228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919*9793*1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91310*143*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Hamidbaghaki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939*197793</w:t>
            </w:r>
          </w:p>
        </w:tc>
        <w:tc>
          <w:tcPr>
            <w:tcW w:type="dxa" w:w="1728"/>
          </w:tcPr>
          <w:p>
            <w:r>
              <w:t>𝐴𝑚𝑖𝑟 ℎ𝑜𝑠𝑠𝑒𝑖𝑛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Amir_Damghan_cfu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939*41*913</w:t>
            </w:r>
          </w:p>
        </w:tc>
        <w:tc>
          <w:tcPr>
            <w:tcW w:type="dxa" w:w="1728"/>
          </w:tcPr>
          <w:p>
            <w:r>
              <w:t>hassan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Hassanmaram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912*2319*7</w:t>
            </w:r>
          </w:p>
        </w:tc>
        <w:tc>
          <w:tcPr>
            <w:tcW w:type="dxa" w:w="1728"/>
          </w:tcPr>
          <w:p>
            <w:r>
              <w:t>A.s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91**1****0</w:t>
            </w:r>
          </w:p>
        </w:tc>
        <w:tc>
          <w:tcPr>
            <w:tcW w:type="dxa" w:w="1728"/>
          </w:tcPr>
          <w:p>
            <w:r>
              <w:t>السلام علیک یا صاحب الزمان عج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93*3***33*</w:t>
            </w:r>
          </w:p>
        </w:tc>
        <w:tc>
          <w:tcPr>
            <w:tcW w:type="dxa" w:w="1728"/>
          </w:tcPr>
          <w:p>
            <w:r>
              <w:t>Mohammad Azhir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Mohammad_Azhir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9379*97*2*</w:t>
            </w:r>
          </w:p>
        </w:tc>
        <w:tc>
          <w:tcPr>
            <w:tcW w:type="dxa" w:w="1728"/>
          </w:tcPr>
          <w:p>
            <w:r>
              <w:t>Marziyeh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Mnbzt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91**007091</w:t>
            </w:r>
          </w:p>
        </w:tc>
        <w:tc>
          <w:tcPr>
            <w:tcW w:type="dxa" w:w="1728"/>
          </w:tcPr>
          <w:p>
            <w:r>
              <w:t>عباس ظفری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Mahdiar_110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9123*1*9**</w:t>
            </w:r>
          </w:p>
        </w:tc>
        <w:tc>
          <w:tcPr>
            <w:tcW w:type="dxa" w:w="1728"/>
          </w:tcPr>
          <w:p>
            <w:r>
              <w:t>تولید و فروش دستگاه پخش اذان خودکار مؤذن یار</w:t>
            </w:r>
          </w:p>
        </w:tc>
        <w:tc>
          <w:tcPr>
            <w:tcW w:type="dxa" w:w="1728"/>
          </w:tcPr>
          <w:p>
            <w:r>
              <w:t>https://basalam.com/moazenyar</w:t>
            </w:r>
          </w:p>
        </w:tc>
        <w:tc>
          <w:tcPr>
            <w:tcW w:type="dxa" w:w="1728"/>
          </w:tcPr>
          <w:p>
            <w:r>
              <w:t>moazenyar_noor2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91*1329070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شريفي قلعه نو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910**74*02</w:t>
            </w:r>
          </w:p>
        </w:tc>
        <w:tc>
          <w:tcPr>
            <w:tcW w:type="dxa" w:w="1728"/>
          </w:tcPr>
          <w:p>
            <w:r>
              <w:t>مبارز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Mobarez_96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9370*0*732</w:t>
            </w:r>
          </w:p>
        </w:tc>
        <w:tc>
          <w:tcPr>
            <w:tcW w:type="dxa" w:w="1728"/>
          </w:tcPr>
          <w:p>
            <w:r>
              <w:t>♥️🦋مدافع چادر مادرم زهرا(س)🦋♥️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Kanize_robab_205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919*27799*</w:t>
            </w:r>
          </w:p>
        </w:tc>
        <w:tc>
          <w:tcPr>
            <w:tcW w:type="dxa" w:w="1728"/>
          </w:tcPr>
          <w:p>
            <w:r>
              <w:t>حبیب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gomnam110110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913204*9**</w:t>
            </w:r>
          </w:p>
        </w:tc>
        <w:tc>
          <w:tcPr>
            <w:tcW w:type="dxa" w:w="1728"/>
          </w:tcPr>
          <w:p>
            <w:r>
              <w:t>Mehrzad Salimi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Mehrzad_Salimi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93*477**02</w:t>
            </w:r>
          </w:p>
        </w:tc>
        <w:tc>
          <w:tcPr>
            <w:tcW w:type="dxa" w:w="1728"/>
          </w:tcPr>
          <w:p>
            <w:r>
              <w:t>ناصر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Nasserpb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9121717***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93*171**24</w:t>
            </w:r>
          </w:p>
        </w:tc>
        <w:tc>
          <w:tcPr>
            <w:tcW w:type="dxa" w:w="1728"/>
          </w:tcPr>
          <w:p>
            <w:r>
              <w:t>Hura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91**414*73</w:t>
            </w:r>
          </w:p>
        </w:tc>
        <w:tc>
          <w:tcPr>
            <w:tcW w:type="dxa" w:w="1728"/>
          </w:tcPr>
          <w:p>
            <w:r>
              <w:t>امیرعلی</w:t>
            </w:r>
          </w:p>
        </w:tc>
        <w:tc>
          <w:tcPr>
            <w:tcW w:type="dxa" w:w="1728"/>
          </w:tcPr>
          <w:p>
            <w:r>
              <w:t>91</w:t>
            </w:r>
          </w:p>
        </w:tc>
        <w:tc>
          <w:tcPr>
            <w:tcW w:type="dxa" w:w="1728"/>
          </w:tcPr>
          <w:p>
            <w:r>
              <w:t>Hhadizade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9193330240</w:t>
            </w:r>
          </w:p>
        </w:tc>
        <w:tc>
          <w:tcPr>
            <w:tcW w:type="dxa" w:w="1728"/>
          </w:tcPr>
          <w:p>
            <w:r>
              <w:t>آماده باشیم برای ظهور 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mohamad_ebrahim_sefidiyan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902**1*44*</w:t>
            </w:r>
          </w:p>
        </w:tc>
        <w:tc>
          <w:tcPr>
            <w:tcW w:type="dxa" w:w="1728"/>
          </w:tcPr>
          <w:p>
            <w:r>
              <w:t>🤍جیل الصبر ۶۹ 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93*0*301*3</w:t>
            </w:r>
          </w:p>
        </w:tc>
        <w:tc>
          <w:tcPr>
            <w:tcW w:type="dxa" w:w="1728"/>
          </w:tcPr>
          <w:p>
            <w:r>
              <w:t>Mzfsa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mzfsa9510890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912473*4*1</w:t>
            </w:r>
          </w:p>
        </w:tc>
        <w:tc>
          <w:tcPr>
            <w:tcW w:type="dxa" w:w="1728"/>
          </w:tcPr>
          <w:p>
            <w:r>
              <w:t>عامری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9132214*21</w:t>
            </w:r>
          </w:p>
        </w:tc>
        <w:tc>
          <w:tcPr>
            <w:tcW w:type="dxa" w:w="1728"/>
          </w:tcPr>
          <w:p>
            <w:r>
              <w:t>سعید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9199*1927*</w:t>
            </w:r>
          </w:p>
        </w:tc>
        <w:tc>
          <w:tcPr>
            <w:tcW w:type="dxa" w:w="1728"/>
          </w:tcPr>
          <w:p>
            <w:r>
              <w:t>S.Tashtzar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S_Tashtzar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93*324242*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lotfannaftol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91*7*73**7</w:t>
            </w:r>
          </w:p>
        </w:tc>
        <w:tc>
          <w:tcPr>
            <w:tcW w:type="dxa" w:w="1728"/>
          </w:tcPr>
          <w:p>
            <w:r>
              <w:t>یه نماز تو حرم دعای بین هر وضومه...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AboSadegh74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91*0*04*00</w:t>
            </w:r>
          </w:p>
        </w:tc>
        <w:tc>
          <w:tcPr>
            <w:tcW w:type="dxa" w:w="1728"/>
          </w:tcPr>
          <w:p>
            <w:r>
              <w:t>F.aghaee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Aghaee99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9112314001</w:t>
            </w:r>
          </w:p>
        </w:tc>
        <w:tc>
          <w:tcPr>
            <w:tcW w:type="dxa" w:w="1728"/>
          </w:tcPr>
          <w:p>
            <w:r>
              <w:t>A....</w:t>
            </w:r>
          </w:p>
        </w:tc>
        <w:tc>
          <w:tcPr>
            <w:tcW w:type="dxa" w:w="1728"/>
          </w:tcPr>
          <w:p>
            <w:r>
              <w:t>A....</w:t>
            </w:r>
          </w:p>
        </w:tc>
        <w:tc>
          <w:tcPr>
            <w:tcW w:type="dxa" w:w="1728"/>
          </w:tcPr>
          <w:p>
            <w:r>
              <w:t>Behrozpanai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912*01411*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>
              <w:t>ghasedakemontazer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91**3*74*4</w:t>
            </w:r>
          </w:p>
        </w:tc>
        <w:tc>
          <w:tcPr>
            <w:tcW w:type="dxa" w:w="1728"/>
          </w:tcPr>
          <w:p>
            <w:r>
              <w:t>به نام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ar37502475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921***9*00</w:t>
            </w:r>
          </w:p>
        </w:tc>
        <w:tc>
          <w:tcPr>
            <w:tcW w:type="dxa" w:w="1728"/>
          </w:tcPr>
          <w:p>
            <w:r>
              <w:t>a.</w:t>
            </w:r>
          </w:p>
        </w:tc>
        <w:tc>
          <w:tcPr>
            <w:tcW w:type="dxa" w:w="1728"/>
          </w:tcPr>
          <w:p>
            <w:r>
              <w:t>heidari</w:t>
            </w:r>
          </w:p>
        </w:tc>
        <w:tc>
          <w:tcPr>
            <w:tcW w:type="dxa" w:w="1728"/>
          </w:tcPr>
          <w:p>
            <w:r>
              <w:t>heidari1991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93**030*4*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KhOsRaVi_313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9123**2149</w:t>
            </w:r>
          </w:p>
        </w:tc>
        <w:tc>
          <w:tcPr>
            <w:tcW w:type="dxa" w:w="1728"/>
          </w:tcPr>
          <w:p>
            <w:r>
              <w:t>A.V.e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Art_Ve_Of_Cyber_Army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911*1*1273</w:t>
            </w:r>
          </w:p>
        </w:tc>
        <w:tc>
          <w:tcPr>
            <w:tcW w:type="dxa" w:w="1728"/>
          </w:tcPr>
          <w:p>
            <w:r>
              <w:t>ن</w:t>
            </w:r>
          </w:p>
        </w:tc>
        <w:tc>
          <w:tcPr>
            <w:tcW w:type="dxa" w:w="1728"/>
          </w:tcPr>
          <w:p>
            <w:r>
              <w:t>ع</w:t>
            </w:r>
          </w:p>
        </w:tc>
        <w:tc>
          <w:tcPr>
            <w:tcW w:type="dxa" w:w="1728"/>
          </w:tcPr>
          <w:p>
            <w:r>
              <w:t>Kaghazi12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9213*37*44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Tehrani</w:t>
            </w:r>
          </w:p>
        </w:tc>
        <w:tc>
          <w:tcPr>
            <w:tcW w:type="dxa" w:w="1728"/>
          </w:tcPr>
          <w:p>
            <w:r>
              <w:t>rezahajimohamad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9901***24*</w:t>
            </w:r>
          </w:p>
        </w:tc>
        <w:tc>
          <w:tcPr>
            <w:tcW w:type="dxa" w:w="1728"/>
          </w:tcPr>
          <w:p>
            <w:r>
              <w:t>◔͜͡◔حسین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937902*439</w:t>
            </w:r>
          </w:p>
        </w:tc>
        <w:tc>
          <w:tcPr>
            <w:tcW w:type="dxa" w:w="1728"/>
          </w:tcPr>
          <w:p>
            <w:r>
              <w:t>Mehri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Parvazday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9121343137</w:t>
            </w:r>
          </w:p>
        </w:tc>
        <w:tc>
          <w:tcPr>
            <w:tcW w:type="dxa" w:w="1728"/>
          </w:tcPr>
          <w:p>
            <w:r>
              <w:t>شيخ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shekh1400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91**099*24</w:t>
            </w:r>
          </w:p>
        </w:tc>
        <w:tc>
          <w:tcPr>
            <w:tcW w:type="dxa" w:w="1728"/>
          </w:tcPr>
          <w:p>
            <w:r>
              <w:t>Mosavynasab</w:t>
            </w:r>
          </w:p>
        </w:tc>
        <w:tc>
          <w:tcPr>
            <w:tcW w:type="dxa" w:w="1728"/>
          </w:tcPr>
          <w:p>
            <w:r>
              <w:t>Meghdad</w:t>
            </w:r>
          </w:p>
        </w:tc>
        <w:tc>
          <w:tcPr>
            <w:tcW w:type="dxa" w:w="1728"/>
          </w:tcPr>
          <w:p>
            <w:r>
              <w:t>bad98_boy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91*4*32007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Eeeeeeeeeeidj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91247*193*</w:t>
            </w:r>
          </w:p>
        </w:tc>
        <w:tc>
          <w:tcPr>
            <w:tcW w:type="dxa" w:w="1728"/>
          </w:tcPr>
          <w:p>
            <w:r>
              <w:t>Mahmoud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9129741*4*</w:t>
            </w:r>
          </w:p>
        </w:tc>
        <w:tc>
          <w:tcPr>
            <w:tcW w:type="dxa" w:w="1728"/>
          </w:tcPr>
          <w:p>
            <w:r>
              <w:t>Ameri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Ameri29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91*9*0*910</w:t>
            </w:r>
          </w:p>
        </w:tc>
        <w:tc>
          <w:tcPr>
            <w:tcW w:type="dxa" w:w="1728"/>
          </w:tcPr>
          <w:p>
            <w:r>
              <w:t>سعید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saeedfoo1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9909*7*214</w:t>
            </w:r>
          </w:p>
        </w:tc>
        <w:tc>
          <w:tcPr>
            <w:tcW w:type="dxa" w:w="1728"/>
          </w:tcPr>
          <w:p>
            <w:r>
              <w:t>زائرانه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Kalb_ali0133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93*134**74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sadr5822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91431***1*</w:t>
            </w:r>
          </w:p>
        </w:tc>
        <w:tc>
          <w:tcPr>
            <w:tcW w:type="dxa" w:w="1728"/>
          </w:tcPr>
          <w:p>
            <w:r>
              <w:t>احمد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910**99*22</w:t>
            </w:r>
          </w:p>
        </w:tc>
        <w:tc>
          <w:tcPr>
            <w:tcW w:type="dxa" w:w="1728"/>
          </w:tcPr>
          <w:p>
            <w:r>
              <w:t>S 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Sudabelotfi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  <w:tr>
        <w:tc>
          <w:tcPr>
            <w:tcW w:type="dxa" w:w="1728"/>
          </w:tcPr>
          <w:p>
            <w:r>
              <w:t>93*4092*77</w:t>
            </w:r>
          </w:p>
        </w:tc>
        <w:tc>
          <w:tcPr>
            <w:tcW w:type="dxa" w:w="1728"/>
          </w:tcPr>
          <w:p>
            <w:r>
              <w:t>Mazyar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moblshyihemmat</w:t>
            </w:r>
          </w:p>
        </w:tc>
        <w:tc>
          <w:tcPr>
            <w:tcW w:type="dxa" w:w="1728"/>
          </w:tcPr>
          <w:p>
            <w:r>
              <w:t>🇮🇷رهروان ولایت🇮🇷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رهروان ولایت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