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دیوار گلستان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دیوار گلستان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930271*979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>
              <w:t>جان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939*22*224</w:t>
            </w:r>
          </w:p>
        </w:tc>
        <w:tc>
          <w:tcPr>
            <w:tcW w:type="dxa" w:w="1728"/>
          </w:tcPr>
          <w:p>
            <w:r>
              <w:t>محنا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911*342933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maaaryam2933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9333**3304</w:t>
            </w:r>
          </w:p>
        </w:tc>
        <w:tc>
          <w:tcPr>
            <w:tcW w:type="dxa" w:w="1728"/>
          </w:tcPr>
          <w:p>
            <w:r>
              <w:t>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93727*074*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D_yamrali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901**23310</w:t>
            </w:r>
          </w:p>
        </w:tc>
        <w:tc>
          <w:tcPr>
            <w:tcW w:type="dxa" w:w="1728"/>
          </w:tcPr>
          <w:p>
            <w:r>
              <w:t>Ahmadiiiii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911270*7*1</w:t>
            </w:r>
          </w:p>
        </w:tc>
        <w:tc>
          <w:tcPr>
            <w:tcW w:type="dxa" w:w="1728"/>
          </w:tcPr>
          <w:p>
            <w:r>
              <w:t>یوسف</w:t>
            </w:r>
          </w:p>
        </w:tc>
        <w:tc>
          <w:tcPr>
            <w:tcW w:type="dxa" w:w="1728"/>
          </w:tcPr>
          <w:p>
            <w:r>
              <w:t>دلیجه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9373201127</w:t>
            </w:r>
          </w:p>
        </w:tc>
        <w:tc>
          <w:tcPr>
            <w:tcW w:type="dxa" w:w="1728"/>
          </w:tcPr>
          <w:p>
            <w:r>
              <w:t>کاکم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933*0*3**2</w:t>
            </w:r>
          </w:p>
        </w:tc>
        <w:tc>
          <w:tcPr>
            <w:tcW w:type="dxa" w:w="1728"/>
          </w:tcPr>
          <w:p>
            <w:r>
              <w:t>Fateme 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990420104*</w:t>
            </w:r>
          </w:p>
        </w:tc>
        <w:tc>
          <w:tcPr>
            <w:tcW w:type="dxa" w:w="1728"/>
          </w:tcPr>
          <w:p>
            <w:r>
              <w:t>ایرج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iraj115242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93**41093*</w:t>
            </w:r>
          </w:p>
        </w:tc>
        <w:tc>
          <w:tcPr>
            <w:tcW w:type="dxa" w:w="1728"/>
          </w:tcPr>
          <w:p>
            <w:r>
              <w:t>Safie mirabi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9399901***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9371*1392*</w:t>
            </w:r>
          </w:p>
        </w:tc>
        <w:tc>
          <w:tcPr>
            <w:tcW w:type="dxa" w:w="1728"/>
          </w:tcPr>
          <w:p>
            <w:r>
              <w:t>ROHOLL@H</w:t>
            </w:r>
          </w:p>
        </w:tc>
        <w:tc>
          <w:tcPr>
            <w:tcW w:type="dxa" w:w="1728"/>
          </w:tcPr>
          <w:p>
            <w:r>
              <w:t>mogh@semi</w:t>
            </w:r>
          </w:p>
        </w:tc>
        <w:tc>
          <w:tcPr>
            <w:tcW w:type="dxa" w:w="1728"/>
          </w:tcPr>
          <w:p>
            <w:r>
              <w:t>MOGHASEMI_ROH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91117*044*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9397794414</w:t>
            </w:r>
          </w:p>
        </w:tc>
        <w:tc>
          <w:tcPr>
            <w:tcW w:type="dxa" w:w="1728"/>
          </w:tcPr>
          <w:p>
            <w:r>
              <w:t>طیب کلته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911370*9*9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Parham_barzamini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9114194*1*</w:t>
            </w:r>
          </w:p>
        </w:tc>
        <w:tc>
          <w:tcPr>
            <w:tcW w:type="dxa" w:w="1728"/>
          </w:tcPr>
          <w:p>
            <w:r>
              <w:t>ایلهان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xxxD_Mxxx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93**3174**</w:t>
            </w:r>
          </w:p>
        </w:tc>
        <w:tc>
          <w:tcPr>
            <w:tcW w:type="dxa" w:w="1728"/>
          </w:tcPr>
          <w:p>
            <w:r>
              <w:t>t.....?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Tajmohammed2017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93***09204</w:t>
            </w:r>
          </w:p>
        </w:tc>
        <w:tc>
          <w:tcPr>
            <w:tcW w:type="dxa" w:w="1728"/>
          </w:tcPr>
          <w:p>
            <w:r>
              <w:t>خلیل</w:t>
            </w:r>
          </w:p>
        </w:tc>
        <w:tc>
          <w:tcPr>
            <w:tcW w:type="dxa" w:w="1728"/>
          </w:tcPr>
          <w:p>
            <w:r>
              <w:t>موسوی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9337*209*4</w:t>
            </w:r>
          </w:p>
        </w:tc>
        <w:tc>
          <w:tcPr>
            <w:tcW w:type="dxa" w:w="1728"/>
          </w:tcPr>
          <w:p>
            <w:r>
              <w:t>_amin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aminm_5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91197779*1</w:t>
            </w:r>
          </w:p>
        </w:tc>
        <w:tc>
          <w:tcPr>
            <w:tcW w:type="dxa" w:w="1728"/>
          </w:tcPr>
          <w:p>
            <w:r>
              <w:t>Ahmad nob@har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911*734203</w:t>
            </w:r>
          </w:p>
        </w:tc>
        <w:tc>
          <w:tcPr>
            <w:tcW w:type="dxa" w:w="1728"/>
          </w:tcPr>
          <w:p>
            <w:r>
              <w:t>سونیا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9101070994</w:t>
            </w:r>
          </w:p>
        </w:tc>
        <w:tc>
          <w:tcPr>
            <w:tcW w:type="dxa" w:w="1728"/>
          </w:tcPr>
          <w:p>
            <w:r>
              <w:t>جواتی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9394193*37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9119701094</w:t>
            </w:r>
          </w:p>
        </w:tc>
        <w:tc>
          <w:tcPr>
            <w:tcW w:type="dxa" w:w="1728"/>
          </w:tcPr>
          <w:p>
            <w:r>
              <w:t>Zarife.z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91127*3007</w:t>
            </w:r>
          </w:p>
        </w:tc>
        <w:tc>
          <w:tcPr>
            <w:tcW w:type="dxa" w:w="1728"/>
          </w:tcPr>
          <w:p>
            <w:r>
              <w:t>ABDORRAHMAN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az09ABDOLRAHMAN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9117304920</w:t>
            </w:r>
          </w:p>
        </w:tc>
        <w:tc>
          <w:tcPr>
            <w:tcW w:type="dxa" w:w="1728"/>
          </w:tcPr>
          <w:p>
            <w:r>
              <w:t>hanif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921*3474**</w:t>
            </w:r>
          </w:p>
        </w:tc>
        <w:tc>
          <w:tcPr>
            <w:tcW w:type="dxa" w:w="1728"/>
          </w:tcPr>
          <w:p>
            <w:r>
              <w:t>sevgili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933*91****</w:t>
            </w:r>
          </w:p>
        </w:tc>
        <w:tc>
          <w:tcPr>
            <w:tcW w:type="dxa" w:w="1728"/>
          </w:tcPr>
          <w:p>
            <w:r>
              <w:t>ehsanmrzli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ehsanmrzli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939***4*94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Halako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903*919*27</w:t>
            </w:r>
          </w:p>
        </w:tc>
        <w:tc>
          <w:tcPr>
            <w:tcW w:type="dxa" w:w="1728"/>
          </w:tcPr>
          <w:p>
            <w:r>
              <w:t>محمدامین</w:t>
            </w:r>
          </w:p>
        </w:tc>
        <w:tc>
          <w:tcPr>
            <w:tcW w:type="dxa" w:w="1728"/>
          </w:tcPr>
          <w:p>
            <w:r>
              <w:t>قره داشلی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9117240*91</w:t>
            </w:r>
          </w:p>
        </w:tc>
        <w:tc>
          <w:tcPr>
            <w:tcW w:type="dxa" w:w="1728"/>
          </w:tcPr>
          <w:p>
            <w:r>
              <w:t>Malihe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Malihgh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939*32*249</w:t>
            </w:r>
          </w:p>
        </w:tc>
        <w:tc>
          <w:tcPr>
            <w:tcW w:type="dxa" w:w="1728"/>
          </w:tcPr>
          <w:p>
            <w:r>
              <w:t>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93**0**132</w:t>
            </w:r>
          </w:p>
        </w:tc>
        <w:tc>
          <w:tcPr>
            <w:tcW w:type="dxa" w:w="1728"/>
          </w:tcPr>
          <w:p>
            <w:r>
              <w:t>Flower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Floower75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93730**1*1</w:t>
            </w:r>
          </w:p>
        </w:tc>
        <w:tc>
          <w:tcPr>
            <w:tcW w:type="dxa" w:w="1728"/>
          </w:tcPr>
          <w:p>
            <w:r>
              <w:t>H.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93*2340423</w:t>
            </w:r>
          </w:p>
        </w:tc>
        <w:tc>
          <w:tcPr>
            <w:tcW w:type="dxa" w:w="1728"/>
          </w:tcPr>
          <w:p>
            <w:r>
              <w:t>Azad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91217114*1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Soghi</w:t>
            </w:r>
          </w:p>
        </w:tc>
        <w:tc>
          <w:tcPr>
            <w:tcW w:type="dxa" w:w="1728"/>
          </w:tcPr>
          <w:p>
            <w:r>
              <w:t>hamedsoghi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990*10*3**</w:t>
            </w:r>
          </w:p>
        </w:tc>
        <w:tc>
          <w:tcPr>
            <w:tcW w:type="dxa" w:w="1728"/>
          </w:tcPr>
          <w:p>
            <w:r>
              <w:t>☆:*´¨`*:.☆(¯`*•.¸,¤°´ SeidjanAta☆:*´¨`*:.☆(¯`*•.¸,¤°´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91117020**</w:t>
            </w:r>
          </w:p>
        </w:tc>
        <w:tc>
          <w:tcPr>
            <w:tcW w:type="dxa" w:w="1728"/>
          </w:tcPr>
          <w:p>
            <w:r>
              <w:t>RAMÌN 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hajimishka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9019100*99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hamidmaleki00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911*342**0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Sadat6977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91*7271320</w:t>
            </w:r>
          </w:p>
        </w:tc>
        <w:tc>
          <w:tcPr>
            <w:tcW w:type="dxa" w:w="1728"/>
          </w:tcPr>
          <w:p>
            <w:r>
              <w:t>@. Gh..@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Ghanbal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93***90*9*</w:t>
            </w:r>
          </w:p>
        </w:tc>
        <w:tc>
          <w:tcPr>
            <w:tcW w:type="dxa" w:w="1728"/>
          </w:tcPr>
          <w:p>
            <w:r>
              <w:t>سلما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939*379*74</w:t>
            </w:r>
          </w:p>
        </w:tc>
        <w:tc>
          <w:tcPr>
            <w:tcW w:type="dxa" w:w="1728"/>
          </w:tcPr>
          <w:p>
            <w:r>
              <w:t>👉bir ☝ tak💕 sen👫 askm💏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911973*9**</w:t>
            </w:r>
          </w:p>
        </w:tc>
        <w:tc>
          <w:tcPr>
            <w:tcW w:type="dxa" w:w="1728"/>
          </w:tcPr>
          <w:p>
            <w:r>
              <w:t>Amane.hq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911*177033</w:t>
            </w:r>
          </w:p>
        </w:tc>
        <w:tc>
          <w:tcPr>
            <w:tcW w:type="dxa" w:w="1728"/>
          </w:tcPr>
          <w:p>
            <w:r>
              <w:t>دنیام‌پسرام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919*331*91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9301929731</w:t>
            </w:r>
          </w:p>
        </w:tc>
        <w:tc>
          <w:tcPr>
            <w:tcW w:type="dxa" w:w="1728"/>
          </w:tcPr>
          <w:p>
            <w:r>
              <w:t>-M.A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9144**20*4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99193**773</w:t>
            </w:r>
          </w:p>
        </w:tc>
        <w:tc>
          <w:tcPr>
            <w:tcW w:type="dxa" w:w="1728"/>
          </w:tcPr>
          <w:p>
            <w:r>
              <w:t>Ashkim.ssss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91117074*3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911*3*4421</w:t>
            </w:r>
          </w:p>
        </w:tc>
        <w:tc>
          <w:tcPr>
            <w:tcW w:type="dxa" w:w="1728"/>
          </w:tcPr>
          <w:p>
            <w:r>
              <w:t>عطاری تاتوره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Tatoorehd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91140*019*</w:t>
            </w:r>
          </w:p>
        </w:tc>
        <w:tc>
          <w:tcPr>
            <w:tcW w:type="dxa" w:w="1728"/>
          </w:tcPr>
          <w:p>
            <w:r>
              <w:t>👨‍🎓👩‍🎓👨‍👩‍👧‍👦💖Aidin💞Asena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911*3**203</w:t>
            </w:r>
          </w:p>
        </w:tc>
        <w:tc>
          <w:tcPr>
            <w:tcW w:type="dxa" w:w="1728"/>
          </w:tcPr>
          <w:p>
            <w:r>
              <w:t>Ayoob_katook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a_katook8203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91*3*1*00*</w:t>
            </w:r>
          </w:p>
        </w:tc>
        <w:tc>
          <w:tcPr>
            <w:tcW w:type="dxa" w:w="1728"/>
          </w:tcPr>
          <w:p>
            <w:r>
              <w:t>M@ry@m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adamakmrm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93909*7**9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Asef13gvx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9109073372</w:t>
            </w:r>
          </w:p>
        </w:tc>
        <w:tc>
          <w:tcPr>
            <w:tcW w:type="dxa" w:w="1728"/>
          </w:tcPr>
          <w:p>
            <w:r>
              <w:t>ازخدا یادبگیر تنهاباش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933011***2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93*1974293</w:t>
            </w:r>
          </w:p>
        </w:tc>
        <w:tc>
          <w:tcPr>
            <w:tcW w:type="dxa" w:w="1728"/>
          </w:tcPr>
          <w:p>
            <w:r>
              <w:t>Vahab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9024***70*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mehri1370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91137*4*19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911370**44</w:t>
            </w:r>
          </w:p>
        </w:tc>
        <w:tc>
          <w:tcPr>
            <w:tcW w:type="dxa" w:w="1728"/>
          </w:tcPr>
          <w:p>
            <w:r>
              <w:t>Sara🦴</w:t>
            </w:r>
          </w:p>
        </w:tc>
        <w:tc>
          <w:tcPr>
            <w:tcW w:type="dxa" w:w="1728"/>
          </w:tcPr>
          <w:p>
            <w:r>
              <w:t>O.s.s.s</w:t>
            </w:r>
          </w:p>
        </w:tc>
        <w:tc>
          <w:tcPr>
            <w:tcW w:type="dxa" w:w="1728"/>
          </w:tcPr>
          <w:p>
            <w:r>
              <w:t>Saraa578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911149*934</w:t>
            </w:r>
          </w:p>
        </w:tc>
        <w:tc>
          <w:tcPr>
            <w:tcW w:type="dxa" w:w="1728"/>
          </w:tcPr>
          <w:p>
            <w:r>
              <w:t>حسین جنتی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9119*39097</w:t>
            </w:r>
          </w:p>
        </w:tc>
        <w:tc>
          <w:tcPr>
            <w:tcW w:type="dxa" w:w="1728"/>
          </w:tcPr>
          <w:p>
            <w:r>
              <w:t>آز یاشا آزاد یاشا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93923*12**</w:t>
            </w:r>
          </w:p>
        </w:tc>
        <w:tc>
          <w:tcPr>
            <w:tcW w:type="dxa" w:w="1728"/>
          </w:tcPr>
          <w:p>
            <w:r>
              <w:t>S.....d</w:t>
            </w:r>
          </w:p>
        </w:tc>
        <w:tc>
          <w:tcPr>
            <w:tcW w:type="dxa" w:w="1728"/>
          </w:tcPr>
          <w:p>
            <w:r>
              <w:t>T...ri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912****729</w:t>
            </w:r>
          </w:p>
        </w:tc>
        <w:tc>
          <w:tcPr>
            <w:tcW w:type="dxa" w:w="1728"/>
          </w:tcPr>
          <w:p>
            <w:r>
              <w:t>ஜ۩۩ஜ حمید خیاطஜ۩۩ஜ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9011**3201</w:t>
            </w:r>
          </w:p>
        </w:tc>
        <w:tc>
          <w:tcPr>
            <w:tcW w:type="dxa" w:w="1728"/>
          </w:tcPr>
          <w:p>
            <w:r>
              <w:t>Sh**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9034**1*7*</w:t>
            </w:r>
          </w:p>
        </w:tc>
        <w:tc>
          <w:tcPr>
            <w:tcW w:type="dxa" w:w="1728"/>
          </w:tcPr>
          <w:p>
            <w:r>
              <w:t>44306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labatabaei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9117242*21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91*9404324</w:t>
            </w:r>
          </w:p>
        </w:tc>
        <w:tc>
          <w:tcPr>
            <w:tcW w:type="dxa" w:w="1728"/>
          </w:tcPr>
          <w:p>
            <w:r>
              <w:t>El</w:t>
            </w:r>
          </w:p>
        </w:tc>
        <w:tc>
          <w:tcPr>
            <w:tcW w:type="dxa" w:w="1728"/>
          </w:tcPr>
          <w:p>
            <w:r>
              <w:t>Ll</w:t>
            </w:r>
          </w:p>
        </w:tc>
        <w:tc>
          <w:tcPr>
            <w:tcW w:type="dxa" w:w="1728"/>
          </w:tcPr>
          <w:p>
            <w:r>
              <w:t>Elhampourkiani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9114071*27</w:t>
            </w:r>
          </w:p>
        </w:tc>
        <w:tc>
          <w:tcPr>
            <w:tcW w:type="dxa" w:w="1728"/>
          </w:tcPr>
          <w:p>
            <w:r>
              <w:t>Razieh.......hq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911*701**3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Mohammadshdr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9120209012</w:t>
            </w:r>
          </w:p>
        </w:tc>
        <w:tc>
          <w:tcPr>
            <w:tcW w:type="dxa" w:w="1728"/>
          </w:tcPr>
          <w:p>
            <w:r>
              <w:t>residence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91277*9*90</w:t>
            </w:r>
          </w:p>
        </w:tc>
        <w:tc>
          <w:tcPr>
            <w:tcW w:type="dxa" w:w="1728"/>
          </w:tcPr>
          <w:p>
            <w:r>
              <w:t>m.karimi</w:t>
            </w:r>
          </w:p>
        </w:tc>
        <w:tc>
          <w:tcPr>
            <w:tcW w:type="dxa" w:w="1728"/>
          </w:tcPr>
          <w:p>
            <w:r>
              <w:t>1978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911272*4*9</w:t>
            </w:r>
          </w:p>
        </w:tc>
        <w:tc>
          <w:tcPr>
            <w:tcW w:type="dxa" w:w="1728"/>
          </w:tcPr>
          <w:p>
            <w:r>
              <w:t>Gohar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Gohar_Mehrooz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937*09137*</w:t>
            </w:r>
          </w:p>
        </w:tc>
        <w:tc>
          <w:tcPr>
            <w:tcW w:type="dxa" w:w="1728"/>
          </w:tcPr>
          <w:p>
            <w:r>
              <w:t>@roy@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9300*10*40</w:t>
            </w:r>
          </w:p>
        </w:tc>
        <w:tc>
          <w:tcPr>
            <w:tcW w:type="dxa" w:w="1728"/>
          </w:tcPr>
          <w:p>
            <w:r>
              <w:t>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9119*0*12*</w:t>
            </w:r>
          </w:p>
        </w:tc>
        <w:tc>
          <w:tcPr>
            <w:tcW w:type="dxa" w:w="1728"/>
          </w:tcPr>
          <w:p>
            <w:r>
              <w:t>سخاوی</w:t>
            </w:r>
          </w:p>
        </w:tc>
        <w:tc>
          <w:tcPr>
            <w:tcW w:type="dxa" w:w="1728"/>
          </w:tcPr>
          <w:p>
            <w:r>
              <w:t>بیمه ایران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93720***70</w:t>
            </w:r>
          </w:p>
        </w:tc>
        <w:tc>
          <w:tcPr>
            <w:tcW w:type="dxa" w:w="1728"/>
          </w:tcPr>
          <w:p>
            <w:r>
              <w:t>•¤»((¯♥¯))«¤•◦•●◉✿melika.r✿◉●•◦•¤»((¯♥¯))«¤•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sofya1e33</w:t>
            </w:r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  <w:tr>
        <w:tc>
          <w:tcPr>
            <w:tcW w:type="dxa" w:w="1728"/>
          </w:tcPr>
          <w:p>
            <w:r>
              <w:t>903***1247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گلستان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دیوار گلستان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