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دیوار جوین،جغتای،سبزوار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دیوار جوین،جغتای،سبزوار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93*1**1700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ali180y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93*40**034</w:t>
            </w:r>
          </w:p>
        </w:tc>
        <w:tc>
          <w:tcPr>
            <w:tcW w:type="dxa" w:w="1728"/>
          </w:tcPr>
          <w:p>
            <w:r>
              <w:t>monir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91*2404247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91217**73*</w:t>
            </w:r>
          </w:p>
        </w:tc>
        <w:tc>
          <w:tcPr>
            <w:tcW w:type="dxa" w:w="1728"/>
          </w:tcPr>
          <w:p>
            <w:r>
              <w:t>Saeid.k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Kasiri_saeid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9031*2423*</w:t>
            </w:r>
          </w:p>
        </w:tc>
        <w:tc>
          <w:tcPr>
            <w:tcW w:type="dxa" w:w="1728"/>
          </w:tcPr>
          <w:p>
            <w:r>
              <w:t>˙·٠•●♥️Ձოiг.հ.Ձ●•٠·˙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arbabi4238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9101*90*39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کبیر</w:t>
            </w:r>
          </w:p>
        </w:tc>
        <w:tc>
          <w:tcPr>
            <w:tcW w:type="dxa" w:w="1728"/>
          </w:tcPr>
          <w:p>
            <w:r>
              <w:t>Nategh110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9100*0**40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Khani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910*729940</w:t>
            </w:r>
          </w:p>
        </w:tc>
        <w:tc>
          <w:tcPr>
            <w:tcW w:type="dxa" w:w="1728"/>
          </w:tcPr>
          <w:p>
            <w:r>
              <w:t>آینازوعلی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93*10*974*</w:t>
            </w:r>
          </w:p>
        </w:tc>
        <w:tc>
          <w:tcPr>
            <w:tcW w:type="dxa" w:w="1728"/>
          </w:tcPr>
          <w:p>
            <w:r>
              <w:t>Aseman</w:t>
            </w:r>
          </w:p>
        </w:tc>
        <w:tc>
          <w:tcPr>
            <w:tcW w:type="dxa" w:w="1728"/>
          </w:tcPr>
          <w:p>
            <w:r>
              <w:t>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91*171092*</w:t>
            </w:r>
          </w:p>
        </w:tc>
        <w:tc>
          <w:tcPr>
            <w:tcW w:type="dxa" w:w="1728"/>
          </w:tcPr>
          <w:p>
            <w:r>
              <w:t>محمد جهان نوش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93*13**771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7🍅</w:t>
            </w:r>
          </w:p>
        </w:tc>
        <w:tc>
          <w:tcPr>
            <w:tcW w:type="dxa" w:w="1728"/>
          </w:tcPr>
          <w:p>
            <w:r>
              <w:t>Faraminco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91*049*343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93713*2317</w:t>
            </w:r>
          </w:p>
        </w:tc>
        <w:tc>
          <w:tcPr>
            <w:tcW w:type="dxa" w:w="1728"/>
          </w:tcPr>
          <w:p>
            <w:r>
              <w:t>h.dadgar1987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933401*397</w:t>
            </w:r>
          </w:p>
        </w:tc>
        <w:tc>
          <w:tcPr>
            <w:tcW w:type="dxa" w:w="1728"/>
          </w:tcPr>
          <w:p>
            <w:r>
              <w:t>حیدری</w:t>
            </w:r>
          </w:p>
        </w:tc>
        <w:tc>
          <w:tcPr>
            <w:tcW w:type="dxa" w:w="1728"/>
          </w:tcPr>
          <w:p>
            <w:r>
              <w:t>,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91*371*214</w:t>
            </w:r>
          </w:p>
        </w:tc>
        <w:tc>
          <w:tcPr>
            <w:tcW w:type="dxa" w:w="1728"/>
          </w:tcPr>
          <w:p>
            <w:r>
              <w:t>سعیدعلی آبادی نجوم سبزوار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nojums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91*371**30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SaaDaTiFaR</w:t>
            </w:r>
          </w:p>
        </w:tc>
        <w:tc>
          <w:tcPr>
            <w:tcW w:type="dxa" w:w="1728"/>
          </w:tcPr>
          <w:p>
            <w:r>
              <w:t>AMIR_SAADATIFAR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91*7144*27</w:t>
            </w:r>
          </w:p>
        </w:tc>
        <w:tc>
          <w:tcPr>
            <w:tcW w:type="dxa" w:w="1728"/>
          </w:tcPr>
          <w:p>
            <w:r>
              <w:t>علی اصغر</w:t>
            </w:r>
          </w:p>
        </w:tc>
        <w:tc>
          <w:tcPr>
            <w:tcW w:type="dxa" w:w="1728"/>
          </w:tcPr>
          <w:p>
            <w:r>
              <w:t>رستمی</w:t>
            </w:r>
          </w:p>
        </w:tc>
        <w:tc>
          <w:tcPr>
            <w:tcW w:type="dxa" w:w="1728"/>
          </w:tcPr>
          <w:p>
            <w:r>
              <w:t>ali_asghar1341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91*972*793</w:t>
            </w:r>
          </w:p>
        </w:tc>
        <w:tc>
          <w:tcPr>
            <w:tcW w:type="dxa" w:w="1728"/>
          </w:tcPr>
          <w:p>
            <w:r>
              <w:t>مهدي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leila_mohsn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93*****230</w:t>
            </w:r>
          </w:p>
        </w:tc>
        <w:tc>
          <w:tcPr>
            <w:tcW w:type="dxa" w:w="1728"/>
          </w:tcPr>
          <w:p>
            <w:r>
              <w:t>jafar...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Jafar_es_70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93**77*07*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Designer16954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9392341209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iman0301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91914*9*2*</w:t>
            </w:r>
          </w:p>
        </w:tc>
        <w:tc>
          <w:tcPr>
            <w:tcW w:type="dxa" w:w="1728"/>
          </w:tcPr>
          <w:p>
            <w:r>
              <w:t>M.N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93*22*7**7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meshkani</w:t>
            </w:r>
          </w:p>
        </w:tc>
        <w:tc>
          <w:tcPr>
            <w:tcW w:type="dxa" w:w="1728"/>
          </w:tcPr>
          <w:p>
            <w:r>
              <w:t>meshkanijavad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902*7*19*0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sobhani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91*1703*7*</w:t>
            </w:r>
          </w:p>
        </w:tc>
        <w:tc>
          <w:tcPr>
            <w:tcW w:type="dxa" w:w="1728"/>
          </w:tcPr>
          <w:p>
            <w:r>
              <w:t>ابی</w:t>
            </w:r>
          </w:p>
        </w:tc>
        <w:tc>
          <w:tcPr>
            <w:tcW w:type="dxa" w:w="1728"/>
          </w:tcPr>
          <w:p>
            <w:r>
              <w:t>ایزی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910*734*2*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91*97199*9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Nasiri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939993*303</w:t>
            </w:r>
          </w:p>
        </w:tc>
        <w:tc>
          <w:tcPr>
            <w:tcW w:type="dxa" w:w="1728"/>
          </w:tcPr>
          <w:p>
            <w:r>
              <w:t>Ariya</w:t>
            </w:r>
          </w:p>
        </w:tc>
        <w:tc>
          <w:tcPr>
            <w:tcW w:type="dxa" w:w="1728"/>
          </w:tcPr>
          <w:p>
            <w:r>
              <w:t>Æ</w:t>
            </w:r>
          </w:p>
        </w:tc>
        <w:tc>
          <w:tcPr>
            <w:tcW w:type="dxa" w:w="1728"/>
          </w:tcPr>
          <w:p>
            <w:r>
              <w:t>Ariya_mirzaei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9900*274*0</w:t>
            </w:r>
          </w:p>
        </w:tc>
        <w:tc>
          <w:tcPr>
            <w:tcW w:type="dxa" w:w="1728"/>
          </w:tcPr>
          <w:p>
            <w:r>
              <w:t>Desert panther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OT_28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990*71***0</w:t>
            </w:r>
          </w:p>
        </w:tc>
        <w:tc>
          <w:tcPr>
            <w:tcW w:type="dxa" w:w="1728"/>
          </w:tcPr>
          <w:p>
            <w:r>
              <w:t>مَََِِِـَََِِِـَََِِِטּََََََِِِِِِ َََِِِبَََِِِـَََِِِـَََِِِا</w:t>
            </w:r>
          </w:p>
        </w:tc>
        <w:tc>
          <w:tcPr>
            <w:tcW w:type="dxa" w:w="1728"/>
          </w:tcPr>
          <w:p>
            <w:r>
              <w:t>ًًًًٌٌٍٍٍٍٍٍٍٍٍٍٍٍٍٍٍٍٍٍٍٍٍٍٍ</w:t>
            </w:r>
          </w:p>
        </w:tc>
        <w:tc>
          <w:tcPr>
            <w:tcW w:type="dxa" w:w="1728"/>
          </w:tcPr>
          <w:p>
            <w:r>
              <w:t>Bmw405345i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93372*931*</w:t>
            </w:r>
          </w:p>
        </w:tc>
        <w:tc>
          <w:tcPr>
            <w:tcW w:type="dxa" w:w="1728"/>
          </w:tcPr>
          <w:p>
            <w:r>
              <w:t>🌟s÷j🌟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Sateyo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93*3*07403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Pa_857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93*0*9*4**</w:t>
            </w:r>
          </w:p>
        </w:tc>
        <w:tc>
          <w:tcPr>
            <w:tcW w:type="dxa" w:w="1728"/>
          </w:tcPr>
          <w:p>
            <w:r>
              <w:t>کیوانلو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keyvanloo3255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93*7719**0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Narghani</w:t>
            </w:r>
          </w:p>
        </w:tc>
        <w:tc>
          <w:tcPr>
            <w:tcW w:type="dxa" w:w="1728"/>
          </w:tcPr>
          <w:p>
            <w:r>
              <w:t>sajjadnarghani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93*920*449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Somayeh49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93**4*0*92</w:t>
            </w:r>
          </w:p>
        </w:tc>
        <w:tc>
          <w:tcPr>
            <w:tcW w:type="dxa" w:w="1728"/>
          </w:tcPr>
          <w:p>
            <w:r>
              <w:t>ت</w:t>
            </w:r>
          </w:p>
        </w:tc>
        <w:tc>
          <w:tcPr>
            <w:tcW w:type="dxa" w:w="1728"/>
          </w:tcPr>
          <w:p>
            <w:r>
              <w:t>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91**710791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93317277*2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mahdikh1993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930*2****7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abolfazlmoradiyan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937*00*214</w:t>
            </w:r>
          </w:p>
        </w:tc>
        <w:tc>
          <w:tcPr>
            <w:tcW w:type="dxa" w:w="1728"/>
          </w:tcPr>
          <w:p>
            <w:r>
              <w:t>Farimanehei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Farimanehei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901*03*91*</w:t>
            </w:r>
          </w:p>
        </w:tc>
        <w:tc>
          <w:tcPr>
            <w:tcW w:type="dxa" w:w="1728"/>
          </w:tcPr>
          <w:p>
            <w:r>
              <w:t>behnaz.psp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90131477*0</w:t>
            </w:r>
          </w:p>
        </w:tc>
        <w:tc>
          <w:tcPr>
            <w:tcW w:type="dxa" w:w="1728"/>
          </w:tcPr>
          <w:p>
            <w:r>
              <w:t>آقاهادی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93*3*32093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93******97</w:t>
            </w:r>
          </w:p>
        </w:tc>
        <w:tc>
          <w:tcPr>
            <w:tcW w:type="dxa" w:w="1728"/>
          </w:tcPr>
          <w:p>
            <w:r>
              <w:t>_Mąɧđï_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Mahdi1111mahdi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91*7*29717</w:t>
            </w:r>
          </w:p>
        </w:tc>
        <w:tc>
          <w:tcPr>
            <w:tcW w:type="dxa" w:w="1728"/>
          </w:tcPr>
          <w:p>
            <w:r>
              <w:t>F...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91*97270*9</w:t>
            </w:r>
          </w:p>
        </w:tc>
        <w:tc>
          <w:tcPr>
            <w:tcW w:type="dxa" w:w="1728"/>
          </w:tcPr>
          <w:p>
            <w:r>
              <w:t>˙·٠•●♥ṃ.a♥●•٠·˙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901*94*71*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Omid_Kazemi_Silent_00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933*73*272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Kazemiyan</w:t>
            </w:r>
          </w:p>
        </w:tc>
        <w:tc>
          <w:tcPr>
            <w:tcW w:type="dxa" w:w="1728"/>
          </w:tcPr>
          <w:p>
            <w:r>
              <w:t>Samaane69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9373**194*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$X</w:t>
            </w:r>
          </w:p>
        </w:tc>
        <w:tc>
          <w:tcPr>
            <w:tcW w:type="dxa" w:w="1728"/>
          </w:tcPr>
          <w:p>
            <w:r>
              <w:t>sabzevar2024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93*9442911</w:t>
            </w:r>
          </w:p>
        </w:tc>
        <w:tc>
          <w:tcPr>
            <w:tcW w:type="dxa" w:w="1728"/>
          </w:tcPr>
          <w:p>
            <w:r>
              <w:t>Mosi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Mosi0935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91*3714374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91*9302920</w:t>
            </w:r>
          </w:p>
        </w:tc>
        <w:tc>
          <w:tcPr>
            <w:tcW w:type="dxa" w:w="1728"/>
          </w:tcPr>
          <w:p>
            <w:r>
              <w:t>o҉m҉i҉d҉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Dosa1380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91*2*24713</w:t>
            </w:r>
          </w:p>
        </w:tc>
        <w:tc>
          <w:tcPr>
            <w:tcW w:type="dxa" w:w="1728"/>
          </w:tcPr>
          <w:p>
            <w:r>
              <w:t>OMiD???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o_m_7_1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902*2*2434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فسنقری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93***09292</w:t>
            </w:r>
          </w:p>
        </w:tc>
        <w:tc>
          <w:tcPr>
            <w:tcW w:type="dxa" w:w="1728"/>
          </w:tcPr>
          <w:p>
            <w:r>
              <w:t>انسانیت</w:t>
            </w:r>
          </w:p>
        </w:tc>
        <w:tc>
          <w:tcPr>
            <w:tcW w:type="dxa" w:w="1728"/>
          </w:tcPr>
          <w:p>
            <w:r>
              <w:t>Mori</w:t>
            </w:r>
          </w:p>
        </w:tc>
        <w:tc>
          <w:tcPr>
            <w:tcW w:type="dxa" w:w="1728"/>
          </w:tcPr>
          <w:p>
            <w:r>
              <w:t>Daf9292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910431*741</w:t>
            </w:r>
          </w:p>
        </w:tc>
        <w:tc>
          <w:tcPr>
            <w:tcW w:type="dxa" w:w="1728"/>
          </w:tcPr>
          <w:p>
            <w:r>
              <w:t>Admin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Adwinik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902*11**02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Salamtyaaar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910*10*002</w:t>
            </w:r>
          </w:p>
        </w:tc>
        <w:tc>
          <w:tcPr>
            <w:tcW w:type="dxa" w:w="1728"/>
          </w:tcPr>
          <w:p>
            <w:r>
              <w:t>▂▃▄▅▆▇█▓▒░MohsenJabale░▒▓█▇▆▅▄▃▂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Mohsenjabale98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91**1*3*92</w:t>
            </w:r>
          </w:p>
        </w:tc>
        <w:tc>
          <w:tcPr>
            <w:tcW w:type="dxa" w:w="1728"/>
          </w:tcPr>
          <w:p>
            <w:r>
              <w:t>S.R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samir93h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912320274*</w:t>
            </w:r>
          </w:p>
        </w:tc>
        <w:tc>
          <w:tcPr>
            <w:tcW w:type="dxa" w:w="1728"/>
          </w:tcPr>
          <w:p>
            <w:r>
              <w:t>حمید 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kiyan03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90*1**4913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jebele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903***93*7</w:t>
            </w:r>
          </w:p>
        </w:tc>
        <w:tc>
          <w:tcPr>
            <w:tcW w:type="dxa" w:w="1728"/>
          </w:tcPr>
          <w:p>
            <w:r>
              <w:t>♡gɦﾑ£ℳ♡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Azarmahi3612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917132942*</w:t>
            </w:r>
          </w:p>
        </w:tc>
        <w:tc>
          <w:tcPr>
            <w:tcW w:type="dxa" w:w="1728"/>
          </w:tcPr>
          <w:p>
            <w:r>
              <w:t>Volvo</w:t>
            </w:r>
          </w:p>
        </w:tc>
        <w:tc>
          <w:tcPr>
            <w:tcW w:type="dxa" w:w="1728"/>
          </w:tcPr>
          <w:p>
            <w:r>
              <w:t>Fh500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937*973244</w:t>
            </w:r>
          </w:p>
        </w:tc>
        <w:tc>
          <w:tcPr>
            <w:tcW w:type="dxa" w:w="1728"/>
          </w:tcPr>
          <w:p>
            <w:r>
              <w:t>CM</w:t>
            </w:r>
          </w:p>
        </w:tc>
        <w:tc>
          <w:tcPr>
            <w:tcW w:type="dxa" w:w="1728"/>
          </w:tcPr>
          <w:p>
            <w:r>
              <w:t>رضـا فـرزیـن</w:t>
            </w:r>
          </w:p>
        </w:tc>
        <w:tc>
          <w:tcPr>
            <w:tcW w:type="dxa" w:w="1728"/>
          </w:tcPr>
          <w:p>
            <w:r>
              <w:t>Rezacm2001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937*332*1*</w:t>
            </w:r>
          </w:p>
        </w:tc>
        <w:tc>
          <w:tcPr>
            <w:tcW w:type="dxa" w:w="1728"/>
          </w:tcPr>
          <w:p>
            <w:r>
              <w:t>عشقای مامان：حسین .میلاد.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902**13700</w:t>
            </w:r>
          </w:p>
        </w:tc>
        <w:tc>
          <w:tcPr>
            <w:tcW w:type="dxa" w:w="1728"/>
          </w:tcPr>
          <w:p>
            <w:r>
              <w:t>املاک سرمایه گلبهار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910*723934</w:t>
            </w:r>
          </w:p>
        </w:tc>
        <w:tc>
          <w:tcPr>
            <w:tcW w:type="dxa" w:w="1728"/>
          </w:tcPr>
          <w:p>
            <w:r>
              <w:t>(¯`*•. پسرک روانی 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mohamadnoloove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91*32091*2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گرامی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91*9744**3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91*371139*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91***49**9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Barabadi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93*2*1*7**</w:t>
            </w:r>
          </w:p>
        </w:tc>
        <w:tc>
          <w:tcPr>
            <w:tcW w:type="dxa" w:w="1728"/>
          </w:tcPr>
          <w:p>
            <w:r>
              <w:t>˙·٠•●♥Eli♥●•٠·˙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91**7*0*12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Yamahdifatemeh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9030117*34</w:t>
            </w:r>
          </w:p>
        </w:tc>
        <w:tc>
          <w:tcPr>
            <w:tcW w:type="dxa" w:w="1728"/>
          </w:tcPr>
          <w:p>
            <w:r>
              <w:t>Joghataee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AJoghataee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91**712*2*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Ail1371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9330000937</w:t>
            </w:r>
          </w:p>
        </w:tc>
        <w:tc>
          <w:tcPr>
            <w:tcW w:type="dxa" w:w="1728"/>
          </w:tcPr>
          <w:p>
            <w:r>
              <w:t>Shareisaffron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Shareisaffron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9907119001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Alizakoor81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939117114*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91*9194*0*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  <w:tr>
        <w:tc>
          <w:tcPr>
            <w:tcW w:type="dxa" w:w="1728"/>
          </w:tcPr>
          <w:p>
            <w:r>
              <w:t>930*1*9447</w:t>
            </w:r>
          </w:p>
        </w:tc>
        <w:tc>
          <w:tcPr>
            <w:tcW w:type="dxa" w:w="1728"/>
          </w:tcPr>
          <w:p>
            <w:r>
              <w:t>محمد حسین قریب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Gharib5852000</w:t>
            </w:r>
          </w:p>
        </w:tc>
        <w:tc>
          <w:tcPr>
            <w:tcW w:type="dxa" w:w="1728"/>
          </w:tcPr>
          <w:p>
            <w:r>
              <w:t>دیوار جوین،جغتای،سبزوار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دیوار جوین،جغتای،سبزوار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