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دیوار افغانستان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دیوار افغانستان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9900300**0</w:t>
            </w:r>
          </w:p>
        </w:tc>
        <w:tc>
          <w:tcPr>
            <w:tcW w:type="dxa" w:w="1728"/>
          </w:tcPr>
          <w:p>
            <w:r>
              <w:t>ذبیح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9170*0*7*3</w:t>
            </w:r>
          </w:p>
        </w:tc>
        <w:tc>
          <w:tcPr>
            <w:tcW w:type="dxa" w:w="1728"/>
          </w:tcPr>
          <w:p>
            <w:r>
              <w:t>. 12119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9197*2*273</w:t>
            </w:r>
          </w:p>
        </w:tc>
        <w:tc>
          <w:tcPr>
            <w:tcW w:type="dxa" w:w="1728"/>
          </w:tcPr>
          <w:p>
            <w:r>
              <w:t>سیف الله</w:t>
            </w:r>
          </w:p>
        </w:tc>
        <w:tc>
          <w:tcPr>
            <w:tcW w:type="dxa" w:w="1728"/>
          </w:tcPr>
          <w:p>
            <w:r>
              <w:t>صافی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9121234*00</w:t>
            </w:r>
          </w:p>
        </w:tc>
        <w:tc>
          <w:tcPr>
            <w:tcW w:type="dxa" w:w="1728"/>
          </w:tcPr>
          <w:p>
            <w:r>
              <w:t>Ad</w:t>
            </w:r>
          </w:p>
        </w:tc>
        <w:tc>
          <w:tcPr>
            <w:tcW w:type="dxa" w:w="1728"/>
          </w:tcPr>
          <w:p>
            <w:r>
              <w:t>Pakfar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91*4*031*7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937*70**72</w:t>
            </w:r>
          </w:p>
        </w:tc>
        <w:tc>
          <w:tcPr>
            <w:tcW w:type="dxa" w:w="1728"/>
          </w:tcPr>
          <w:p>
            <w:r>
              <w:t>نامی عشق به یا د عشق برای عشق فدای عشق</w:t>
            </w:r>
          </w:p>
        </w:tc>
        <w:tc>
          <w:tcPr>
            <w:tcW w:type="dxa" w:w="1728"/>
          </w:tcPr>
          <w:p>
            <w:r>
              <w:t>هیچ وقت فراموشت نمیکنم حتا بمیرم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937*043*71</w:t>
            </w:r>
          </w:p>
        </w:tc>
        <w:tc>
          <w:tcPr>
            <w:tcW w:type="dxa" w:w="1728"/>
          </w:tcPr>
          <w:p>
            <w:r>
              <w:t>سꪾꪳꪳꪳـꪳꪳــعꪳꪳꪳꪾـꪳادت</w:t>
            </w:r>
          </w:p>
        </w:tc>
        <w:tc>
          <w:tcPr>
            <w:tcW w:type="dxa" w:w="1728"/>
          </w:tcPr>
          <w:p>
            <w:r>
              <w:t>مـــل جانان</w:t>
            </w:r>
          </w:p>
        </w:tc>
        <w:tc>
          <w:tcPr>
            <w:tcW w:type="dxa" w:w="1728"/>
          </w:tcPr>
          <w:p>
            <w:r>
              <w:t>saadtjananS1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9100*1100*</w:t>
            </w:r>
          </w:p>
        </w:tc>
        <w:tc>
          <w:tcPr>
            <w:tcW w:type="dxa" w:w="1728"/>
          </w:tcPr>
          <w:p>
            <w:r>
              <w:t>19829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91234*394*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91234**323</w:t>
            </w:r>
          </w:p>
        </w:tc>
        <w:tc>
          <w:tcPr>
            <w:tcW w:type="dxa" w:w="1728"/>
          </w:tcPr>
          <w:p>
            <w:r>
              <w:t>Mehri</w:t>
            </w:r>
          </w:p>
        </w:tc>
        <w:tc>
          <w:tcPr>
            <w:tcW w:type="dxa" w:w="1728"/>
          </w:tcPr>
          <w:p>
            <w:r>
              <w:t>Moeini</w:t>
            </w:r>
          </w:p>
        </w:tc>
        <w:tc>
          <w:tcPr>
            <w:tcW w:type="dxa" w:w="1728"/>
          </w:tcPr>
          <w:p>
            <w:r>
              <w:t>mmmm4646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9222430231</w:t>
            </w:r>
          </w:p>
        </w:tc>
        <w:tc>
          <w:tcPr>
            <w:tcW w:type="dxa" w:w="1728"/>
          </w:tcPr>
          <w:p>
            <w:r>
              <w:t>OZRA</w:t>
            </w:r>
          </w:p>
        </w:tc>
        <w:tc>
          <w:tcPr>
            <w:tcW w:type="dxa" w:w="1728"/>
          </w:tcPr>
          <w:p>
            <w:r>
              <w:t>KIA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93*011421*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Masoudees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9903903314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Sa_eedi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9213*13**0</w:t>
            </w:r>
          </w:p>
        </w:tc>
        <w:tc>
          <w:tcPr>
            <w:tcW w:type="dxa" w:w="1728"/>
          </w:tcPr>
          <w:p>
            <w:r>
              <w:t>فریدون نیکزاد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913947*1*4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9399**2*24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902*0*9141</w:t>
            </w:r>
          </w:p>
        </w:tc>
        <w:tc>
          <w:tcPr>
            <w:tcW w:type="dxa" w:w="1728"/>
          </w:tcPr>
          <w:p>
            <w:r>
              <w:t>مصطفا</w:t>
            </w:r>
          </w:p>
        </w:tc>
        <w:tc>
          <w:tcPr>
            <w:tcW w:type="dxa" w:w="1728"/>
          </w:tcPr>
          <w:p>
            <w:r>
              <w:t>مصطفا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913*392*22</w:t>
            </w:r>
          </w:p>
        </w:tc>
        <w:tc>
          <w:tcPr>
            <w:tcW w:type="dxa" w:w="1728"/>
          </w:tcPr>
          <w:p>
            <w:r>
              <w:t>بنیامین</w:t>
            </w:r>
          </w:p>
        </w:tc>
        <w:tc>
          <w:tcPr>
            <w:tcW w:type="dxa" w:w="1728"/>
          </w:tcPr>
          <w:p>
            <w:r>
              <w:t>مومنی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93*21*231*</w:t>
            </w:r>
          </w:p>
        </w:tc>
        <w:tc>
          <w:tcPr>
            <w:tcW w:type="dxa" w:w="1728"/>
          </w:tcPr>
          <w:p>
            <w:r>
              <w:t>حاجی ولی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91***47443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عامرجان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9909*70**2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93977**731</w:t>
            </w:r>
          </w:p>
        </w:tc>
        <w:tc>
          <w:tcPr>
            <w:tcW w:type="dxa" w:w="1728"/>
          </w:tcPr>
          <w:p>
            <w:r>
              <w:t>حکیم</w:t>
            </w:r>
          </w:p>
        </w:tc>
        <w:tc>
          <w:tcPr>
            <w:tcW w:type="dxa" w:w="1728"/>
          </w:tcPr>
          <w:p>
            <w:r>
              <w:t>هاشمی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93*2*0092*</w:t>
            </w:r>
          </w:p>
        </w:tc>
        <w:tc>
          <w:tcPr>
            <w:tcW w:type="dxa" w:w="1728"/>
          </w:tcPr>
          <w:p>
            <w:r>
              <w:t>زهره09380170162</w:t>
            </w:r>
          </w:p>
        </w:tc>
        <w:tc>
          <w:tcPr>
            <w:tcW w:type="dxa" w:w="1728"/>
          </w:tcPr>
          <w:p>
            <w:r>
              <w:t>SeX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90***4241*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نیازمحمد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90103492*4</w:t>
            </w:r>
          </w:p>
        </w:tc>
        <w:tc>
          <w:tcPr>
            <w:tcW w:type="dxa" w:w="1728"/>
          </w:tcPr>
          <w:p>
            <w:r>
              <w:t>شمس</w:t>
            </w:r>
          </w:p>
        </w:tc>
        <w:tc>
          <w:tcPr>
            <w:tcW w:type="dxa" w:w="1728"/>
          </w:tcPr>
          <w:p>
            <w:r>
              <w:t>ځلاند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990104*374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9142*2*312</w:t>
            </w:r>
          </w:p>
        </w:tc>
        <w:tc>
          <w:tcPr>
            <w:tcW w:type="dxa" w:w="1728"/>
          </w:tcPr>
          <w:p>
            <w:r>
              <w:t>مهدی شاهسواری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9*990*147*7*</w:t>
            </w:r>
          </w:p>
        </w:tc>
        <w:tc>
          <w:tcPr>
            <w:tcW w:type="dxa" w:w="1728"/>
          </w:tcPr>
          <w:p>
            <w:r>
              <w:t>Ziba</w:t>
            </w:r>
          </w:p>
        </w:tc>
        <w:tc>
          <w:tcPr>
            <w:tcW w:type="dxa" w:w="1728"/>
          </w:tcPr>
          <w:p>
            <w:r>
              <w:t>Salami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912*974**4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910*72944*</w:t>
            </w:r>
          </w:p>
        </w:tc>
        <w:tc>
          <w:tcPr>
            <w:tcW w:type="dxa" w:w="1728"/>
          </w:tcPr>
          <w:p>
            <w:r>
              <w:t>نورمحمدل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9130*03*70</w:t>
            </w:r>
          </w:p>
        </w:tc>
        <w:tc>
          <w:tcPr>
            <w:tcW w:type="dxa" w:w="1728"/>
          </w:tcPr>
          <w:p>
            <w:r>
              <w:t>94313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9193*077*1</w:t>
            </w:r>
          </w:p>
        </w:tc>
        <w:tc>
          <w:tcPr>
            <w:tcW w:type="dxa" w:w="1728"/>
          </w:tcPr>
          <w:p>
            <w:r>
              <w:t>سهراب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Ahmadi02111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9379724274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جواد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913*172179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91*9***242</w:t>
            </w:r>
          </w:p>
        </w:tc>
        <w:tc>
          <w:tcPr>
            <w:tcW w:type="dxa" w:w="1728"/>
          </w:tcPr>
          <w:p>
            <w:r>
              <w:t>Su</w:t>
            </w:r>
          </w:p>
        </w:tc>
        <w:tc>
          <w:tcPr>
            <w:tcW w:type="dxa" w:w="1728"/>
          </w:tcPr>
          <w:p>
            <w:r>
              <w:t>دلبروک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93*3*14**3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>
              <w:t>Bahmani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910931*379</w:t>
            </w:r>
          </w:p>
        </w:tc>
        <w:tc>
          <w:tcPr>
            <w:tcW w:type="dxa" w:w="1728"/>
          </w:tcPr>
          <w:p>
            <w:r>
              <w:t>محمدنسیم</w:t>
            </w:r>
          </w:p>
        </w:tc>
        <w:tc>
          <w:tcPr>
            <w:tcW w:type="dxa" w:w="1728"/>
          </w:tcPr>
          <w:p>
            <w:r>
              <w:t>حقیار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93**2*0170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تاجیک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913*3*3390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>
              <w:t>Zahramahyabadi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93*9*70472</w:t>
            </w:r>
          </w:p>
        </w:tc>
        <w:tc>
          <w:tcPr>
            <w:tcW w:type="dxa" w:w="1728"/>
          </w:tcPr>
          <w:p>
            <w:r>
              <w:t>◢▬꯭ᷝ ꯭꯭▭꯭꯭꯭ᷟ⎆꯭꯭</w:t>
            </w:r>
          </w:p>
        </w:tc>
        <w:tc>
          <w:tcPr>
            <w:tcW w:type="dxa" w:w="1728"/>
          </w:tcPr>
          <w:p>
            <w:r>
              <w:t>⟮꯭꯭□꯭꯭➯꯭꯭ᵖ꯭꯭ᵃʳⁱ꯭꯭ᶻᵃ꯭꯭ᵈ༎꯭꯭ ⃫ ⷮᷝ ͞ ꯭꯭͞͞͞͞♦️̶꯭꯭͞ ꯭꯭͞⸙ • ͡ •</w:t>
            </w:r>
          </w:p>
        </w:tc>
        <w:tc>
          <w:tcPr>
            <w:tcW w:type="dxa" w:w="1728"/>
          </w:tcPr>
          <w:p>
            <w:r>
              <w:t>ostooreye_bihamta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9121234***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♣️🌞♣️</w:t>
            </w:r>
          </w:p>
        </w:tc>
        <w:tc>
          <w:tcPr>
            <w:tcW w:type="dxa" w:w="1728"/>
          </w:tcPr>
          <w:p>
            <w:r>
              <w:t>♣️?♣️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99049*9290</w:t>
            </w:r>
          </w:p>
        </w:tc>
        <w:tc>
          <w:tcPr>
            <w:tcW w:type="dxa" w:w="1728"/>
          </w:tcPr>
          <w:p>
            <w:r>
              <w:t>ولی</w:t>
            </w:r>
          </w:p>
        </w:tc>
        <w:tc>
          <w:tcPr>
            <w:tcW w:type="dxa" w:w="1728"/>
          </w:tcPr>
          <w:p>
            <w:r>
              <w:t>احمدی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92101**023</w:t>
            </w:r>
          </w:p>
        </w:tc>
        <w:tc>
          <w:tcPr>
            <w:tcW w:type="dxa" w:w="1728"/>
          </w:tcPr>
          <w:p>
            <w:r>
              <w:t>♥♥?ملنګه زندګی?♥♥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91933*441*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902*3*4*39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ابراهیمی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92249**3*9</w:t>
            </w:r>
          </w:p>
        </w:tc>
        <w:tc>
          <w:tcPr>
            <w:tcW w:type="dxa" w:w="1728"/>
          </w:tcPr>
          <w:p>
            <w:r>
              <w:t>سیدمحمد</w:t>
            </w:r>
          </w:p>
        </w:tc>
        <w:tc>
          <w:tcPr>
            <w:tcW w:type="dxa" w:w="1728"/>
          </w:tcPr>
          <w:p>
            <w:r>
              <w:t>آنگار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90*43441*0</w:t>
            </w:r>
          </w:p>
        </w:tc>
        <w:tc>
          <w:tcPr>
            <w:tcW w:type="dxa" w:w="1728"/>
          </w:tcPr>
          <w:p>
            <w:r>
              <w:t>––––•(-• ځݦیداللــﮩ اځݦدی •-)•––––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91*4797*37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۸۹۹۶۳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9332*3*3*3</w:t>
            </w:r>
          </w:p>
        </w:tc>
        <w:tc>
          <w:tcPr>
            <w:tcW w:type="dxa" w:w="1728"/>
          </w:tcPr>
          <w:p>
            <w:r>
              <w:t>Amir Ali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90*447**27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Arshad_amaratii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913*21*201</w:t>
            </w:r>
          </w:p>
        </w:tc>
        <w:tc>
          <w:tcPr>
            <w:tcW w:type="dxa" w:w="1728"/>
          </w:tcPr>
          <w:p>
            <w:r>
              <w:t>شاعرساحل</w:t>
            </w:r>
          </w:p>
        </w:tc>
        <w:tc>
          <w:tcPr>
            <w:tcW w:type="dxa" w:w="1728"/>
          </w:tcPr>
          <w:p>
            <w:r>
              <w:t>احمدی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9199712*3*</w:t>
            </w:r>
          </w:p>
        </w:tc>
        <w:tc>
          <w:tcPr>
            <w:tcW w:type="dxa" w:w="1728"/>
          </w:tcPr>
          <w:p>
            <w:r>
              <w:t>Aman 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9190277*71</w:t>
            </w:r>
          </w:p>
        </w:tc>
        <w:tc>
          <w:tcPr>
            <w:tcW w:type="dxa" w:w="1728"/>
          </w:tcPr>
          <w:p>
            <w:r>
              <w:t>۷۷۷۷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9121234**2</w:t>
            </w:r>
          </w:p>
        </w:tc>
        <w:tc>
          <w:tcPr>
            <w:tcW w:type="dxa" w:w="1728"/>
          </w:tcPr>
          <w:p>
            <w:r>
              <w:t>مسعود</w:t>
            </w:r>
          </w:p>
        </w:tc>
        <w:tc>
          <w:tcPr>
            <w:tcW w:type="dxa" w:w="1728"/>
          </w:tcPr>
          <w:p>
            <w:r>
              <w:t>چاوشی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919**497*3</w:t>
            </w:r>
          </w:p>
        </w:tc>
        <w:tc>
          <w:tcPr>
            <w:tcW w:type="dxa" w:w="1728"/>
          </w:tcPr>
          <w:p>
            <w:r>
              <w:t>Zaferan</w:t>
            </w:r>
          </w:p>
        </w:tc>
        <w:tc>
          <w:tcPr>
            <w:tcW w:type="dxa" w:w="1728"/>
          </w:tcPr>
          <w:p>
            <w:r>
              <w:t>Norzaei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9109790133</w:t>
            </w:r>
          </w:p>
        </w:tc>
        <w:tc>
          <w:tcPr>
            <w:tcW w:type="dxa" w:w="1728"/>
          </w:tcPr>
          <w:p>
            <w:r>
              <w:t>قاری ابوزر</w:t>
            </w:r>
          </w:p>
        </w:tc>
        <w:tc>
          <w:tcPr>
            <w:tcW w:type="dxa" w:w="1728"/>
          </w:tcPr>
          <w:p>
            <w:r>
              <w:t>ملنګ</w:t>
            </w:r>
          </w:p>
        </w:tc>
        <w:tc>
          <w:tcPr>
            <w:tcW w:type="dxa" w:w="1728"/>
          </w:tcPr>
          <w:p>
            <w:r>
              <w:t>Dervish123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991**77740</w:t>
            </w:r>
          </w:p>
        </w:tc>
        <w:tc>
          <w:tcPr>
            <w:tcW w:type="dxa" w:w="1728"/>
          </w:tcPr>
          <w:p>
            <w:r>
              <w:t>منصور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92243*7*40</w:t>
            </w:r>
          </w:p>
        </w:tc>
        <w:tc>
          <w:tcPr>
            <w:tcW w:type="dxa" w:w="1728"/>
          </w:tcPr>
          <w:p>
            <w:r>
              <w:t>شیر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91*73*4123</w:t>
            </w:r>
          </w:p>
        </w:tc>
        <w:tc>
          <w:tcPr>
            <w:tcW w:type="dxa" w:w="1728"/>
          </w:tcPr>
          <w:p>
            <w:r>
              <w:t>۳۸۳۷۸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93*71***22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9913223199</w:t>
            </w:r>
          </w:p>
        </w:tc>
        <w:tc>
          <w:tcPr>
            <w:tcW w:type="dxa" w:w="1728"/>
          </w:tcPr>
          <w:p>
            <w:r>
              <w:t>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93022*0034</w:t>
            </w:r>
          </w:p>
        </w:tc>
        <w:tc>
          <w:tcPr>
            <w:tcW w:type="dxa" w:w="1728"/>
          </w:tcPr>
          <w:p>
            <w:r>
              <w:t>محمدرفیع</w:t>
            </w:r>
          </w:p>
        </w:tc>
        <w:tc>
          <w:tcPr>
            <w:tcW w:type="dxa" w:w="1728"/>
          </w:tcPr>
          <w:p>
            <w:r>
              <w:t>تاج محمدی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990**9**12</w:t>
            </w:r>
          </w:p>
        </w:tc>
        <w:tc>
          <w:tcPr>
            <w:tcW w:type="dxa" w:w="1728"/>
          </w:tcPr>
          <w:p>
            <w:r>
              <w:t>محمد اشرف</w:t>
            </w:r>
          </w:p>
        </w:tc>
        <w:tc>
          <w:tcPr>
            <w:tcW w:type="dxa" w:w="1728"/>
          </w:tcPr>
          <w:p>
            <w:r>
              <w:t>شیرزاد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9027***294</w:t>
            </w:r>
          </w:p>
        </w:tc>
        <w:tc>
          <w:tcPr>
            <w:tcW w:type="dxa" w:w="1728"/>
          </w:tcPr>
          <w:p>
            <w:r>
              <w:t>شهرام‌صادقی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919299*471</w:t>
            </w:r>
          </w:p>
        </w:tc>
        <w:tc>
          <w:tcPr>
            <w:tcW w:type="dxa" w:w="1728"/>
          </w:tcPr>
          <w:p>
            <w:r>
              <w:t>محمدابراهيم سليما ني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910*7147*0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>
              <w:t>عشق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910**721*1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نیاز ممد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90379700*9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9309*09143</w:t>
            </w:r>
          </w:p>
        </w:tc>
        <w:tc>
          <w:tcPr>
            <w:tcW w:type="dxa" w:w="1728"/>
          </w:tcPr>
          <w:p>
            <w:r>
              <w:t>نوراحمد</w:t>
            </w:r>
          </w:p>
        </w:tc>
        <w:tc>
          <w:tcPr>
            <w:tcW w:type="dxa" w:w="1728"/>
          </w:tcPr>
          <w:p>
            <w:r>
              <w:t>هلال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9121*403*3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933010**01</w:t>
            </w:r>
          </w:p>
        </w:tc>
        <w:tc>
          <w:tcPr>
            <w:tcW w:type="dxa" w:w="1728"/>
          </w:tcPr>
          <w:p>
            <w:r>
              <w:t>پرسپولیس</w:t>
            </w:r>
          </w:p>
        </w:tc>
        <w:tc>
          <w:tcPr>
            <w:tcW w:type="dxa" w:w="1728"/>
          </w:tcPr>
          <w:p>
            <w:r>
              <w:t>تهران</w:t>
            </w:r>
          </w:p>
        </w:tc>
        <w:tc>
          <w:tcPr>
            <w:tcW w:type="dxa" w:w="1728"/>
          </w:tcPr>
          <w:p>
            <w:r>
              <w:t>Majid53320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91222***20</w:t>
            </w:r>
          </w:p>
        </w:tc>
        <w:tc>
          <w:tcPr>
            <w:tcW w:type="dxa" w:w="1728"/>
          </w:tcPr>
          <w:p>
            <w:r>
              <w:t>Afsaneh</w:t>
            </w:r>
          </w:p>
        </w:tc>
        <w:tc>
          <w:tcPr>
            <w:tcW w:type="dxa" w:w="1728"/>
          </w:tcPr>
          <w:p>
            <w:r>
              <w:t>nader</w:t>
            </w:r>
          </w:p>
        </w:tc>
        <w:tc>
          <w:tcPr>
            <w:tcW w:type="dxa" w:w="1728"/>
          </w:tcPr>
          <w:p>
            <w:r>
              <w:t>Afsaneh_jafarifar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9392**712*</w:t>
            </w:r>
          </w:p>
        </w:tc>
        <w:tc>
          <w:tcPr>
            <w:tcW w:type="dxa" w:w="1728"/>
          </w:tcPr>
          <w:p>
            <w:r>
              <w:t>رامین</w:t>
            </w:r>
          </w:p>
        </w:tc>
        <w:tc>
          <w:tcPr>
            <w:tcW w:type="dxa" w:w="1728"/>
          </w:tcPr>
          <w:p>
            <w:r>
              <w:t>منوری</w:t>
            </w:r>
          </w:p>
        </w:tc>
        <w:tc>
          <w:tcPr>
            <w:tcW w:type="dxa" w:w="1728"/>
          </w:tcPr>
          <w:p>
            <w:r>
              <w:t>ZAXFCDVSGBNHMJKL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91343***0*</w:t>
            </w:r>
          </w:p>
        </w:tc>
        <w:tc>
          <w:tcPr>
            <w:tcW w:type="dxa" w:w="1728"/>
          </w:tcPr>
          <w:p>
            <w:r>
              <w:t>صبا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9190227*74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Dd68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919*0*9373</w:t>
            </w:r>
          </w:p>
        </w:tc>
        <w:tc>
          <w:tcPr>
            <w:tcW w:type="dxa" w:w="1728"/>
          </w:tcPr>
          <w:p>
            <w:r>
              <w:t>گل 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9121234***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93*24*3*40</w:t>
            </w:r>
          </w:p>
        </w:tc>
        <w:tc>
          <w:tcPr>
            <w:tcW w:type="dxa" w:w="1728"/>
          </w:tcPr>
          <w:p>
            <w:r>
              <w:t>┕━━☽【ɛཞʄąŋ】☾━━┙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mast_drk22</w:t>
            </w:r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92231912*7</w:t>
            </w:r>
          </w:p>
        </w:tc>
        <w:tc>
          <w:tcPr>
            <w:tcW w:type="dxa" w:w="1728"/>
          </w:tcPr>
          <w:p>
            <w:r>
              <w:t>سیف الله</w:t>
            </w:r>
          </w:p>
        </w:tc>
        <w:tc>
          <w:tcPr>
            <w:tcW w:type="dxa" w:w="1728"/>
          </w:tcPr>
          <w:p>
            <w:r>
              <w:t>محلص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  <w:tr>
        <w:tc>
          <w:tcPr>
            <w:tcW w:type="dxa" w:w="1728"/>
          </w:tcPr>
          <w:p>
            <w:r>
              <w:t>9014*42*9*</w:t>
            </w:r>
          </w:p>
        </w:tc>
        <w:tc>
          <w:tcPr>
            <w:tcW w:type="dxa" w:w="1728"/>
          </w:tcPr>
          <w:p>
            <w:r>
              <w:t>صثفا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دیوار افغانستان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دیوار افغانستان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