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دیوار(گرجستان)kartvelebi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دیوار(گرجستان)kartvelebi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919**1*091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sb13671988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937*713320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Alirezaernest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9174*421*9</w:t>
            </w:r>
          </w:p>
        </w:tc>
        <w:tc>
          <w:tcPr>
            <w:tcW w:type="dxa" w:w="1728"/>
          </w:tcPr>
          <w:p>
            <w:r>
              <w:t>jeyran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jeyuran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93**9*1*2*</w:t>
            </w:r>
          </w:p>
        </w:tc>
        <w:tc>
          <w:tcPr>
            <w:tcW w:type="dxa" w:w="1728"/>
          </w:tcPr>
          <w:p>
            <w:r>
              <w:t>F??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93*9**4934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93**230*93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soLTan</w:t>
            </w:r>
          </w:p>
        </w:tc>
        <w:tc>
          <w:tcPr>
            <w:tcW w:type="dxa" w:w="1728"/>
          </w:tcPr>
          <w:p>
            <w:r>
              <w:t>ali_SoLTanMohaMMadi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91*9*74144</w:t>
            </w:r>
          </w:p>
        </w:tc>
        <w:tc>
          <w:tcPr>
            <w:tcW w:type="dxa" w:w="1728"/>
          </w:tcPr>
          <w:p>
            <w:r>
              <w:t>#####</w:t>
            </w:r>
          </w:p>
        </w:tc>
        <w:tc>
          <w:tcPr>
            <w:tcW w:type="dxa" w:w="1728"/>
          </w:tcPr>
          <w:p>
            <w:r>
              <w:t>######</w:t>
            </w:r>
          </w:p>
        </w:tc>
        <w:tc>
          <w:tcPr>
            <w:tcW w:type="dxa" w:w="1728"/>
          </w:tcPr>
          <w:p>
            <w:r>
              <w:t>Habib_mosapuor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9100*37313</w:t>
            </w:r>
          </w:p>
        </w:tc>
        <w:tc>
          <w:tcPr>
            <w:tcW w:type="dxa" w:w="1728"/>
          </w:tcPr>
          <w:p>
            <w:r>
              <w:t>مهاجرت‌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Farhad27d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93*4029301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>
              <w:t>heshmati</w:t>
            </w:r>
          </w:p>
        </w:tc>
        <w:tc>
          <w:tcPr>
            <w:tcW w:type="dxa" w:w="1728"/>
          </w:tcPr>
          <w:p>
            <w:r>
              <w:t>mamadreza32th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9030940*90</w:t>
            </w:r>
          </w:p>
        </w:tc>
        <w:tc>
          <w:tcPr>
            <w:tcW w:type="dxa" w:w="1728"/>
          </w:tcPr>
          <w:p>
            <w:r>
              <w:t>تولید و پخش ابزار آلات pvc (تاشو،لبه،ناودانی،قرنیز...) و سازه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9130000*11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Shahin_silver_2005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91*31**003</w:t>
            </w:r>
          </w:p>
        </w:tc>
        <w:tc>
          <w:tcPr>
            <w:tcW w:type="dxa" w:w="1728"/>
          </w:tcPr>
          <w:p>
            <w:r>
              <w:t>king</w:t>
            </w:r>
          </w:p>
        </w:tc>
        <w:tc>
          <w:tcPr>
            <w:tcW w:type="dxa" w:w="1728"/>
          </w:tcPr>
          <w:p>
            <w:r>
              <w:t>Empro</w:t>
            </w:r>
          </w:p>
        </w:tc>
        <w:tc>
          <w:tcPr>
            <w:tcW w:type="dxa" w:w="1728"/>
          </w:tcPr>
          <w:p>
            <w:r>
              <w:t>Empro0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9130090433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atmam9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930*217*43</w:t>
            </w:r>
          </w:p>
        </w:tc>
        <w:tc>
          <w:tcPr>
            <w:tcW w:type="dxa" w:w="1728"/>
          </w:tcPr>
          <w:p>
            <w:r>
              <w:t>Alan</w:t>
            </w:r>
          </w:p>
        </w:tc>
        <w:tc>
          <w:tcPr>
            <w:tcW w:type="dxa" w:w="1728"/>
          </w:tcPr>
          <w:p>
            <w:r>
              <w:t>Aidin</w:t>
            </w:r>
          </w:p>
        </w:tc>
        <w:tc>
          <w:tcPr>
            <w:tcW w:type="dxa" w:w="1728"/>
          </w:tcPr>
          <w:p>
            <w:r>
              <w:t>Andyandu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9122*00020</w:t>
            </w:r>
          </w:p>
        </w:tc>
        <w:tc>
          <w:tcPr>
            <w:tcW w:type="dxa" w:w="1728"/>
          </w:tcPr>
          <w:p>
            <w:r>
              <w:t>بهرام</w:t>
            </w:r>
          </w:p>
        </w:tc>
        <w:tc>
          <w:tcPr>
            <w:tcW w:type="dxa" w:w="1728"/>
          </w:tcPr>
          <w:p>
            <w:r>
              <w:t>علیها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91**4712*0</w:t>
            </w:r>
          </w:p>
        </w:tc>
        <w:tc>
          <w:tcPr>
            <w:tcW w:type="dxa" w:w="1728"/>
          </w:tcPr>
          <w:p>
            <w:r>
              <w:t>davoud mirzaie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davood_mirzaye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93910*111*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AZAD_Mobile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91*109904*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Mousavi</w:t>
            </w:r>
          </w:p>
        </w:tc>
        <w:tc>
          <w:tcPr>
            <w:tcW w:type="dxa" w:w="1728"/>
          </w:tcPr>
          <w:p>
            <w:r>
              <w:t>Im_tbilisi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9131**017*</w:t>
            </w:r>
          </w:p>
        </w:tc>
        <w:tc>
          <w:tcPr>
            <w:tcW w:type="dxa" w:w="1728"/>
          </w:tcPr>
          <w:p>
            <w:r>
              <w:t>👑ᔕᗩᕼᗩᖇ👑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drsahar_fa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912327*300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ایروانی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9227**1241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Payam09078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91412*12*3</w:t>
            </w:r>
          </w:p>
        </w:tc>
        <w:tc>
          <w:tcPr>
            <w:tcW w:type="dxa" w:w="1728"/>
          </w:tcPr>
          <w:p>
            <w:r>
              <w:t>اسماعیل اشرافی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93*090*1**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NKofficialz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937327**10</w:t>
            </w:r>
          </w:p>
        </w:tc>
        <w:tc>
          <w:tcPr>
            <w:tcW w:type="dxa" w:w="1728"/>
          </w:tcPr>
          <w:p>
            <w:r>
              <w:t>M.A.N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M_A_NNN88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991039317*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9132331*04</w:t>
            </w:r>
          </w:p>
        </w:tc>
        <w:tc>
          <w:tcPr>
            <w:tcW w:type="dxa" w:w="1728"/>
          </w:tcPr>
          <w:p>
            <w:r>
              <w:t>سلام بر خوبیها نیک اندیش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9121300**4</w:t>
            </w:r>
          </w:p>
        </w:tc>
        <w:tc>
          <w:tcPr>
            <w:tcW w:type="dxa" w:w="1728"/>
          </w:tcPr>
          <w:p>
            <w:r>
              <w:t>Mansour</w:t>
            </w:r>
          </w:p>
        </w:tc>
        <w:tc>
          <w:tcPr>
            <w:tcW w:type="dxa" w:w="1728"/>
          </w:tcPr>
          <w:p>
            <w:r>
              <w:t>Naseri</w:t>
            </w:r>
          </w:p>
        </w:tc>
        <w:tc>
          <w:tcPr>
            <w:tcW w:type="dxa" w:w="1728"/>
          </w:tcPr>
          <w:p>
            <w:r>
              <w:t>mnasbnri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91232094**</w:t>
            </w:r>
          </w:p>
        </w:tc>
        <w:tc>
          <w:tcPr>
            <w:tcW w:type="dxa" w:w="1728"/>
          </w:tcPr>
          <w:p>
            <w:r>
              <w:t>Farzane</w:t>
            </w:r>
          </w:p>
        </w:tc>
        <w:tc>
          <w:tcPr>
            <w:tcW w:type="dxa" w:w="1728"/>
          </w:tcPr>
          <w:p>
            <w:r>
              <w:t>Ghorbani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9123713**0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Morshedi</w:t>
            </w:r>
          </w:p>
        </w:tc>
        <w:tc>
          <w:tcPr>
            <w:tcW w:type="dxa" w:w="1728"/>
          </w:tcPr>
          <w:p>
            <w:r>
              <w:t>Shia251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9133*9*240</w:t>
            </w:r>
          </w:p>
        </w:tc>
        <w:tc>
          <w:tcPr>
            <w:tcW w:type="dxa" w:w="1728"/>
          </w:tcPr>
          <w:p>
            <w:r>
              <w:t>Art Shop</w:t>
            </w:r>
          </w:p>
        </w:tc>
        <w:tc>
          <w:tcPr>
            <w:tcW w:type="dxa" w:w="1728"/>
          </w:tcPr>
          <w:p>
            <w:r>
              <w:t>( Esmaeel Borjian )</w:t>
            </w:r>
          </w:p>
        </w:tc>
        <w:tc>
          <w:tcPr>
            <w:tcW w:type="dxa" w:w="1728"/>
          </w:tcPr>
          <w:p>
            <w:r>
              <w:t>Artshop84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91*303*4*1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Arabnezhad</w:t>
            </w:r>
          </w:p>
        </w:tc>
        <w:tc>
          <w:tcPr>
            <w:tcW w:type="dxa" w:w="1728"/>
          </w:tcPr>
          <w:p>
            <w:r>
              <w:t>Arabnezhad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990**39477</w:t>
            </w:r>
          </w:p>
        </w:tc>
        <w:tc>
          <w:tcPr>
            <w:tcW w:type="dxa" w:w="1728"/>
          </w:tcPr>
          <w:p>
            <w:r>
              <w:t>Fatima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Alipour7957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914*04*349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937*320*43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rafiei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917100*391</w:t>
            </w:r>
          </w:p>
        </w:tc>
        <w:tc>
          <w:tcPr>
            <w:tcW w:type="dxa" w:w="1728"/>
          </w:tcPr>
          <w:p>
            <w:r>
              <w:t>Pari</w:t>
            </w:r>
          </w:p>
        </w:tc>
        <w:tc>
          <w:tcPr>
            <w:tcW w:type="dxa" w:w="1728"/>
          </w:tcPr>
          <w:p>
            <w:r>
              <w:t>Safari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9141*7***2</w:t>
            </w:r>
          </w:p>
        </w:tc>
        <w:tc>
          <w:tcPr>
            <w:tcW w:type="dxa" w:w="1728"/>
          </w:tcPr>
          <w:p>
            <w:r>
              <w:t>گروه کیا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ar_gbi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9301***9**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قمر بنی هاشم(ع)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912731**1*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masoudemami87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9173140***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Hoor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9393494*70</w:t>
            </w:r>
          </w:p>
        </w:tc>
        <w:tc>
          <w:tcPr>
            <w:tcW w:type="dxa" w:w="1728"/>
          </w:tcPr>
          <w:p>
            <w:r>
              <w:t>?s*eb?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9034*3*094</w:t>
            </w:r>
          </w:p>
        </w:tc>
        <w:tc>
          <w:tcPr>
            <w:tcW w:type="dxa" w:w="1728"/>
          </w:tcPr>
          <w:p>
            <w:r>
              <w:t>Fitness.(CLUB)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Fitness_5094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912*2219*7</w:t>
            </w:r>
          </w:p>
        </w:tc>
        <w:tc>
          <w:tcPr>
            <w:tcW w:type="dxa" w:w="1728"/>
          </w:tcPr>
          <w:p>
            <w:r>
              <w:t>ali reza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914121*1**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93977***94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m13010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9371*1339*</w:t>
            </w:r>
          </w:p>
        </w:tc>
        <w:tc>
          <w:tcPr>
            <w:tcW w:type="dxa" w:w="1728"/>
          </w:tcPr>
          <w:p>
            <w:r>
              <w:t>??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Khordad2631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91247*0*7*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m_mirtousi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912***22*1</w:t>
            </w:r>
          </w:p>
        </w:tc>
        <w:tc>
          <w:tcPr>
            <w:tcW w:type="dxa" w:w="1728"/>
          </w:tcPr>
          <w:p>
            <w:r>
              <w:t>Ali Zahedi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alizahediaraghi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922***1**2</w:t>
            </w:r>
          </w:p>
        </w:tc>
        <w:tc>
          <w:tcPr>
            <w:tcW w:type="dxa" w:w="1728"/>
          </w:tcPr>
          <w:p>
            <w:r>
              <w:t>F.m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fateme6h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9121203*23</w:t>
            </w:r>
          </w:p>
        </w:tc>
        <w:tc>
          <w:tcPr>
            <w:tcW w:type="dxa" w:w="1728"/>
          </w:tcPr>
          <w:p>
            <w:r>
              <w:t>حاج خدمت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93*1*4*314</w:t>
            </w:r>
          </w:p>
        </w:tc>
        <w:tc>
          <w:tcPr>
            <w:tcW w:type="dxa" w:w="1728"/>
          </w:tcPr>
          <w:p>
            <w:r>
              <w:t>Aref</w:t>
            </w:r>
          </w:p>
        </w:tc>
        <w:tc>
          <w:tcPr>
            <w:tcW w:type="dxa" w:w="1728"/>
          </w:tcPr>
          <w:p>
            <w:r>
              <w:t>Aref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93*19*02*9</w:t>
            </w:r>
          </w:p>
        </w:tc>
        <w:tc>
          <w:tcPr>
            <w:tcW w:type="dxa" w:w="1728"/>
          </w:tcPr>
          <w:p>
            <w:r>
              <w:t>3pd</w:t>
            </w:r>
          </w:p>
        </w:tc>
        <w:tc>
          <w:tcPr>
            <w:tcW w:type="dxa" w:w="1728"/>
          </w:tcPr>
          <w:p>
            <w:r>
              <w:t>🐰</w:t>
            </w:r>
          </w:p>
        </w:tc>
        <w:tc>
          <w:tcPr>
            <w:tcW w:type="dxa" w:w="1728"/>
          </w:tcPr>
          <w:p>
            <w:r>
              <w:t>sepidehmoein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91*71*009*</w:t>
            </w:r>
          </w:p>
        </w:tc>
        <w:tc>
          <w:tcPr>
            <w:tcW w:type="dxa" w:w="1728"/>
          </w:tcPr>
          <w:p>
            <w:r>
              <w:t>Azadi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930***10*4</w:t>
            </w:r>
          </w:p>
        </w:tc>
        <w:tc>
          <w:tcPr>
            <w:tcW w:type="dxa" w:w="1728"/>
          </w:tcPr>
          <w:p>
            <w:r>
              <w:t>Benyamin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93**397033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IusernameI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91219*31*9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91*110*24*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GORJI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93**19*772</w:t>
            </w:r>
          </w:p>
        </w:tc>
        <w:tc>
          <w:tcPr>
            <w:tcW w:type="dxa" w:w="1728"/>
          </w:tcPr>
          <w:p>
            <w:r>
              <w:t>Ebi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917379*1*7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93*3902074</w:t>
            </w:r>
          </w:p>
        </w:tc>
        <w:tc>
          <w:tcPr>
            <w:tcW w:type="dxa" w:w="1728"/>
          </w:tcPr>
          <w:p>
            <w:r>
              <w:t>مژده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abi_daryaa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93932*919*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937107903*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912**97**4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Habiba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91224**249</w:t>
            </w:r>
          </w:p>
        </w:tc>
        <w:tc>
          <w:tcPr>
            <w:tcW w:type="dxa" w:w="1728"/>
          </w:tcPr>
          <w:p>
            <w:r>
              <w:t>ناصر</w:t>
            </w:r>
          </w:p>
        </w:tc>
        <w:tc>
          <w:tcPr>
            <w:tcW w:type="dxa" w:w="1728"/>
          </w:tcPr>
          <w:p>
            <w:r>
              <w:t>معتمد</w:t>
            </w:r>
          </w:p>
        </w:tc>
        <w:tc>
          <w:tcPr>
            <w:tcW w:type="dxa" w:w="1728"/>
          </w:tcPr>
          <w:p>
            <w:r>
              <w:t>MOTAMEDN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91210*311*</w:t>
            </w:r>
          </w:p>
        </w:tc>
        <w:tc>
          <w:tcPr>
            <w:tcW w:type="dxa" w:w="1728"/>
          </w:tcPr>
          <w:p>
            <w:r>
              <w:t>Iran</w:t>
            </w:r>
          </w:p>
        </w:tc>
        <w:tc>
          <w:tcPr>
            <w:tcW w:type="dxa" w:w="1728"/>
          </w:tcPr>
          <w:p>
            <w:r>
              <w:t>Geo</w:t>
            </w:r>
          </w:p>
        </w:tc>
        <w:tc>
          <w:tcPr>
            <w:tcW w:type="dxa" w:w="1728"/>
          </w:tcPr>
          <w:p>
            <w:r>
              <w:t>Mehdiradigeo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91*7322*12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ph</w:t>
            </w:r>
          </w:p>
        </w:tc>
        <w:tc>
          <w:tcPr>
            <w:tcW w:type="dxa" w:w="1728"/>
          </w:tcPr>
          <w:p>
            <w:r>
              <w:t>amir60sam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930*09*293</w:t>
            </w:r>
          </w:p>
        </w:tc>
        <w:tc>
          <w:tcPr>
            <w:tcW w:type="dxa" w:w="1728"/>
          </w:tcPr>
          <w:p>
            <w:r>
              <w:t>Zohreh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zohrehkafi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9121219424</w:t>
            </w:r>
          </w:p>
        </w:tc>
        <w:tc>
          <w:tcPr>
            <w:tcW w:type="dxa" w:w="1728"/>
          </w:tcPr>
          <w:p>
            <w:r>
              <w:t>Ghasem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ghasigc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912*9**1*9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93*332**12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sanaeefar</w:t>
            </w:r>
          </w:p>
        </w:tc>
        <w:tc>
          <w:tcPr>
            <w:tcW w:type="dxa" w:w="1728"/>
          </w:tcPr>
          <w:p>
            <w:r>
              <w:t>sanaeefar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91799*1*3*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رحمتی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93013*99**</w:t>
            </w:r>
          </w:p>
        </w:tc>
        <w:tc>
          <w:tcPr>
            <w:tcW w:type="dxa" w:w="1728"/>
          </w:tcPr>
          <w:p>
            <w:r>
              <w:t>Si</w:t>
            </w:r>
          </w:p>
        </w:tc>
        <w:tc>
          <w:tcPr>
            <w:tcW w:type="dxa" w:w="1728"/>
          </w:tcPr>
          <w:p>
            <w:r>
              <w:t>Zx</w:t>
            </w:r>
          </w:p>
        </w:tc>
        <w:tc>
          <w:tcPr>
            <w:tcW w:type="dxa" w:w="1728"/>
          </w:tcPr>
          <w:p>
            <w:r>
              <w:t>Sa90am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91279****1</w:t>
            </w:r>
          </w:p>
        </w:tc>
        <w:tc>
          <w:tcPr>
            <w:tcW w:type="dxa" w:w="1728"/>
          </w:tcPr>
          <w:p>
            <w:r>
              <w:t>Mojgan</w:t>
            </w:r>
          </w:p>
        </w:tc>
        <w:tc>
          <w:tcPr>
            <w:tcW w:type="dxa" w:w="1728"/>
          </w:tcPr>
          <w:p>
            <w:r>
              <w:t>Gol</w:t>
            </w:r>
          </w:p>
        </w:tc>
        <w:tc>
          <w:tcPr>
            <w:tcW w:type="dxa" w:w="1728"/>
          </w:tcPr>
          <w:p>
            <w:r>
              <w:t>mojgangol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91*307*00*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iman9965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937*00*1*2</w:t>
            </w:r>
          </w:p>
        </w:tc>
        <w:tc>
          <w:tcPr>
            <w:tcW w:type="dxa" w:w="1728"/>
          </w:tcPr>
          <w:p>
            <w:r>
              <w:t>Behnaz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Brm5574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912372*117</w:t>
            </w:r>
          </w:p>
        </w:tc>
        <w:tc>
          <w:tcPr>
            <w:tcW w:type="dxa" w:w="1728"/>
          </w:tcPr>
          <w:p>
            <w:r>
              <w:t>MaHam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MaHam5117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9149037**1</w:t>
            </w:r>
          </w:p>
        </w:tc>
        <w:tc>
          <w:tcPr>
            <w:tcW w:type="dxa" w:w="1728"/>
          </w:tcPr>
          <w:p>
            <w:r>
              <w:t>amir xhan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91240*22**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9219023440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pitbull2000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91*9173*02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  <w:tr>
        <w:tc>
          <w:tcPr>
            <w:tcW w:type="dxa" w:w="1728"/>
          </w:tcPr>
          <w:p>
            <w:r>
              <w:t>93*44***94</w:t>
            </w:r>
          </w:p>
        </w:tc>
        <w:tc>
          <w:tcPr>
            <w:tcW w:type="dxa" w:w="1728"/>
          </w:tcPr>
          <w:p>
            <w:r>
              <w:t>mf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mf6319</w:t>
            </w:r>
          </w:p>
        </w:tc>
        <w:tc>
          <w:tcPr>
            <w:tcW w:type="dxa" w:w="1728"/>
          </w:tcPr>
          <w:p>
            <w:r>
              <w:t>دیوار(گرجستان)kartvelebi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دیوار(گرجستان)kartvelebi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