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دورهمی هنری گالری فیروزه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دورهمی هنری گالری فیروزه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9120*4*10*</w:t>
            </w:r>
          </w:p>
        </w:tc>
        <w:tc>
          <w:tcPr>
            <w:tcW w:type="dxa" w:w="1728"/>
          </w:tcPr>
          <w:p>
            <w:r>
              <w:t>حنا</w:t>
            </w:r>
          </w:p>
        </w:tc>
        <w:tc>
          <w:tcPr>
            <w:tcW w:type="dxa" w:w="1728"/>
          </w:tcPr>
          <w:p>
            <w:r>
              <w:t>اطهاری</w:t>
            </w:r>
          </w:p>
        </w:tc>
        <w:tc>
          <w:tcPr>
            <w:tcW w:type="dxa" w:w="1728"/>
          </w:tcPr>
          <w:p>
            <w:r>
              <w:t>hsa1392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9372400707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B1364</w:t>
            </w:r>
          </w:p>
        </w:tc>
        <w:tc>
          <w:tcPr>
            <w:tcW w:type="dxa" w:w="1728"/>
          </w:tcPr>
          <w:p>
            <w:r>
              <w:t>armin_banibayat165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9027937*49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Monnnaaaaa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912*999219</w:t>
            </w:r>
          </w:p>
        </w:tc>
        <w:tc>
          <w:tcPr>
            <w:tcW w:type="dxa" w:w="1728"/>
          </w:tcPr>
          <w:p>
            <w:r>
              <w:t>Arsalan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ABELLA_HOME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939*0771*7</w:t>
            </w:r>
          </w:p>
        </w:tc>
        <w:tc>
          <w:tcPr>
            <w:tcW w:type="dxa" w:w="1728"/>
          </w:tcPr>
          <w:p>
            <w:r>
              <w:t>M:Chahabkary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maan_70389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9900*94010</w:t>
            </w:r>
          </w:p>
        </w:tc>
        <w:tc>
          <w:tcPr>
            <w:tcW w:type="dxa" w:w="1728"/>
          </w:tcPr>
          <w:p>
            <w:r>
              <w:t>توسلی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atavasoli79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93*4214179</w:t>
            </w:r>
          </w:p>
        </w:tc>
        <w:tc>
          <w:tcPr>
            <w:tcW w:type="dxa" w:w="1728"/>
          </w:tcPr>
          <w:p>
            <w:r>
              <w:t>Mojaradi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9392*1794*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Mahya88836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919701*007</w:t>
            </w:r>
          </w:p>
        </w:tc>
        <w:tc>
          <w:tcPr>
            <w:tcW w:type="dxa" w:w="1728"/>
          </w:tcPr>
          <w:p>
            <w:r>
              <w:t>غزال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Gh161362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91*232**23</w:t>
            </w:r>
          </w:p>
        </w:tc>
        <w:tc>
          <w:tcPr>
            <w:tcW w:type="dxa" w:w="1728"/>
          </w:tcPr>
          <w:p>
            <w:r>
              <w:t>ᵉˡᶤʷᵃ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Im_eliwa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911*1*3242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Ranjbar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922713*093</w:t>
            </w:r>
          </w:p>
        </w:tc>
        <w:tc>
          <w:tcPr>
            <w:tcW w:type="dxa" w:w="1728"/>
          </w:tcPr>
          <w:p>
            <w:r>
              <w:t>?Niyoosha?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Newshamini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901*449*34</w:t>
            </w:r>
          </w:p>
        </w:tc>
        <w:tc>
          <w:tcPr>
            <w:tcW w:type="dxa" w:w="1728"/>
          </w:tcPr>
          <w:p>
            <w:r>
              <w:t>Narjes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Narjes9611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93*104*191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Counselor_mi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91491**29*</w:t>
            </w:r>
          </w:p>
        </w:tc>
        <w:tc>
          <w:tcPr>
            <w:tcW w:type="dxa" w:w="1728"/>
          </w:tcPr>
          <w:p>
            <w:r>
              <w:t>Negar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Negarfarajzadeh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912424**0*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.P</w:t>
            </w:r>
          </w:p>
        </w:tc>
        <w:tc>
          <w:tcPr>
            <w:tcW w:type="dxa" w:w="1728"/>
          </w:tcPr>
          <w:p>
            <w:r>
              <w:t>ePoustchi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919****2**</w:t>
            </w:r>
          </w:p>
        </w:tc>
        <w:tc>
          <w:tcPr>
            <w:tcW w:type="dxa" w:w="1728"/>
          </w:tcPr>
          <w:p>
            <w:r>
              <w:t>Pzu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Cyrus_pk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930117*4*4</w:t>
            </w:r>
          </w:p>
        </w:tc>
        <w:tc>
          <w:tcPr>
            <w:tcW w:type="dxa" w:w="1728"/>
          </w:tcPr>
          <w:p>
            <w:r>
              <w:t>ܢܚߊ‌ܥ‌‌ߊ‌ࡅ߳ߺߺܙ﷽‌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yazahraa3139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91*7391**3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gnasl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990*399*34</w:t>
            </w:r>
          </w:p>
        </w:tc>
        <w:tc>
          <w:tcPr>
            <w:tcW w:type="dxa" w:w="1728"/>
          </w:tcPr>
          <w:p>
            <w:r>
              <w:t>..Fatemeh..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Ghahremani_niya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93**07*201</w:t>
            </w:r>
          </w:p>
        </w:tc>
        <w:tc>
          <w:tcPr>
            <w:tcW w:type="dxa" w:w="1728"/>
          </w:tcPr>
          <w:p>
            <w:r>
              <w:t>زینب رامین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zeynab6465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91202**349</w:t>
            </w:r>
          </w:p>
        </w:tc>
        <w:tc>
          <w:tcPr>
            <w:tcW w:type="dxa" w:w="1728"/>
          </w:tcPr>
          <w:p>
            <w:r>
              <w:t>Elinazz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ebrahmiyan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9132**1***</w:t>
            </w:r>
          </w:p>
        </w:tc>
        <w:tc>
          <w:tcPr>
            <w:tcW w:type="dxa" w:w="1728"/>
          </w:tcPr>
          <w:p>
            <w:r>
              <w:t>f.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>
              <w:t>fateme2964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9131*470*9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Masa106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912**230*0</w:t>
            </w:r>
          </w:p>
        </w:tc>
        <w:tc>
          <w:tcPr>
            <w:tcW w:type="dxa" w:w="1728"/>
          </w:tcPr>
          <w:p>
            <w:r>
              <w:t>pazira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sepidehpz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9127747324</w:t>
            </w:r>
          </w:p>
        </w:tc>
        <w:tc>
          <w:tcPr>
            <w:tcW w:type="dxa" w:w="1728"/>
          </w:tcPr>
          <w:p>
            <w:r>
              <w:t>E.f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f_fazlavi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914*34*431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930*4*7221</w:t>
            </w:r>
          </w:p>
        </w:tc>
        <w:tc>
          <w:tcPr>
            <w:tcW w:type="dxa" w:w="1728"/>
          </w:tcPr>
          <w:p>
            <w:r>
              <w:t>(SHAHAB)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shahabmeyvand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912494407*</w:t>
            </w:r>
          </w:p>
        </w:tc>
        <w:tc>
          <w:tcPr>
            <w:tcW w:type="dxa" w:w="1728"/>
          </w:tcPr>
          <w:p>
            <w:r>
              <w:t>نفس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so859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91**122114</w:t>
            </w:r>
          </w:p>
        </w:tc>
        <w:tc>
          <w:tcPr>
            <w:tcW w:type="dxa" w:w="1728"/>
          </w:tcPr>
          <w:p>
            <w:r>
              <w:t>shoko0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Shoko0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93*441*904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93*274*119</w:t>
            </w:r>
          </w:p>
        </w:tc>
        <w:tc>
          <w:tcPr>
            <w:tcW w:type="dxa" w:w="1728"/>
          </w:tcPr>
          <w:p>
            <w:r>
              <w:t>مهتاب.</w:t>
            </w:r>
          </w:p>
        </w:tc>
        <w:tc>
          <w:tcPr>
            <w:tcW w:type="dxa" w:w="1728"/>
          </w:tcPr>
          <w:p>
            <w:r>
              <w:t>ابوترابی</w:t>
            </w:r>
          </w:p>
        </w:tc>
        <w:tc>
          <w:tcPr>
            <w:tcW w:type="dxa" w:w="1728"/>
          </w:tcPr>
          <w:p>
            <w:r>
              <w:t>Mahtab_aboutorabi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93321411**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hossein_t_r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9119*47*47</w:t>
            </w:r>
          </w:p>
        </w:tc>
        <w:tc>
          <w:tcPr>
            <w:tcW w:type="dxa" w:w="1728"/>
          </w:tcPr>
          <w:p>
            <w:r>
              <w:t>شکوری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shkore8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93*27744*0</w:t>
            </w:r>
          </w:p>
        </w:tc>
        <w:tc>
          <w:tcPr>
            <w:tcW w:type="dxa" w:w="1728"/>
          </w:tcPr>
          <w:p>
            <w:r>
              <w:t>@F_imani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F_imany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9033***19*</w:t>
            </w:r>
          </w:p>
        </w:tc>
        <w:tc>
          <w:tcPr>
            <w:tcW w:type="dxa" w:w="1728"/>
          </w:tcPr>
          <w:p>
            <w:r>
              <w:t>لبیک یا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90292472*2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Azamaami67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914**2*4*0</w:t>
            </w:r>
          </w:p>
        </w:tc>
        <w:tc>
          <w:tcPr>
            <w:tcW w:type="dxa" w:w="1728"/>
          </w:tcPr>
          <w:p>
            <w:r>
              <w:t>sss</w:t>
            </w:r>
          </w:p>
        </w:tc>
        <w:tc>
          <w:tcPr>
            <w:tcW w:type="dxa" w:w="1728"/>
          </w:tcPr>
          <w:p>
            <w:r>
              <w:t>sss</w:t>
            </w:r>
          </w:p>
        </w:tc>
        <w:tc>
          <w:tcPr>
            <w:tcW w:type="dxa" w:w="1728"/>
          </w:tcPr>
          <w:p>
            <w:r>
              <w:t>shahmahiiii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93**942037</w:t>
            </w:r>
          </w:p>
        </w:tc>
        <w:tc>
          <w:tcPr>
            <w:tcW w:type="dxa" w:w="1728"/>
          </w:tcPr>
          <w:p>
            <w:r>
              <w:t>Niloofar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Niloofar_rii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939*31**33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hamidreza_gorji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90**92120*</w:t>
            </w:r>
          </w:p>
        </w:tc>
        <w:tc>
          <w:tcPr>
            <w:tcW w:type="dxa" w:w="1728"/>
          </w:tcPr>
          <w:p>
            <w:r>
              <w:t>(✿◠‿◠♥)ḓḙḉṓṝḁṫḯṿḙ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921*1*2994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9127371**7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>
              <w:t>3pd</w:t>
            </w:r>
          </w:p>
        </w:tc>
        <w:tc>
          <w:tcPr>
            <w:tcW w:type="dxa" w:w="1728"/>
          </w:tcPr>
          <w:p>
            <w:r>
              <w:t>Sepid_sahar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91192030*9</w:t>
            </w:r>
          </w:p>
        </w:tc>
        <w:tc>
          <w:tcPr>
            <w:tcW w:type="dxa" w:w="1728"/>
          </w:tcPr>
          <w:p>
            <w:r>
              <w:t>S.Mojtaba</w:t>
            </w:r>
          </w:p>
        </w:tc>
        <w:tc>
          <w:tcPr>
            <w:tcW w:type="dxa" w:w="1728"/>
          </w:tcPr>
          <w:p>
            <w:r>
              <w:t>Jabbari</w:t>
            </w:r>
          </w:p>
        </w:tc>
        <w:tc>
          <w:tcPr>
            <w:tcW w:type="dxa" w:w="1728"/>
          </w:tcPr>
          <w:p>
            <w:r>
              <w:t>Mjabari2017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919402*4**</w:t>
            </w:r>
          </w:p>
        </w:tc>
        <w:tc>
          <w:tcPr>
            <w:tcW w:type="dxa" w:w="1728"/>
          </w:tcPr>
          <w:p>
            <w:r>
              <w:t>لیلی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Leile_handmade56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930**7*294</w:t>
            </w:r>
          </w:p>
        </w:tc>
        <w:tc>
          <w:tcPr>
            <w:tcW w:type="dxa" w:w="1728"/>
          </w:tcPr>
          <w:p>
            <w:r>
              <w:t>Arezoo anooshirvani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KhadijehAnooshiravani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930329343*</w:t>
            </w:r>
          </w:p>
        </w:tc>
        <w:tc>
          <w:tcPr>
            <w:tcW w:type="dxa" w:w="1728"/>
          </w:tcPr>
          <w:p>
            <w:r>
              <w:t>Farima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FarimaFRD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91970*4*12</w:t>
            </w:r>
          </w:p>
        </w:tc>
        <w:tc>
          <w:tcPr>
            <w:tcW w:type="dxa" w:w="1728"/>
          </w:tcPr>
          <w:p>
            <w:r>
              <w:t>امیر مهدی جونم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9139*77022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Somaye6256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937*194337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Ma_59_6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9372420*90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تو بارون که رفتی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93*21*477*</w:t>
            </w:r>
          </w:p>
        </w:tc>
        <w:tc>
          <w:tcPr>
            <w:tcW w:type="dxa" w:w="1728"/>
          </w:tcPr>
          <w:p>
            <w:r>
              <w:t>hastimagazine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hastimagazine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910*7*4132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__</w:t>
            </w:r>
          </w:p>
        </w:tc>
        <w:tc>
          <w:tcPr>
            <w:tcW w:type="dxa" w:w="1728"/>
          </w:tcPr>
          <w:p>
            <w:r>
              <w:t>ebi62570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914*1**331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93*1*02*13</w:t>
            </w:r>
          </w:p>
        </w:tc>
        <w:tc>
          <w:tcPr>
            <w:tcW w:type="dxa" w:w="1728"/>
          </w:tcPr>
          <w:p>
            <w:r>
              <w:t>H.KH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93*12332*4</w:t>
            </w:r>
          </w:p>
        </w:tc>
        <w:tc>
          <w:tcPr>
            <w:tcW w:type="dxa" w:w="1728"/>
          </w:tcPr>
          <w:p>
            <w:r>
              <w:t>P.a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912*3***04</w:t>
            </w:r>
          </w:p>
        </w:tc>
        <w:tc>
          <w:tcPr>
            <w:tcW w:type="dxa" w:w="1728"/>
          </w:tcPr>
          <w:p>
            <w:r>
              <w:t>♧B♧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Kingofmoon1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91*42*3729</w:t>
            </w:r>
          </w:p>
        </w:tc>
        <w:tc>
          <w:tcPr>
            <w:tcW w:type="dxa" w:w="1728"/>
          </w:tcPr>
          <w:p>
            <w:r>
              <w:t>Marziye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9392**9*29</w:t>
            </w:r>
          </w:p>
        </w:tc>
        <w:tc>
          <w:tcPr>
            <w:tcW w:type="dxa" w:w="1728"/>
          </w:tcPr>
          <w:p>
            <w:r>
              <w:t>💖ᗰᗩᖇᘔIYᕮᕼ💖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marziyeh_asgaripour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91**13*191</w:t>
            </w:r>
          </w:p>
        </w:tc>
        <w:tc>
          <w:tcPr>
            <w:tcW w:type="dxa" w:w="1728"/>
          </w:tcPr>
          <w:p>
            <w:r>
              <w:t>fahime</w:t>
            </w:r>
          </w:p>
        </w:tc>
        <w:tc>
          <w:tcPr>
            <w:tcW w:type="dxa" w:w="1728"/>
          </w:tcPr>
          <w:p>
            <w:r>
              <w:t>rezaie</w:t>
            </w:r>
          </w:p>
        </w:tc>
        <w:tc>
          <w:tcPr>
            <w:tcW w:type="dxa" w:w="1728"/>
          </w:tcPr>
          <w:p>
            <w:r>
              <w:t>fahimrezaie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9370*0**03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Alireza_1998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91223*2922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Taghipor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9127**192*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9127*1*9*4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sgh1570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93***9*2*0</w:t>
            </w:r>
          </w:p>
        </w:tc>
        <w:tc>
          <w:tcPr>
            <w:tcW w:type="dxa" w:w="1728"/>
          </w:tcPr>
          <w:p>
            <w:r>
              <w:t>Meh</w:t>
            </w:r>
          </w:p>
        </w:tc>
        <w:tc>
          <w:tcPr>
            <w:tcW w:type="dxa" w:w="1728"/>
          </w:tcPr>
          <w:p>
            <w:r>
              <w:t>FD</w:t>
            </w:r>
          </w:p>
        </w:tc>
        <w:tc>
          <w:tcPr>
            <w:tcW w:type="dxa" w:w="1728"/>
          </w:tcPr>
          <w:p>
            <w:r>
              <w:t>mehrdadfd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9149**9011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k60ahmad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93*9*90009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Damokhi</w:t>
            </w:r>
          </w:p>
        </w:tc>
        <w:tc>
          <w:tcPr>
            <w:tcW w:type="dxa" w:w="1728"/>
          </w:tcPr>
          <w:p>
            <w:r>
              <w:t>javaddamokhi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93***71042</w:t>
            </w:r>
          </w:p>
        </w:tc>
        <w:tc>
          <w:tcPr>
            <w:tcW w:type="dxa" w:w="1728"/>
          </w:tcPr>
          <w:p>
            <w:r>
              <w:t>ηαιεмεн</w:t>
            </w:r>
          </w:p>
        </w:tc>
        <w:tc>
          <w:tcPr>
            <w:tcW w:type="dxa" w:w="1728"/>
          </w:tcPr>
          <w:p>
            <w:r>
              <w:t>яαнмαηι</w:t>
            </w:r>
          </w:p>
        </w:tc>
        <w:tc>
          <w:tcPr>
            <w:tcW w:type="dxa" w:w="1728"/>
          </w:tcPr>
          <w:p>
            <w:r>
              <w:t>Naiemeh_rahmani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990*19***7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Shirin_tajik73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90310300*4</w:t>
            </w:r>
          </w:p>
        </w:tc>
        <w:tc>
          <w:tcPr>
            <w:tcW w:type="dxa" w:w="1728"/>
          </w:tcPr>
          <w:p>
            <w:r>
              <w:t>مانیسا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9124901774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903*304072</w:t>
            </w:r>
          </w:p>
        </w:tc>
        <w:tc>
          <w:tcPr>
            <w:tcW w:type="dxa" w:w="1728"/>
          </w:tcPr>
          <w:p>
            <w:r>
              <w:t>پندارنیک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911704***3</w:t>
            </w:r>
          </w:p>
        </w:tc>
        <w:tc>
          <w:tcPr>
            <w:tcW w:type="dxa" w:w="1728"/>
          </w:tcPr>
          <w:p>
            <w:r>
              <w:t>𝐹.𝑁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Fereshtenoor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9193***430</w:t>
            </w:r>
          </w:p>
        </w:tc>
        <w:tc>
          <w:tcPr>
            <w:tcW w:type="dxa" w:w="1728"/>
          </w:tcPr>
          <w:p>
            <w:r>
              <w:t>Falling 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Sh_e6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93**7*2***</w:t>
            </w:r>
          </w:p>
        </w:tc>
        <w:tc>
          <w:tcPr>
            <w:tcW w:type="dxa" w:w="1728"/>
          </w:tcPr>
          <w:p>
            <w:r>
              <w:t>‘°ºø•❤•.¸🌸همیشه بهار🌸¸.•❤•øº°‘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Transfer9900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93*9717**2</w:t>
            </w:r>
          </w:p>
        </w:tc>
        <w:tc>
          <w:tcPr>
            <w:tcW w:type="dxa" w:w="1728"/>
          </w:tcPr>
          <w:p>
            <w:r>
              <w:t>?نجوا?</w:t>
            </w:r>
          </w:p>
        </w:tc>
        <w:tc>
          <w:tcPr>
            <w:tcW w:type="dxa" w:w="1728"/>
          </w:tcPr>
          <w:p>
            <w:r>
              <w:t>نجوا?</w:t>
            </w:r>
          </w:p>
        </w:tc>
        <w:tc>
          <w:tcPr>
            <w:tcW w:type="dxa" w:w="1728"/>
          </w:tcPr>
          <w:p>
            <w:r>
              <w:t>Najva96Najva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9124*3*01*</w:t>
            </w:r>
          </w:p>
        </w:tc>
        <w:tc>
          <w:tcPr>
            <w:tcW w:type="dxa" w:w="1728"/>
          </w:tcPr>
          <w:p>
            <w:r>
              <w:t>Behnaz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B_Behnam12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91214*09*1</w:t>
            </w:r>
          </w:p>
        </w:tc>
        <w:tc>
          <w:tcPr>
            <w:tcW w:type="dxa" w:w="1728"/>
          </w:tcPr>
          <w:p>
            <w:r>
              <w:t>A.A🐾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anaHita1221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93***7*0*2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نجفی راد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  <w:tr>
        <w:tc>
          <w:tcPr>
            <w:tcW w:type="dxa" w:w="1728"/>
          </w:tcPr>
          <w:p>
            <w:r>
              <w:t>912*40294*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❤️دورهمی هنری گالری فیروزه❤️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دورهمی هنری گالری فیروزه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