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دانلود منابع الکترونیکی مهندسی معدن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دانلود منابع الکترونیکی مهندسی معدن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91032*9***</w:t>
            </w:r>
          </w:p>
        </w:tc>
        <w:tc>
          <w:tcPr>
            <w:tcW w:type="dxa" w:w="1728"/>
          </w:tcPr>
          <w:p>
            <w:r>
              <w:t>𝑴𝑨𝑯𝑫𝑰</w:t>
            </w:r>
          </w:p>
        </w:tc>
        <w:tc>
          <w:tcPr>
            <w:tcW w:type="dxa" w:w="1728"/>
          </w:tcPr>
          <w:p>
            <w:r>
              <w:t>𝑪𝑯</w:t>
            </w:r>
          </w:p>
        </w:tc>
        <w:tc>
          <w:tcPr>
            <w:tcW w:type="dxa" w:w="1728"/>
          </w:tcPr>
          <w:p>
            <w:r>
              <w:t>M_79_ch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913*7**141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91***32102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alirezavakili78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9190*02243</w:t>
            </w:r>
          </w:p>
        </w:tc>
        <w:tc>
          <w:tcPr>
            <w:tcW w:type="dxa" w:w="1728"/>
          </w:tcPr>
          <w:p>
            <w:r>
              <w:t>100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sadrasahihiii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91044*3307</w:t>
            </w:r>
          </w:p>
        </w:tc>
        <w:tc>
          <w:tcPr>
            <w:tcW w:type="dxa" w:w="1728"/>
          </w:tcPr>
          <w:p>
            <w:r>
              <w:t>Mohamad.pormand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mohamadtj777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910*000917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Gharagozloo</w:t>
            </w:r>
          </w:p>
        </w:tc>
        <w:tc>
          <w:tcPr>
            <w:tcW w:type="dxa" w:w="1728"/>
          </w:tcPr>
          <w:p>
            <w:r>
              <w:t>Mohsen_gh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93*7*9*1**</w:t>
            </w:r>
          </w:p>
        </w:tc>
        <w:tc>
          <w:tcPr>
            <w:tcW w:type="dxa" w:w="1728"/>
          </w:tcPr>
          <w:p>
            <w:r>
              <w:t>Mortazavi Nezhad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mortazavinezhad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91422917*1</w:t>
            </w:r>
          </w:p>
        </w:tc>
        <w:tc>
          <w:tcPr>
            <w:tcW w:type="dxa" w:w="1728"/>
          </w:tcPr>
          <w:p>
            <w:r>
              <w:t>Hossain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Ahmadihossain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93*01*1321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Mohs11111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939977*214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alih944a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9109904*43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Sinamirz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9197942092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ASADI</w:t>
            </w:r>
          </w:p>
        </w:tc>
        <w:tc>
          <w:tcPr>
            <w:tcW w:type="dxa" w:w="1728"/>
          </w:tcPr>
          <w:p>
            <w:r>
              <w:t>r_asdii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921017*473</w:t>
            </w:r>
          </w:p>
        </w:tc>
        <w:tc>
          <w:tcPr>
            <w:tcW w:type="dxa" w:w="1728"/>
          </w:tcPr>
          <w:p>
            <w:r>
              <w:t>Zee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zee_zee_zee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990*039014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arzgrj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919*10*92*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arashsbtt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912*3**1*9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im0ir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91*9****2*</w:t>
            </w:r>
          </w:p>
        </w:tc>
        <w:tc>
          <w:tcPr>
            <w:tcW w:type="dxa" w:w="1728"/>
          </w:tcPr>
          <w:p>
            <w:r>
              <w:t>💞""⚜Amin⚜""💞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9137431491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.Z</w:t>
            </w:r>
          </w:p>
        </w:tc>
        <w:tc>
          <w:tcPr>
            <w:tcW w:type="dxa" w:w="1728"/>
          </w:tcPr>
          <w:p>
            <w:r>
              <w:t>alirezaz81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93731*1*3*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mhdi_hr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91222*411*</w:t>
            </w:r>
          </w:p>
        </w:tc>
        <w:tc>
          <w:tcPr>
            <w:tcW w:type="dxa" w:w="1728"/>
          </w:tcPr>
          <w:p>
            <w:r>
              <w:t>🅁🄴🅉🄰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Rezaei402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9131**77*0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Arabian</w:t>
            </w:r>
          </w:p>
        </w:tc>
        <w:tc>
          <w:tcPr>
            <w:tcW w:type="dxa" w:w="1728"/>
          </w:tcPr>
          <w:p>
            <w:r>
              <w:t>MortimerHo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91*21144*3</w:t>
            </w:r>
          </w:p>
        </w:tc>
        <w:tc>
          <w:tcPr>
            <w:tcW w:type="dxa" w:w="1728"/>
          </w:tcPr>
          <w:p>
            <w:r>
              <w:t>راسکلنیکف..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raskolnikov_fragile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9120*20*9*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milad_yazdi76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9129273211</w:t>
            </w:r>
          </w:p>
        </w:tc>
        <w:tc>
          <w:tcPr>
            <w:tcW w:type="dxa" w:w="1728"/>
          </w:tcPr>
          <w:p>
            <w:r>
              <w:t>M.b.gh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9300137140</w:t>
            </w:r>
          </w:p>
        </w:tc>
        <w:tc>
          <w:tcPr>
            <w:tcW w:type="dxa" w:w="1728"/>
          </w:tcPr>
          <w:p>
            <w:r>
              <w:t>Mehrdad RMZ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Mehrdad_rmz1375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9901*4**3*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mostafahz151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922242772*</w:t>
            </w:r>
          </w:p>
        </w:tc>
        <w:tc>
          <w:tcPr>
            <w:tcW w:type="dxa" w:w="1728"/>
          </w:tcPr>
          <w:p>
            <w:r>
              <w:t>dorna</w:t>
            </w:r>
          </w:p>
        </w:tc>
        <w:tc>
          <w:tcPr>
            <w:tcW w:type="dxa" w:w="1728"/>
          </w:tcPr>
          <w:p>
            <w:r>
              <w:t>kiani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91*219**2*</w:t>
            </w:r>
          </w:p>
        </w:tc>
        <w:tc>
          <w:tcPr>
            <w:tcW w:type="dxa" w:w="1728"/>
          </w:tcPr>
          <w:p>
            <w:r>
              <w:t>Aℓιяєzα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Alireza_n_e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91*00*1**3</w:t>
            </w:r>
          </w:p>
        </w:tc>
        <w:tc>
          <w:tcPr>
            <w:tcW w:type="dxa" w:w="1728"/>
          </w:tcPr>
          <w:p>
            <w:r>
              <w:t>ᔕᗩᖇᗩ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sarbqr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9100*99310</w:t>
            </w:r>
          </w:p>
        </w:tc>
        <w:tc>
          <w:tcPr>
            <w:tcW w:type="dxa" w:w="1728"/>
          </w:tcPr>
          <w:p>
            <w:r>
              <w:t>Hooman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Hooman_rhn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9374113304</w:t>
            </w:r>
          </w:p>
        </w:tc>
        <w:tc>
          <w:tcPr>
            <w:tcW w:type="dxa" w:w="1728"/>
          </w:tcPr>
          <w:p>
            <w:r>
              <w:t>SAM.H</w:t>
            </w:r>
          </w:p>
        </w:tc>
        <w:tc>
          <w:tcPr>
            <w:tcW w:type="dxa" w:w="1728"/>
          </w:tcPr>
          <w:p>
            <w:r>
              <w:t>71</w:t>
            </w:r>
          </w:p>
        </w:tc>
        <w:tc>
          <w:tcPr>
            <w:tcW w:type="dxa" w:w="1728"/>
          </w:tcPr>
          <w:p>
            <w:r>
              <w:t>Amir3304_h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90241*140*</w:t>
            </w:r>
          </w:p>
        </w:tc>
        <w:tc>
          <w:tcPr>
            <w:tcW w:type="dxa" w:w="1728"/>
          </w:tcPr>
          <w:p>
            <w:r>
              <w:t>Farid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FaridAmini1999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99099*9903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trd_m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9102733*33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sh26900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91999793*9</w:t>
            </w:r>
          </w:p>
        </w:tc>
        <w:tc>
          <w:tcPr>
            <w:tcW w:type="dxa" w:w="1728"/>
          </w:tcPr>
          <w:p>
            <w:r>
              <w:t>Ahmadreza</w:t>
            </w:r>
          </w:p>
        </w:tc>
        <w:tc>
          <w:tcPr>
            <w:tcW w:type="dxa" w:w="1728"/>
          </w:tcPr>
          <w:p>
            <w:r>
              <w:t>Rafie</w:t>
            </w:r>
          </w:p>
        </w:tc>
        <w:tc>
          <w:tcPr>
            <w:tcW w:type="dxa" w:w="1728"/>
          </w:tcPr>
          <w:p>
            <w:r>
              <w:t>Ahmad_reza_9611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910149429*</w:t>
            </w:r>
          </w:p>
        </w:tc>
        <w:tc>
          <w:tcPr>
            <w:tcW w:type="dxa" w:w="1728"/>
          </w:tcPr>
          <w:p>
            <w:r>
              <w:t>Maryam Shirjang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maryamshirjang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9907790319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Sajjad_zol13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9222412*3*</w:t>
            </w:r>
          </w:p>
        </w:tc>
        <w:tc>
          <w:tcPr>
            <w:tcW w:type="dxa" w:w="1728"/>
          </w:tcPr>
          <w:p>
            <w:r>
              <w:t>roja</w:t>
            </w:r>
          </w:p>
        </w:tc>
        <w:tc>
          <w:tcPr>
            <w:tcW w:type="dxa" w:w="1728"/>
          </w:tcPr>
          <w:p>
            <w:r>
              <w:t>kari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93*79424*7</w:t>
            </w:r>
          </w:p>
        </w:tc>
        <w:tc>
          <w:tcPr>
            <w:tcW w:type="dxa" w:w="1728"/>
          </w:tcPr>
          <w:p>
            <w:r>
              <w:t>T.D.S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engineering_97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9019737731</w:t>
            </w:r>
          </w:p>
        </w:tc>
        <w:tc>
          <w:tcPr>
            <w:tcW w:type="dxa" w:w="1728"/>
          </w:tcPr>
          <w:p>
            <w:r>
              <w:t>ramezani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ramazani15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91***22**7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Dr_Reza_Ahmadi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9332*00772</w:t>
            </w:r>
          </w:p>
        </w:tc>
        <w:tc>
          <w:tcPr>
            <w:tcW w:type="dxa" w:w="1728"/>
          </w:tcPr>
          <w:p>
            <w:r>
              <w:t>..Milad..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Milad11rb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93**74330*</w:t>
            </w:r>
          </w:p>
        </w:tc>
        <w:tc>
          <w:tcPr>
            <w:tcW w:type="dxa" w:w="1728"/>
          </w:tcPr>
          <w:p>
            <w:r>
              <w:t>نیما</w:t>
            </w:r>
          </w:p>
        </w:tc>
        <w:tc>
          <w:tcPr>
            <w:tcW w:type="dxa" w:w="1728"/>
          </w:tcPr>
          <w:p>
            <w:r>
              <w:t>عزیزی</w:t>
            </w:r>
          </w:p>
        </w:tc>
        <w:tc>
          <w:tcPr>
            <w:tcW w:type="dxa" w:w="1728"/>
          </w:tcPr>
          <w:p>
            <w:r>
              <w:t>Nimaazizi2017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913*43702*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9217342***</w:t>
            </w:r>
          </w:p>
        </w:tc>
        <w:tc>
          <w:tcPr>
            <w:tcW w:type="dxa" w:w="1728"/>
          </w:tcPr>
          <w:p>
            <w:r>
              <w:t>𝓜𝓸𝓱𝓪𝓶𝓶𝓪𝓭.𝓳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MohamadJafarian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9109391097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alisadeghy01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901**0**11</w:t>
            </w:r>
          </w:p>
        </w:tc>
        <w:tc>
          <w:tcPr>
            <w:tcW w:type="dxa" w:w="1728"/>
          </w:tcPr>
          <w:p>
            <w:r>
              <w:t>Salim gholami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Salimgholamii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91234*779*</w:t>
            </w:r>
          </w:p>
        </w:tc>
        <w:tc>
          <w:tcPr>
            <w:tcW w:type="dxa" w:w="1728"/>
          </w:tcPr>
          <w:p>
            <w:r>
              <w:t>F 👾 BITS 🐾 🐾 BabyDoge PAWS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AbdiFariba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93**770**3</w:t>
            </w:r>
          </w:p>
        </w:tc>
        <w:tc>
          <w:tcPr>
            <w:tcW w:type="dxa" w:w="1728"/>
          </w:tcPr>
          <w:p>
            <w:r>
              <w:t>‌ٔ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rnb9776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937**21*11</w:t>
            </w:r>
          </w:p>
        </w:tc>
        <w:tc>
          <w:tcPr>
            <w:tcW w:type="dxa" w:w="1728"/>
          </w:tcPr>
          <w:p>
            <w:r>
              <w:t>Ahmadiam76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MMA76v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937*7****1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Rezasmaeilzadeh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939**97*2*</w:t>
            </w:r>
          </w:p>
        </w:tc>
        <w:tc>
          <w:tcPr>
            <w:tcW w:type="dxa" w:w="1728"/>
          </w:tcPr>
          <w:p>
            <w:r>
              <w:t>Ahmadreza</w:t>
            </w:r>
          </w:p>
        </w:tc>
        <w:tc>
          <w:tcPr>
            <w:tcW w:type="dxa" w:w="1728"/>
          </w:tcPr>
          <w:p>
            <w:r>
              <w:t>Karami</w:t>
            </w:r>
          </w:p>
        </w:tc>
        <w:tc>
          <w:tcPr>
            <w:tcW w:type="dxa" w:w="1728"/>
          </w:tcPr>
          <w:p>
            <w:r>
              <w:t>ahmdrza_krmi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9170*0*109</w:t>
            </w:r>
          </w:p>
        </w:tc>
        <w:tc>
          <w:tcPr>
            <w:tcW w:type="dxa" w:w="1728"/>
          </w:tcPr>
          <w:p>
            <w:r>
              <w:t>hasan hashemi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hasanhashemi74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9139140924</w:t>
            </w:r>
          </w:p>
        </w:tc>
        <w:tc>
          <w:tcPr>
            <w:tcW w:type="dxa" w:w="1728"/>
          </w:tcPr>
          <w:p>
            <w:r>
              <w:t>v :k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922242310*</w:t>
            </w:r>
          </w:p>
        </w:tc>
        <w:tc>
          <w:tcPr>
            <w:tcW w:type="dxa" w:w="1728"/>
          </w:tcPr>
          <w:p>
            <w:r>
              <w:t>ladan</w:t>
            </w:r>
          </w:p>
        </w:tc>
        <w:tc>
          <w:tcPr>
            <w:tcW w:type="dxa" w:w="1728"/>
          </w:tcPr>
          <w:p>
            <w:r>
              <w:t>khatib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93*99*0423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sky524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93*4412*11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Abedi</w:t>
            </w:r>
          </w:p>
        </w:tc>
        <w:tc>
          <w:tcPr>
            <w:tcW w:type="dxa" w:w="1728"/>
          </w:tcPr>
          <w:p>
            <w:r>
              <w:t>abedimrym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9104*003**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odehghan_b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930*0**9*3</w:t>
            </w:r>
          </w:p>
        </w:tc>
        <w:tc>
          <w:tcPr>
            <w:tcW w:type="dxa" w:w="1728"/>
          </w:tcPr>
          <w:p>
            <w:r>
              <w:t>Hb</w:t>
            </w:r>
          </w:p>
        </w:tc>
        <w:tc>
          <w:tcPr>
            <w:tcW w:type="dxa" w:w="1728"/>
          </w:tcPr>
          <w:p>
            <w:r>
              <w:t>Soltan</w:t>
            </w:r>
          </w:p>
        </w:tc>
        <w:tc>
          <w:tcPr>
            <w:tcW w:type="dxa" w:w="1728"/>
          </w:tcPr>
          <w:p>
            <w:r>
              <w:t>HbSoltan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90117093**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Mine_1994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913***2393</w:t>
            </w:r>
          </w:p>
        </w:tc>
        <w:tc>
          <w:tcPr>
            <w:tcW w:type="dxa" w:w="1728"/>
          </w:tcPr>
          <w:p>
            <w:r>
              <w:t>Rezaei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BRezaeisss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9334471237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91*13*1*94</w:t>
            </w:r>
          </w:p>
        </w:tc>
        <w:tc>
          <w:tcPr>
            <w:tcW w:type="dxa" w:w="1728"/>
          </w:tcPr>
          <w:p>
            <w:r>
              <w:t>ღ꧁ღ╭⊱ꕥ Zeynab ꕥ⊱╮ღ꧂ღ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ZeynabAlimoula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9104030149</w:t>
            </w:r>
          </w:p>
        </w:tc>
        <w:tc>
          <w:tcPr>
            <w:tcW w:type="dxa" w:w="1728"/>
          </w:tcPr>
          <w:p>
            <w:r>
              <w:t>Farshad</w:t>
            </w:r>
          </w:p>
        </w:tc>
        <w:tc>
          <w:tcPr>
            <w:tcW w:type="dxa" w:w="1728"/>
          </w:tcPr>
          <w:p>
            <w:r>
              <w:t>Nuorani</w:t>
            </w:r>
          </w:p>
        </w:tc>
        <w:tc>
          <w:tcPr>
            <w:tcW w:type="dxa" w:w="1728"/>
          </w:tcPr>
          <w:p>
            <w:r>
              <w:t>FarshadRoza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91*710424*</w:t>
            </w:r>
          </w:p>
        </w:tc>
        <w:tc>
          <w:tcPr>
            <w:tcW w:type="dxa" w:w="1728"/>
          </w:tcPr>
          <w:p>
            <w:r>
              <w:t>3dehi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M_sedehi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93939*0220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Ali_Aghababaeian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91*4**44*4</w:t>
            </w:r>
          </w:p>
        </w:tc>
        <w:tc>
          <w:tcPr>
            <w:tcW w:type="dxa" w:w="1728"/>
          </w:tcPr>
          <w:p>
            <w:r>
              <w:t>P.S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klooooom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9014037912</w:t>
            </w:r>
          </w:p>
        </w:tc>
        <w:tc>
          <w:tcPr>
            <w:tcW w:type="dxa" w:w="1728"/>
          </w:tcPr>
          <w:p>
            <w:r>
              <w:t>miner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maadankaradmin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93*2*3244*</w:t>
            </w:r>
          </w:p>
        </w:tc>
        <w:tc>
          <w:tcPr>
            <w:tcW w:type="dxa" w:w="1728"/>
          </w:tcPr>
          <w:p>
            <w:r>
              <w:t>Aminsaadati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Amin_sad13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9901*990**</w:t>
            </w:r>
          </w:p>
        </w:tc>
        <w:tc>
          <w:tcPr>
            <w:tcW w:type="dxa" w:w="1728"/>
          </w:tcPr>
          <w:p>
            <w:r>
              <w:t>سروش</w:t>
            </w:r>
          </w:p>
        </w:tc>
        <w:tc>
          <w:tcPr>
            <w:tcW w:type="dxa" w:w="1728"/>
          </w:tcPr>
          <w:p>
            <w:r>
              <w:t>ابوخلیلیان</w:t>
            </w:r>
          </w:p>
        </w:tc>
        <w:tc>
          <w:tcPr>
            <w:tcW w:type="dxa" w:w="1728"/>
          </w:tcPr>
          <w:p>
            <w:r>
              <w:t>So_OGHAB_78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914*039*34</w:t>
            </w:r>
          </w:p>
        </w:tc>
        <w:tc>
          <w:tcPr>
            <w:tcW w:type="dxa" w:w="1728"/>
          </w:tcPr>
          <w:p>
            <w:r>
              <w:t>sepehr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ispr_78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9104311994</w:t>
            </w:r>
          </w:p>
        </w:tc>
        <w:tc>
          <w:tcPr>
            <w:tcW w:type="dxa" w:w="1728"/>
          </w:tcPr>
          <w:p>
            <w:r>
              <w:t>Madanonline admin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Info_IMP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919242*77*</w:t>
            </w:r>
          </w:p>
        </w:tc>
        <w:tc>
          <w:tcPr>
            <w:tcW w:type="dxa" w:w="1728"/>
          </w:tcPr>
          <w:p>
            <w:r>
              <w:t>m.reza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ghorbanii72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902*432**0</w:t>
            </w:r>
          </w:p>
        </w:tc>
        <w:tc>
          <w:tcPr>
            <w:tcW w:type="dxa" w:w="1728"/>
          </w:tcPr>
          <w:p>
            <w:r>
              <w:t>dashti kalantar.a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DKa1219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913043*41*</w:t>
            </w:r>
          </w:p>
        </w:tc>
        <w:tc>
          <w:tcPr>
            <w:tcW w:type="dxa" w:w="1728"/>
          </w:tcPr>
          <w:p>
            <w:r>
              <w:t>E.hasanzadeh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E_hasanzadeh1997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914**99*91</w:t>
            </w:r>
          </w:p>
        </w:tc>
        <w:tc>
          <w:tcPr>
            <w:tcW w:type="dxa" w:w="1728"/>
          </w:tcPr>
          <w:p>
            <w:r>
              <w:t>Ramin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Ramin_tbz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914*907430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Saniii7430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93*7071*77</w:t>
            </w:r>
          </w:p>
        </w:tc>
        <w:tc>
          <w:tcPr>
            <w:tcW w:type="dxa" w:w="1728"/>
          </w:tcPr>
          <w:p>
            <w:r>
              <w:t>Jh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Jht6912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93**1*9*00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Mojtaba_hosseini354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  <w:tr>
        <w:tc>
          <w:tcPr>
            <w:tcW w:type="dxa" w:w="1728"/>
          </w:tcPr>
          <w:p>
            <w:r>
              <w:t>913**9*7**</w:t>
            </w:r>
          </w:p>
        </w:tc>
        <w:tc>
          <w:tcPr>
            <w:tcW w:type="dxa" w:w="1728"/>
          </w:tcPr>
          <w:p>
            <w:r>
              <w:t>مجتبی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mojtabadt</w:t>
            </w:r>
          </w:p>
        </w:tc>
        <w:tc>
          <w:tcPr>
            <w:tcW w:type="dxa" w:w="1728"/>
          </w:tcPr>
          <w:p>
            <w:r>
              <w:t>دانلود منابع الکترونیکی مهندسی معدن👷‍♂👷‍♀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دانلود منابع الکترونیکی مهندسی معدن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