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خدمات مجازی و خرید پرسرعت ترین vpn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خدمات مجازی و خرید پرسرعت ترین vpn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93*3**9940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Aligh1381Aligh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9121******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alireza1392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912974*47*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amir_hsalimi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91233*1912</w:t>
            </w:r>
          </w:p>
        </w:tc>
        <w:tc>
          <w:tcPr>
            <w:tcW w:type="dxa" w:w="1728"/>
          </w:tcPr>
          <w:p>
            <w:r>
              <w:t>Sed Mohsen</w:t>
            </w:r>
          </w:p>
        </w:tc>
        <w:tc>
          <w:tcPr>
            <w:tcW w:type="dxa" w:w="1728"/>
          </w:tcPr>
          <w:p>
            <w:r>
              <w:t>Ashnavar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9133*2*219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aah13790101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93092*131*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9134*410**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alirezadehf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9212920*17</w:t>
            </w:r>
          </w:p>
        </w:tc>
        <w:tc>
          <w:tcPr>
            <w:tcW w:type="dxa" w:w="1728"/>
          </w:tcPr>
          <w:p>
            <w:r>
              <w:t>🥀🖤abli🖤🥀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qzpmw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9033*92177</w:t>
            </w:r>
          </w:p>
        </w:tc>
        <w:tc>
          <w:tcPr>
            <w:tcW w:type="dxa" w:w="1728"/>
          </w:tcPr>
          <w:p>
            <w:r>
              <w:t>51772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9192*7049*</w:t>
            </w:r>
          </w:p>
        </w:tc>
        <w:tc>
          <w:tcPr>
            <w:tcW w:type="dxa" w:w="1728"/>
          </w:tcPr>
          <w:p>
            <w:r>
              <w:t>M. rahmani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Hakhamanesh25000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930*0*4437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B_2690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9332333072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930*309*0*</w:t>
            </w:r>
          </w:p>
        </w:tc>
        <w:tc>
          <w:tcPr>
            <w:tcW w:type="dxa" w:w="1728"/>
          </w:tcPr>
          <w:p>
            <w:r>
              <w:t>Ya$eR-EMP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Yaseremp2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9124040**2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93***90341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Information_technologi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9123**7330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Mehrannsalehi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919**027*4</w:t>
            </w:r>
          </w:p>
        </w:tc>
        <w:tc>
          <w:tcPr>
            <w:tcW w:type="dxa" w:w="1728"/>
          </w:tcPr>
          <w:p>
            <w:r>
              <w:t>˙·٠•●♥●•٠·˙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p24ra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93*1*409**</w:t>
            </w:r>
          </w:p>
        </w:tc>
        <w:tc>
          <w:tcPr>
            <w:tcW w:type="dxa" w:w="1728"/>
          </w:tcPr>
          <w:p>
            <w:r>
              <w:t>N̵̍͋͌̄̄͝͝ ͔̭̹͓͇̗͚͎ȃ̷̮͋̇̇v̸̉̔̈͊̔̈́͋̕ ̣̥̤̺i̵̢̖͍̘̰̣͐̓̈͗̏̏ḓ̶̙̍̅̄̚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R_o_o_h_i_i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9373*12007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Falatco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930*30029*</w:t>
            </w:r>
          </w:p>
        </w:tc>
        <w:tc>
          <w:tcPr>
            <w:tcW w:type="dxa" w:w="1728"/>
          </w:tcPr>
          <w:p>
            <w:r>
              <w:t>Parsa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9122034*13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Elyasi</w:t>
            </w:r>
          </w:p>
        </w:tc>
        <w:tc>
          <w:tcPr>
            <w:tcW w:type="dxa" w:w="1728"/>
          </w:tcPr>
          <w:p>
            <w:r>
              <w:t>ElhamElyasi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91229*213*</w:t>
            </w:r>
          </w:p>
        </w:tc>
        <w:tc>
          <w:tcPr>
            <w:tcW w:type="dxa" w:w="1728"/>
          </w:tcPr>
          <w:p>
            <w:r>
              <w:t>ATehrani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Afhktehrani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91*0*90134</w:t>
            </w:r>
          </w:p>
        </w:tc>
        <w:tc>
          <w:tcPr>
            <w:tcW w:type="dxa" w:w="1728"/>
          </w:tcPr>
          <w:p>
            <w:r>
              <w:t>𝓡𝓮𝓼𝓱𝓹𝓸𝓼𝓱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sy4vsh313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990*291*22</w:t>
            </w:r>
          </w:p>
        </w:tc>
        <w:tc>
          <w:tcPr>
            <w:tcW w:type="dxa" w:w="1728"/>
          </w:tcPr>
          <w:p>
            <w:r>
              <w:t>Parts</w:t>
            </w:r>
          </w:p>
        </w:tc>
        <w:tc>
          <w:tcPr>
            <w:tcW w:type="dxa" w:w="1728"/>
          </w:tcPr>
          <w:p>
            <w:r>
              <w:t>Lands</w:t>
            </w:r>
          </w:p>
        </w:tc>
        <w:tc>
          <w:tcPr>
            <w:tcW w:type="dxa" w:w="1728"/>
          </w:tcPr>
          <w:p>
            <w:r>
              <w:t>naser_tofighi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91**1*0*20</w:t>
            </w:r>
          </w:p>
        </w:tc>
        <w:tc>
          <w:tcPr>
            <w:tcW w:type="dxa" w:w="1728"/>
          </w:tcPr>
          <w:p>
            <w:r>
              <w:t>Jimii 1114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9173094***</w:t>
            </w:r>
          </w:p>
        </w:tc>
        <w:tc>
          <w:tcPr>
            <w:tcW w:type="dxa" w:w="1728"/>
          </w:tcPr>
          <w:p>
            <w:r>
              <w:t>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tekrarotamrin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903*09*773</w:t>
            </w:r>
          </w:p>
        </w:tc>
        <w:tc>
          <w:tcPr>
            <w:tcW w:type="dxa" w:w="1728"/>
          </w:tcPr>
          <w:p>
            <w:r>
              <w:t>Mashin</w:t>
            </w:r>
          </w:p>
        </w:tc>
        <w:tc>
          <w:tcPr>
            <w:tcW w:type="dxa" w:w="1728"/>
          </w:tcPr>
          <w:p>
            <w:r>
              <w:t>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910*9***23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PEYMAN13782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93*1300170</w:t>
            </w:r>
          </w:p>
        </w:tc>
        <w:tc>
          <w:tcPr>
            <w:tcW w:type="dxa" w:w="1728"/>
          </w:tcPr>
          <w:p>
            <w:r>
              <w:t>mhnz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Maah6891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93*7*31*9*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ادمین تبادلات</w:t>
            </w:r>
          </w:p>
        </w:tc>
        <w:tc>
          <w:tcPr>
            <w:tcW w:type="dxa" w:w="1728"/>
          </w:tcPr>
          <w:p>
            <w:r>
              <w:t>h9389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9373474**9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Alirahimi_75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9393*17203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Victoryy8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91*9*10410</w:t>
            </w:r>
          </w:p>
        </w:tc>
        <w:tc>
          <w:tcPr>
            <w:tcW w:type="dxa" w:w="1728"/>
          </w:tcPr>
          <w:p>
            <w:r>
              <w:t>Ejekt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ejekt89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919743271*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saeid1377aaa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93**923314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Masood122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9133***732</w:t>
            </w:r>
          </w:p>
        </w:tc>
        <w:tc>
          <w:tcPr>
            <w:tcW w:type="dxa" w:w="1728"/>
          </w:tcPr>
          <w:p>
            <w:r>
              <w:t>Khalil</w:t>
            </w:r>
          </w:p>
        </w:tc>
        <w:tc>
          <w:tcPr>
            <w:tcW w:type="dxa" w:w="1728"/>
          </w:tcPr>
          <w:p>
            <w:r>
              <w:t>Dehghan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9032**2*4*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mosilaht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91*01*7710</w:t>
            </w:r>
          </w:p>
        </w:tc>
        <w:tc>
          <w:tcPr>
            <w:tcW w:type="dxa" w:w="1728"/>
          </w:tcPr>
          <w:p>
            <w:r>
              <w:t>soheil azadi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so007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903*437*21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arman300066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937*07**9*</w:t>
            </w:r>
          </w:p>
        </w:tc>
        <w:tc>
          <w:tcPr>
            <w:tcW w:type="dxa" w:w="1728"/>
          </w:tcPr>
          <w:p>
            <w:r>
              <w:t>Farrokhi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Farrokhi121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90144971**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yolme</w:t>
            </w:r>
          </w:p>
        </w:tc>
        <w:tc>
          <w:tcPr>
            <w:tcW w:type="dxa" w:w="1728"/>
          </w:tcPr>
          <w:p>
            <w:r>
              <w:t>hadiyolme1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914*12**17</w:t>
            </w:r>
          </w:p>
        </w:tc>
        <w:tc>
          <w:tcPr>
            <w:tcW w:type="dxa" w:w="1728"/>
          </w:tcPr>
          <w:p>
            <w:r>
              <w:t>David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David19888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990*2**24*</w:t>
            </w:r>
          </w:p>
        </w:tc>
        <w:tc>
          <w:tcPr>
            <w:tcW w:type="dxa" w:w="1728"/>
          </w:tcPr>
          <w:p>
            <w:r>
              <w:t>آخرین بازدید به وقت سربازی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F1a3r8z4in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9303492*19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Aliiiirafiei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990030**4*</w:t>
            </w:r>
          </w:p>
        </w:tc>
        <w:tc>
          <w:tcPr>
            <w:tcW w:type="dxa" w:w="1728"/>
          </w:tcPr>
          <w:p>
            <w:r>
              <w:t>سجاد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Tumas20870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912*97*190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Hamed_8884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919*11372*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Ghahremani</w:t>
            </w:r>
          </w:p>
        </w:tc>
        <w:tc>
          <w:tcPr>
            <w:tcW w:type="dxa" w:w="1728"/>
          </w:tcPr>
          <w:p>
            <w:r>
              <w:t>ali_GHY3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91393*90**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shhhvvgh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91*11419**</w:t>
            </w:r>
          </w:p>
        </w:tc>
        <w:tc>
          <w:tcPr>
            <w:tcW w:type="dxa" w:w="1728"/>
          </w:tcPr>
          <w:p>
            <w:r>
              <w:t>Ali Akbar</w:t>
            </w:r>
          </w:p>
        </w:tc>
        <w:tc>
          <w:tcPr>
            <w:tcW w:type="dxa" w:w="1728"/>
          </w:tcPr>
          <w:p>
            <w:r>
              <w:t>Rezaee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913114*9**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Enerjy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930**207*0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Ram_tr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91*3*333**</w:t>
            </w:r>
          </w:p>
        </w:tc>
        <w:tc>
          <w:tcPr>
            <w:tcW w:type="dxa" w:w="1728"/>
          </w:tcPr>
          <w:p>
            <w:r>
              <w:t>davod rahmani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912*1**149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AvailableM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937*1*4079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hasansam25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91711770*0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91*9*1*71*</w:t>
            </w:r>
          </w:p>
        </w:tc>
        <w:tc>
          <w:tcPr>
            <w:tcW w:type="dxa" w:w="1728"/>
          </w:tcPr>
          <w:p>
            <w:r>
              <w:t> ℳბんάრάძ 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mohamad8063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913***0***</w:t>
            </w:r>
          </w:p>
        </w:tc>
        <w:tc>
          <w:tcPr>
            <w:tcW w:type="dxa" w:w="1728"/>
          </w:tcPr>
          <w:p>
            <w:r>
              <w:t>سیدعلی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>
              <w:t>alihoseinmobin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9339**7***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Esad6571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9031*270*3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990*1*17**</w:t>
            </w:r>
          </w:p>
        </w:tc>
        <w:tc>
          <w:tcPr>
            <w:tcW w:type="dxa" w:w="1728"/>
          </w:tcPr>
          <w:p>
            <w:r>
              <w:t>Sssssss1376</w:t>
            </w:r>
          </w:p>
        </w:tc>
        <w:tc>
          <w:tcPr>
            <w:tcW w:type="dxa" w:w="1728"/>
          </w:tcPr>
          <w:p>
            <w:r>
              <w:t>Vvvvvv</w:t>
            </w:r>
          </w:p>
        </w:tc>
        <w:tc>
          <w:tcPr>
            <w:tcW w:type="dxa" w:w="1728"/>
          </w:tcPr>
          <w:p>
            <w:r>
              <w:t>vvvvver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93**790290</w:t>
            </w:r>
          </w:p>
        </w:tc>
        <w:tc>
          <w:tcPr>
            <w:tcW w:type="dxa" w:w="1728"/>
          </w:tcPr>
          <w:p>
            <w:r>
              <w:t>𝐙𝐢𝐧𝐚𝐭 𝐲𝐚𝐬𝐚𝐞𝐲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9339*3****</w:t>
            </w:r>
          </w:p>
        </w:tc>
        <w:tc>
          <w:tcPr>
            <w:tcW w:type="dxa" w:w="1728"/>
          </w:tcPr>
          <w:p>
            <w:r>
              <w:t>Michael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91**7*3239</w:t>
            </w:r>
          </w:p>
        </w:tc>
        <w:tc>
          <w:tcPr>
            <w:tcW w:type="dxa" w:w="1728"/>
          </w:tcPr>
          <w:p>
            <w:r>
              <w:t>Im(Aasi)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Shaaarrr22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913*4921*7</w:t>
            </w:r>
          </w:p>
        </w:tc>
        <w:tc>
          <w:tcPr>
            <w:tcW w:type="dxa" w:w="1728"/>
          </w:tcPr>
          <w:p>
            <w:r>
              <w:t>●▬▬๑۩۩๑Roya๑۩۩๑▬▬●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91132*2271</w:t>
            </w:r>
          </w:p>
        </w:tc>
        <w:tc>
          <w:tcPr>
            <w:tcW w:type="dxa" w:w="1728"/>
          </w:tcPr>
          <w:p>
            <w:r>
              <w:t>Peymaneh</w:t>
            </w:r>
          </w:p>
        </w:tc>
        <w:tc>
          <w:tcPr>
            <w:tcW w:type="dxa" w:w="1728"/>
          </w:tcPr>
          <w:p>
            <w:r>
              <w:t>Bolboli</w:t>
            </w:r>
          </w:p>
        </w:tc>
        <w:tc>
          <w:tcPr>
            <w:tcW w:type="dxa" w:w="1728"/>
          </w:tcPr>
          <w:p>
            <w:r>
              <w:t>peymaneh1359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914*70*03*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amirtanha8036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9192743*2*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9122990413</w:t>
            </w:r>
          </w:p>
        </w:tc>
        <w:tc>
          <w:tcPr>
            <w:tcW w:type="dxa" w:w="1728"/>
          </w:tcPr>
          <w:p>
            <w:r>
              <w:t>حامی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haamie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912922390*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crypto4197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9139374*2*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بیدکانی بختیاروند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93*1**3**2</w:t>
            </w:r>
          </w:p>
        </w:tc>
        <w:tc>
          <w:tcPr>
            <w:tcW w:type="dxa" w:w="1728"/>
          </w:tcPr>
          <w:p>
            <w:r>
              <w:t>Morsa</w:t>
            </w:r>
          </w:p>
        </w:tc>
        <w:tc>
          <w:tcPr>
            <w:tcW w:type="dxa" w:w="1728"/>
          </w:tcPr>
          <w:p>
            <w:r>
              <w:t>763</w:t>
            </w:r>
          </w:p>
        </w:tc>
        <w:tc>
          <w:tcPr>
            <w:tcW w:type="dxa" w:w="1728"/>
          </w:tcPr>
          <w:p>
            <w:r>
              <w:t>Morsa763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9132**7*19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MOJOUDI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933*491147</w:t>
            </w:r>
          </w:p>
        </w:tc>
        <w:tc>
          <w:tcPr>
            <w:tcW w:type="dxa" w:w="1728"/>
          </w:tcPr>
          <w:p>
            <w:r>
              <w:t>мя σмι∂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Yp_omid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9177233**0</w:t>
            </w:r>
          </w:p>
        </w:tc>
        <w:tc>
          <w:tcPr>
            <w:tcW w:type="dxa" w:w="1728"/>
          </w:tcPr>
          <w:p>
            <w:r>
              <w:t>Habib**N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Habibano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9107**0*1*</w:t>
            </w:r>
          </w:p>
        </w:tc>
        <w:tc>
          <w:tcPr>
            <w:tcW w:type="dxa" w:w="1728"/>
          </w:tcPr>
          <w:p>
            <w:r>
              <w:t>F.N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FNghdi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92203249*2</w:t>
            </w:r>
          </w:p>
        </w:tc>
        <w:tc>
          <w:tcPr>
            <w:tcW w:type="dxa" w:w="1728"/>
          </w:tcPr>
          <w:p>
            <w:r>
              <w:t>شکرا یا ربی</w:t>
            </w:r>
          </w:p>
        </w:tc>
        <w:tc>
          <w:tcPr>
            <w:tcW w:type="dxa" w:w="1728"/>
          </w:tcPr>
          <w:p>
            <w:r>
              <w:t>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9132*0*79*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9132742*1*</w:t>
            </w:r>
          </w:p>
        </w:tc>
        <w:tc>
          <w:tcPr>
            <w:tcW w:type="dxa" w:w="1728"/>
          </w:tcPr>
          <w:p>
            <w:r>
              <w:t>●▬▬๑۩۩๑@ḓḁḙḯ--ṿḁḧḯḓ@ ๑۩۩๑▬▬●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daeivahid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91301**400</w:t>
            </w:r>
          </w:p>
        </w:tc>
        <w:tc>
          <w:tcPr>
            <w:tcW w:type="dxa" w:w="1728"/>
          </w:tcPr>
          <w:p>
            <w:r>
              <w:t>A.h</w:t>
            </w:r>
          </w:p>
        </w:tc>
        <w:tc>
          <w:tcPr>
            <w:tcW w:type="dxa" w:w="1728"/>
          </w:tcPr>
          <w:p>
            <w:r>
              <w:t>Hajian</w:t>
            </w:r>
          </w:p>
        </w:tc>
        <w:tc>
          <w:tcPr>
            <w:tcW w:type="dxa" w:w="1728"/>
          </w:tcPr>
          <w:p>
            <w:r>
              <w:t>amirhh5400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  <w:tr>
        <w:tc>
          <w:tcPr>
            <w:tcW w:type="dxa" w:w="1728"/>
          </w:tcPr>
          <w:p>
            <w:r>
              <w:t>9107420*31</w:t>
            </w:r>
          </w:p>
        </w:tc>
        <w:tc>
          <w:tcPr>
            <w:tcW w:type="dxa" w:w="1728"/>
          </w:tcPr>
          <w:p>
            <w:r>
              <w:t>﮼یاسین‌سعادت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ya3in_s24</w:t>
            </w:r>
          </w:p>
        </w:tc>
        <w:tc>
          <w:tcPr>
            <w:tcW w:type="dxa" w:w="1728"/>
          </w:tcPr>
          <w:p>
            <w:r>
              <w:t>خدمات مجازی و خرید پرسرعت ترین vpn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خدمات مجازی و خرید پرسرعت ترین vpn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