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خدمات اینترنتی سنجان نت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خدمات اینترنتی سنجان نت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91*90934**</w:t>
            </w:r>
          </w:p>
        </w:tc>
        <w:tc>
          <w:tcPr>
            <w:tcW w:type="dxa" w:w="1728"/>
          </w:tcPr>
          <w:p>
            <w:r>
              <w:t>توحید</w:t>
            </w:r>
          </w:p>
        </w:tc>
        <w:tc>
          <w:tcPr>
            <w:tcW w:type="dxa" w:w="1728"/>
          </w:tcPr>
          <w:p>
            <w:r>
              <w:t>ایرانی نژاد</w:t>
            </w:r>
          </w:p>
        </w:tc>
        <w:tc>
          <w:tcPr>
            <w:tcW w:type="dxa" w:w="1728"/>
          </w:tcPr>
          <w:p>
            <w:r>
              <w:t>ptt3194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90313922*2</w:t>
            </w:r>
          </w:p>
        </w:tc>
        <w:tc>
          <w:tcPr>
            <w:tcW w:type="dxa" w:w="1728"/>
          </w:tcPr>
          <w:p>
            <w:r>
              <w:t>M. 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mehrdad101111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91*930*392</w:t>
            </w:r>
          </w:p>
        </w:tc>
        <w:tc>
          <w:tcPr>
            <w:tcW w:type="dxa" w:w="1728"/>
          </w:tcPr>
          <w:p>
            <w:r>
              <w:t>کاغذ دیواری. پوستر سه بعدی. طرح کاغذ</w:t>
            </w:r>
          </w:p>
        </w:tc>
        <w:tc>
          <w:tcPr>
            <w:tcW w:type="dxa" w:w="1728"/>
          </w:tcPr>
          <w:p>
            <w:r>
              <w:t>یاربی سنگان 09159308392</w:t>
            </w:r>
          </w:p>
        </w:tc>
        <w:tc>
          <w:tcPr>
            <w:tcW w:type="dxa" w:w="1728"/>
          </w:tcPr>
          <w:p>
            <w:r>
              <w:t>Rfeamj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91**3*0379</w:t>
            </w:r>
          </w:p>
        </w:tc>
        <w:tc>
          <w:tcPr>
            <w:tcW w:type="dxa" w:w="1728"/>
          </w:tcPr>
          <w:p>
            <w:r>
              <w:t>Soheyl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soheyl5985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91*13*3121</w:t>
            </w:r>
          </w:p>
        </w:tc>
        <w:tc>
          <w:tcPr>
            <w:tcW w:type="dxa" w:w="1728"/>
          </w:tcPr>
          <w:p>
            <w:r>
              <w:t>❦ محمد سلیم ❦</w:t>
            </w:r>
          </w:p>
        </w:tc>
        <w:tc>
          <w:tcPr>
            <w:tcW w:type="dxa" w:w="1728"/>
          </w:tcPr>
          <w:p>
            <w:r>
              <w:t>بهشتی</w:t>
            </w:r>
          </w:p>
        </w:tc>
        <w:tc>
          <w:tcPr>
            <w:tcW w:type="dxa" w:w="1728"/>
          </w:tcPr>
          <w:p>
            <w:r>
              <w:t>norbhshti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901*04*1**</w:t>
            </w:r>
          </w:p>
        </w:tc>
        <w:tc>
          <w:tcPr>
            <w:tcW w:type="dxa" w:w="1728"/>
          </w:tcPr>
          <w:p>
            <w:r>
              <w:t>Ghorbani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91*70*71*7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hassan_zngn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91**131**9</w:t>
            </w:r>
          </w:p>
        </w:tc>
        <w:tc>
          <w:tcPr>
            <w:tcW w:type="dxa" w:w="1728"/>
          </w:tcPr>
          <w:p>
            <w:r>
              <w:t>yahyayi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91*3319140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Nik khouy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91*77*9*2*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Zxcv1d4c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91**301*11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91**27*7*1</w:t>
            </w:r>
          </w:p>
        </w:tc>
        <w:tc>
          <w:tcPr>
            <w:tcW w:type="dxa" w:w="1728"/>
          </w:tcPr>
          <w:p>
            <w:r>
              <w:t>Y.Y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9192733997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Rasuli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91*477*727</w:t>
            </w:r>
          </w:p>
        </w:tc>
        <w:tc>
          <w:tcPr>
            <w:tcW w:type="dxa" w:w="1728"/>
          </w:tcPr>
          <w:p>
            <w:r>
              <w:t>ابو زکریا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Zakariaasss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91*93***37</w:t>
            </w:r>
          </w:p>
        </w:tc>
        <w:tc>
          <w:tcPr>
            <w:tcW w:type="dxa" w:w="1728"/>
          </w:tcPr>
          <w:p>
            <w:r>
              <w:t>همسرم</w:t>
            </w:r>
          </w:p>
        </w:tc>
        <w:tc>
          <w:tcPr>
            <w:tcW w:type="dxa" w:w="1728"/>
          </w:tcPr>
          <w:p>
            <w:r>
              <w:t>تاج سرم</w:t>
            </w:r>
          </w:p>
        </w:tc>
        <w:tc>
          <w:tcPr>
            <w:tcW w:type="dxa" w:w="1728"/>
          </w:tcPr>
          <w:p>
            <w:r>
              <w:t>Naser2131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91***74*11</w:t>
            </w:r>
          </w:p>
        </w:tc>
        <w:tc>
          <w:tcPr>
            <w:tcW w:type="dxa" w:w="1728"/>
          </w:tcPr>
          <w:p>
            <w:r>
              <w:t>M .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hafiz1399amir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901799910*</w:t>
            </w:r>
          </w:p>
        </w:tc>
        <w:tc>
          <w:tcPr>
            <w:tcW w:type="dxa" w:w="1728"/>
          </w:tcPr>
          <w:p>
            <w:r>
              <w:t>با خداباش پادشاهی کن....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91*9*2**27</w:t>
            </w:r>
          </w:p>
        </w:tc>
        <w:tc>
          <w:tcPr>
            <w:tcW w:type="dxa" w:w="1728"/>
          </w:tcPr>
          <w:p>
            <w:r>
              <w:t>Kian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kian7394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93*321**9*</w:t>
            </w:r>
          </w:p>
        </w:tc>
        <w:tc>
          <w:tcPr>
            <w:tcW w:type="dxa" w:w="1728"/>
          </w:tcPr>
          <w:p>
            <w:r>
              <w:t>aryan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93*73**2*9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91**32**0*</w:t>
            </w:r>
          </w:p>
        </w:tc>
        <w:tc>
          <w:tcPr>
            <w:tcW w:type="dxa" w:w="1728"/>
          </w:tcPr>
          <w:p>
            <w:r>
              <w:t>رحمت الله</w:t>
            </w:r>
          </w:p>
        </w:tc>
        <w:tc>
          <w:tcPr>
            <w:tcW w:type="dxa" w:w="1728"/>
          </w:tcPr>
          <w:p>
            <w:r>
              <w:t>مختاری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9021322**1</w:t>
            </w:r>
          </w:p>
        </w:tc>
        <w:tc>
          <w:tcPr>
            <w:tcW w:type="dxa" w:w="1728"/>
          </w:tcPr>
          <w:p>
            <w:r>
              <w:t>امیر 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91**949774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Sherger</w:t>
            </w:r>
          </w:p>
        </w:tc>
        <w:tc>
          <w:tcPr>
            <w:tcW w:type="dxa" w:w="1728"/>
          </w:tcPr>
          <w:p>
            <w:r>
              <w:t>rezasherger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9372370273</w:t>
            </w:r>
          </w:p>
        </w:tc>
        <w:tc>
          <w:tcPr>
            <w:tcW w:type="dxa" w:w="1728"/>
          </w:tcPr>
          <w:p>
            <w:r>
              <w:t>Vahid.1473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Vahid0273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91**213*91</w:t>
            </w:r>
          </w:p>
        </w:tc>
        <w:tc>
          <w:tcPr>
            <w:tcW w:type="dxa" w:w="1728"/>
          </w:tcPr>
          <w:p>
            <w:r>
              <w:t>اندیشه،لاتحزن ان الله معنا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91*13*3224</w:t>
            </w:r>
          </w:p>
        </w:tc>
        <w:tc>
          <w:tcPr>
            <w:tcW w:type="dxa" w:w="1728"/>
          </w:tcPr>
          <w:p>
            <w:r>
              <w:t>H. 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990*20*914</w:t>
            </w:r>
          </w:p>
        </w:tc>
        <w:tc>
          <w:tcPr>
            <w:tcW w:type="dxa" w:w="1728"/>
          </w:tcPr>
          <w:p>
            <w:r>
              <w:t>Z,,A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91*477**9*</w:t>
            </w:r>
          </w:p>
        </w:tc>
        <w:tc>
          <w:tcPr>
            <w:tcW w:type="dxa" w:w="1728"/>
          </w:tcPr>
          <w:p>
            <w:r>
              <w:t>jalil</w:t>
            </w:r>
          </w:p>
        </w:tc>
        <w:tc>
          <w:tcPr>
            <w:tcW w:type="dxa" w:w="1728"/>
          </w:tcPr>
          <w:p>
            <w:r>
              <w:t>jalil</w:t>
            </w:r>
          </w:p>
        </w:tc>
        <w:tc>
          <w:tcPr>
            <w:tcW w:type="dxa" w:w="1728"/>
          </w:tcPr>
          <w:p>
            <w:r>
              <w:t>foad96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91*93371*2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🌹وَإِنْ يُرِدْكَ بِخَيْرٍ فَلَا رَادَّ لِفَضْلِهِ.🌹</w:t>
            </w:r>
          </w:p>
        </w:tc>
        <w:tc>
          <w:tcPr>
            <w:tcW w:type="dxa" w:w="1728"/>
          </w:tcPr>
          <w:p>
            <w:r>
              <w:t>AhmadN5114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922242*147</w:t>
            </w:r>
          </w:p>
        </w:tc>
        <w:tc>
          <w:tcPr>
            <w:tcW w:type="dxa" w:w="1728"/>
          </w:tcPr>
          <w:p>
            <w:r>
              <w:t>ailin</w:t>
            </w:r>
          </w:p>
        </w:tc>
        <w:tc>
          <w:tcPr>
            <w:tcW w:type="dxa" w:w="1728"/>
          </w:tcPr>
          <w:p>
            <w:r>
              <w:t>falahatzadegan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93*40342*0</w:t>
            </w:r>
          </w:p>
        </w:tc>
        <w:tc>
          <w:tcPr>
            <w:tcW w:type="dxa" w:w="1728"/>
          </w:tcPr>
          <w:p>
            <w:r>
              <w:t>MOHAMMADDR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mohammad_drakhshani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910*0*1347</w:t>
            </w:r>
          </w:p>
        </w:tc>
        <w:tc>
          <w:tcPr>
            <w:tcW w:type="dxa" w:w="1728"/>
          </w:tcPr>
          <w:p>
            <w:r>
              <w:t>mosi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mosi_norm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91*3311*13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drmostafateymoori96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91**313*1*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ZAMANI</w:t>
            </w:r>
          </w:p>
        </w:tc>
        <w:tc>
          <w:tcPr>
            <w:tcW w:type="dxa" w:w="1728"/>
          </w:tcPr>
          <w:p>
            <w:r>
              <w:t>peyman72z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91*13*3024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SADEGHISANGANE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93734*271*</w:t>
            </w:r>
          </w:p>
        </w:tc>
        <w:tc>
          <w:tcPr>
            <w:tcW w:type="dxa" w:w="1728"/>
          </w:tcPr>
          <w:p>
            <w:r>
              <w:t>♡SANGAN♡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Sangan_1379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903*031974</w:t>
            </w:r>
          </w:p>
        </w:tc>
        <w:tc>
          <w:tcPr>
            <w:tcW w:type="dxa" w:w="1728"/>
          </w:tcPr>
          <w:p>
            <w:r>
              <w:t>صدیق جلالی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91**03131*</w:t>
            </w:r>
          </w:p>
        </w:tc>
        <w:tc>
          <w:tcPr>
            <w:tcW w:type="dxa" w:w="1728"/>
          </w:tcPr>
          <w:p>
            <w:r>
              <w:t>Oj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delyar1398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9301*97*34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Jalalinia</w:t>
            </w:r>
          </w:p>
        </w:tc>
        <w:tc>
          <w:tcPr>
            <w:tcW w:type="dxa" w:w="1728"/>
          </w:tcPr>
          <w:p>
            <w:r>
              <w:t>Mohammadjalalinia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91*79093**</w:t>
            </w:r>
          </w:p>
        </w:tc>
        <w:tc>
          <w:tcPr>
            <w:tcW w:type="dxa" w:w="1728"/>
          </w:tcPr>
          <w:p>
            <w:r>
              <w:t>TANHA👑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H670012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93791339*7</w:t>
            </w:r>
          </w:p>
        </w:tc>
        <w:tc>
          <w:tcPr>
            <w:tcW w:type="dxa" w:w="1728"/>
          </w:tcPr>
          <w:p>
            <w:r>
              <w:t>𝙈𝙖𝙝𝙙𝙞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meti002112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91*7*9*329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M5329kh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91*33119*3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921043*799</w:t>
            </w:r>
          </w:p>
        </w:tc>
        <w:tc>
          <w:tcPr>
            <w:tcW w:type="dxa" w:w="1728"/>
          </w:tcPr>
          <w:p>
            <w:r>
              <w:t>Abuzar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Abazhar_137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930149*204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Kiiiianmehr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91*3311739</w:t>
            </w:r>
          </w:p>
        </w:tc>
        <w:tc>
          <w:tcPr>
            <w:tcW w:type="dxa" w:w="1728"/>
          </w:tcPr>
          <w:p>
            <w:r>
              <w:t>Mohamad.B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93*73*7139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Mohammadd_nazari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91**32*4*1</w:t>
            </w:r>
          </w:p>
        </w:tc>
        <w:tc>
          <w:tcPr>
            <w:tcW w:type="dxa" w:w="1728"/>
          </w:tcPr>
          <w:p>
            <w:r>
              <w:t>jvdm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Jvdm_1994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9370*0929*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91*441*4*9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Amirhosain0091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91**314*11</w:t>
            </w:r>
          </w:p>
        </w:tc>
        <w:tc>
          <w:tcPr>
            <w:tcW w:type="dxa" w:w="1728"/>
          </w:tcPr>
          <w:p>
            <w:r>
              <w:t>همه را می سپارم به خدا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93*17*****</w:t>
            </w:r>
          </w:p>
        </w:tc>
        <w:tc>
          <w:tcPr>
            <w:tcW w:type="dxa" w:w="1728"/>
          </w:tcPr>
          <w:p>
            <w:r>
              <w:t>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Mr_Sangani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930*39*24*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Behzad8246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930*37***1</w:t>
            </w:r>
          </w:p>
        </w:tc>
        <w:tc>
          <w:tcPr>
            <w:tcW w:type="dxa" w:w="1728"/>
          </w:tcPr>
          <w:p>
            <w:r>
              <w:t>s.vahid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Vahid2_2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91*93*7221</w:t>
            </w:r>
          </w:p>
        </w:tc>
        <w:tc>
          <w:tcPr>
            <w:tcW w:type="dxa" w:w="1728"/>
          </w:tcPr>
          <w:p>
            <w:r>
              <w:t>😎😎A😎😎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aidin138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91*9320*32</w:t>
            </w:r>
          </w:p>
        </w:tc>
        <w:tc>
          <w:tcPr>
            <w:tcW w:type="dxa" w:w="1728"/>
          </w:tcPr>
          <w:p>
            <w:r>
              <w:t>ن</w:t>
            </w:r>
          </w:p>
        </w:tc>
        <w:tc>
          <w:tcPr>
            <w:tcW w:type="dxa" w:w="1728"/>
          </w:tcPr>
          <w:p>
            <w:r>
              <w:t>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91*071434*</w:t>
            </w:r>
          </w:p>
        </w:tc>
        <w:tc>
          <w:tcPr>
            <w:tcW w:type="dxa" w:w="1728"/>
          </w:tcPr>
          <w:p>
            <w:r>
              <w:t>Oways EMT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OwaysEMTI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91*13*3041</w:t>
            </w:r>
          </w:p>
        </w:tc>
        <w:tc>
          <w:tcPr>
            <w:tcW w:type="dxa" w:w="1728"/>
          </w:tcPr>
          <w:p>
            <w:r>
              <w:t>امیر 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990**4*239</w:t>
            </w:r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>
              <w:t>سلیمانی</w:t>
            </w:r>
          </w:p>
        </w:tc>
        <w:tc>
          <w:tcPr>
            <w:tcW w:type="dxa" w:w="1728"/>
          </w:tcPr>
          <w:p>
            <w:r>
              <w:t>Aghajavad_051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9333*74204</w:t>
            </w:r>
          </w:p>
        </w:tc>
        <w:tc>
          <w:tcPr>
            <w:tcW w:type="dxa" w:w="1728"/>
          </w:tcPr>
          <w:p>
            <w:r>
              <w:t>مالک زنگنه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Malek_teach76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91**4*14*4</w:t>
            </w:r>
          </w:p>
        </w:tc>
        <w:tc>
          <w:tcPr>
            <w:tcW w:type="dxa" w:w="1728"/>
          </w:tcPr>
          <w:p>
            <w:r>
              <w:t>⚘دنیافدای تارموی دختروپسرام😍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902902*2*0</w:t>
            </w:r>
          </w:p>
        </w:tc>
        <w:tc>
          <w:tcPr>
            <w:tcW w:type="dxa" w:w="1728"/>
          </w:tcPr>
          <w:p>
            <w:r>
              <w:t>محمدصدرا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91**7*3992</w:t>
            </w:r>
          </w:p>
        </w:tc>
        <w:tc>
          <w:tcPr>
            <w:tcW w:type="dxa" w:w="1728"/>
          </w:tcPr>
          <w:p>
            <w:r>
              <w:t>(Salahaddin...jalali sangani)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Sialali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91*13290*9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917*0**32*</w:t>
            </w:r>
          </w:p>
        </w:tc>
        <w:tc>
          <w:tcPr>
            <w:tcW w:type="dxa" w:w="1728"/>
          </w:tcPr>
          <w:p>
            <w:r>
              <w:t>♪♫•*¨*•.¸¸❤ḧṓĵḯ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Ho77jat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93700*2022</w:t>
            </w:r>
          </w:p>
        </w:tc>
        <w:tc>
          <w:tcPr>
            <w:tcW w:type="dxa" w:w="1728"/>
          </w:tcPr>
          <w:p>
            <w:r>
              <w:t>محمد صدیق مرادی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Mohamad8moradi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910*10*21*</w:t>
            </w:r>
          </w:p>
        </w:tc>
        <w:tc>
          <w:tcPr>
            <w:tcW w:type="dxa" w:w="1728"/>
          </w:tcPr>
          <w:p>
            <w:r>
              <w:t>Farugh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939*73*3*3</w:t>
            </w:r>
          </w:p>
        </w:tc>
        <w:tc>
          <w:tcPr>
            <w:tcW w:type="dxa" w:w="1728"/>
          </w:tcPr>
          <w:p>
            <w:r>
              <w:t>Motebaheran-admin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MOTEBAHERAN1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91*931399*</w:t>
            </w:r>
          </w:p>
        </w:tc>
        <w:tc>
          <w:tcPr>
            <w:tcW w:type="dxa" w:w="1728"/>
          </w:tcPr>
          <w:p>
            <w:r>
              <w:t>@»»»(((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91****4*32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🌱 SEED</w:t>
            </w:r>
          </w:p>
        </w:tc>
        <w:tc>
          <w:tcPr>
            <w:tcW w:type="dxa" w:w="1728"/>
          </w:tcPr>
          <w:p>
            <w:r>
              <w:t>hasadi99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91*904*21*</w:t>
            </w:r>
          </w:p>
        </w:tc>
        <w:tc>
          <w:tcPr>
            <w:tcW w:type="dxa" w:w="1728"/>
          </w:tcPr>
          <w:p>
            <w:r>
              <w:t>حسن عرب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Hasanarad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91*77*7319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Ht961378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91**3274**</w:t>
            </w:r>
          </w:p>
        </w:tc>
        <w:tc>
          <w:tcPr>
            <w:tcW w:type="dxa" w:w="1728"/>
          </w:tcPr>
          <w:p>
            <w:r>
              <w:t>◦•●◉✿∙∙∙∙خدایا شکرت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eli95a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91**2147*1</w:t>
            </w:r>
          </w:p>
        </w:tc>
        <w:tc>
          <w:tcPr>
            <w:tcW w:type="dxa" w:w="1728"/>
          </w:tcPr>
          <w:p>
            <w:r>
              <w:t>༒.𝒎𝒂𝒎𝒂𝒅༒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91*04****3</w:t>
            </w:r>
          </w:p>
        </w:tc>
        <w:tc>
          <w:tcPr>
            <w:tcW w:type="dxa" w:w="1728"/>
          </w:tcPr>
          <w:p>
            <w:r>
              <w:t>Arya_ Nafas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91*93202*1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eshghamiiii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93*10*31*0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91***40399</w:t>
            </w:r>
          </w:p>
        </w:tc>
        <w:tc>
          <w:tcPr>
            <w:tcW w:type="dxa" w:w="1728"/>
          </w:tcPr>
          <w:p>
            <w:r>
              <w:t>Edris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91*4*3*977</w:t>
            </w:r>
          </w:p>
        </w:tc>
        <w:tc>
          <w:tcPr>
            <w:tcW w:type="dxa" w:w="1728"/>
          </w:tcPr>
          <w:p>
            <w:r>
              <w:t>(¯`*•.VAHID.•*´¯)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eng_vahid1998</w:t>
            </w:r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  <w:tr>
        <w:tc>
          <w:tcPr>
            <w:tcW w:type="dxa" w:w="1728"/>
          </w:tcPr>
          <w:p>
            <w:r>
              <w:t>91*10*0197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اینترنتی سنجان نت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خدمات اینترنتی سنجان نت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