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حامیان حاجیه خانم فیروزه اردوئی ناوان کد انتخاباتی (۱۲۸)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حامیان حاجیه خانم فیروزه اردوئی ناوان کد انتخاباتی (۱۲۸)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9112*331*3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Hekmati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93*773999*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Zemestani</w:t>
            </w:r>
          </w:p>
        </w:tc>
        <w:tc>
          <w:tcPr>
            <w:tcW w:type="dxa" w:w="1728"/>
          </w:tcPr>
          <w:p>
            <w:r>
              <w:t>Omid_zemestani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9119*42*7*</w:t>
            </w:r>
          </w:p>
        </w:tc>
        <w:tc>
          <w:tcPr>
            <w:tcW w:type="dxa" w:w="1728"/>
          </w:tcPr>
          <w:p>
            <w:r>
              <w:t>نادر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9111****14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Rambod9858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9397171*91</w:t>
            </w:r>
          </w:p>
        </w:tc>
        <w:tc>
          <w:tcPr>
            <w:tcW w:type="dxa" w:w="1728"/>
          </w:tcPr>
          <w:p>
            <w:r>
              <w:t>Amirfarhang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Amirfarhng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9111*3332*</w:t>
            </w:r>
          </w:p>
        </w:tc>
        <w:tc>
          <w:tcPr>
            <w:tcW w:type="dxa" w:w="1728"/>
          </w:tcPr>
          <w:p>
            <w:r>
              <w:t>R.s</w:t>
            </w:r>
          </w:p>
        </w:tc>
        <w:tc>
          <w:tcPr>
            <w:tcW w:type="dxa" w:w="1728"/>
          </w:tcPr>
          <w:p>
            <w:r>
              <w:t>S E</w:t>
            </w:r>
          </w:p>
        </w:tc>
        <w:tc>
          <w:tcPr>
            <w:tcW w:type="dxa" w:w="1728"/>
          </w:tcPr>
          <w:p>
            <w:r>
              <w:t>rezaash3325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9112*30*40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Sepan0018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93***979*0</w:t>
            </w:r>
          </w:p>
        </w:tc>
        <w:tc>
          <w:tcPr>
            <w:tcW w:type="dxa" w:w="1728"/>
          </w:tcPr>
          <w:p>
            <w:r>
              <w:t>яคƨυℓ Ժ√ოɪ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RasoulDavami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939979*9*1</w:t>
            </w:r>
          </w:p>
        </w:tc>
        <w:tc>
          <w:tcPr>
            <w:tcW w:type="dxa" w:w="1728"/>
          </w:tcPr>
          <w:p>
            <w:r>
              <w:t>Shahrooz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Shahroozfa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9119*431*0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H...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9113*3*92*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9113*24*22</w:t>
            </w:r>
          </w:p>
        </w:tc>
        <w:tc>
          <w:tcPr>
            <w:tcW w:type="dxa" w:w="1728"/>
          </w:tcPr>
          <w:p>
            <w:r>
              <w:t>Mohmmad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Ahmadi_mohamad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911704*073</w:t>
            </w:r>
          </w:p>
        </w:tc>
        <w:tc>
          <w:tcPr>
            <w:tcW w:type="dxa" w:w="1728"/>
          </w:tcPr>
          <w:p>
            <w:r>
              <w:t>SB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9119**732*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Norouzi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9111*34017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93***9*4*7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911*104*1*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Sajjadghasemi22222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9302*90***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morteza_muti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9392074017</w:t>
            </w:r>
          </w:p>
        </w:tc>
        <w:tc>
          <w:tcPr>
            <w:tcW w:type="dxa" w:w="1728"/>
          </w:tcPr>
          <w:p>
            <w:r>
              <w:t>Zahra.p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937*1**0**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>
              <w:t>Tahmuresborhani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937*21790*</w:t>
            </w:r>
          </w:p>
        </w:tc>
        <w:tc>
          <w:tcPr>
            <w:tcW w:type="dxa" w:w="1728"/>
          </w:tcPr>
          <w:p>
            <w:r>
              <w:t>❤❤Omid❤❤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Aricon2018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911*1*109*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Jeepwd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90127413*0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Es</w:t>
            </w:r>
          </w:p>
        </w:tc>
        <w:tc>
          <w:tcPr>
            <w:tcW w:type="dxa" w:w="1728"/>
          </w:tcPr>
          <w:p>
            <w:r>
              <w:t>Res19851985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922*44*204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Mahlamahmm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911*117909</w:t>
            </w:r>
          </w:p>
        </w:tc>
        <w:tc>
          <w:tcPr>
            <w:tcW w:type="dxa" w:w="1728"/>
          </w:tcPr>
          <w:p>
            <w:r>
              <w:t>.چنگیز</w:t>
            </w:r>
          </w:p>
        </w:tc>
        <w:tc>
          <w:tcPr>
            <w:tcW w:type="dxa" w:w="1728"/>
          </w:tcPr>
          <w:p>
            <w:r>
              <w:t>نورکند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9374*92*42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sadegh_vahid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911*9297**</w:t>
            </w:r>
          </w:p>
        </w:tc>
        <w:tc>
          <w:tcPr>
            <w:tcW w:type="dxa" w:w="1728"/>
          </w:tcPr>
          <w:p>
            <w:r>
              <w:t>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9373471*9*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930*921*4*</w:t>
            </w:r>
          </w:p>
        </w:tc>
        <w:tc>
          <w:tcPr>
            <w:tcW w:type="dxa" w:w="1728"/>
          </w:tcPr>
          <w:p>
            <w:r>
              <w:t>mohanna.k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mohannak77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9112*4*71*</w:t>
            </w:r>
          </w:p>
        </w:tc>
        <w:tc>
          <w:tcPr>
            <w:tcW w:type="dxa" w:w="1728"/>
          </w:tcPr>
          <w:p>
            <w:r>
              <w:t>maryamrahimi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maryamrahimi402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9113*2*31*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Derakhshesh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9119***131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9111*22*73</w:t>
            </w:r>
          </w:p>
        </w:tc>
        <w:tc>
          <w:tcPr>
            <w:tcW w:type="dxa" w:w="1728"/>
          </w:tcPr>
          <w:p>
            <w:r>
              <w:t>Abdollah</w:t>
            </w:r>
          </w:p>
        </w:tc>
        <w:tc>
          <w:tcPr>
            <w:tcW w:type="dxa" w:w="1728"/>
          </w:tcPr>
          <w:p>
            <w:r>
              <w:t>Hoseinpour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933*110**7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9119*9**3*</w:t>
            </w:r>
          </w:p>
        </w:tc>
        <w:tc>
          <w:tcPr>
            <w:tcW w:type="dxa" w:w="1728"/>
          </w:tcPr>
          <w:p>
            <w:r>
              <w:t>تصویرگر</w:t>
            </w:r>
          </w:p>
        </w:tc>
        <w:tc>
          <w:tcPr>
            <w:tcW w:type="dxa" w:w="1728"/>
          </w:tcPr>
          <w:p>
            <w:r>
              <w:t>Talesh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911231***1</w:t>
            </w:r>
          </w:p>
        </w:tc>
        <w:tc>
          <w:tcPr>
            <w:tcW w:type="dxa" w:w="1728"/>
          </w:tcPr>
          <w:p>
            <w:r>
              <w:t>ąʍɨя h๏$€ɨɲ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Amiraz008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9119***7*7</w:t>
            </w:r>
          </w:p>
        </w:tc>
        <w:tc>
          <w:tcPr>
            <w:tcW w:type="dxa" w:w="1728"/>
          </w:tcPr>
          <w:p>
            <w:r>
              <w:t>مسعود</w:t>
            </w:r>
          </w:p>
        </w:tc>
        <w:tc>
          <w:tcPr>
            <w:tcW w:type="dxa" w:w="1728"/>
          </w:tcPr>
          <w:p>
            <w:r>
              <w:t>واضحی</w:t>
            </w:r>
          </w:p>
        </w:tc>
        <w:tc>
          <w:tcPr>
            <w:tcW w:type="dxa" w:w="1728"/>
          </w:tcPr>
          <w:p>
            <w:r>
              <w:t>masuodvazehi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911*1447*0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Gizgin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911704*007</w:t>
            </w:r>
          </w:p>
        </w:tc>
        <w:tc>
          <w:tcPr>
            <w:tcW w:type="dxa" w:w="1728"/>
          </w:tcPr>
          <w:p>
            <w:r>
              <w:t>Rasoul</w:t>
            </w:r>
          </w:p>
        </w:tc>
        <w:tc>
          <w:tcPr>
            <w:tcW w:type="dxa" w:w="1728"/>
          </w:tcPr>
          <w:p>
            <w:r>
              <w:t>بیا تا لیلی و مجنون شویم افسانه اش با من بیا با من به شهر عشق رو</w:t>
            </w:r>
          </w:p>
        </w:tc>
        <w:tc>
          <w:tcPr>
            <w:tcW w:type="dxa" w:w="1728"/>
          </w:tcPr>
          <w:p>
            <w:r>
              <w:t>rasoulkuzuinstagram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93933*03**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9119*40*41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9109291447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Peyman_sh70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911*0*0041</w:t>
            </w:r>
          </w:p>
        </w:tc>
        <w:tc>
          <w:tcPr>
            <w:tcW w:type="dxa" w:w="1728"/>
          </w:tcPr>
          <w:p>
            <w:r>
              <w:t>Behbam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Minari1403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9111*3**12</w:t>
            </w:r>
          </w:p>
        </w:tc>
        <w:tc>
          <w:tcPr>
            <w:tcW w:type="dxa" w:w="1728"/>
          </w:tcPr>
          <w:p>
            <w:r>
              <w:t>parastoo@najafi</w:t>
            </w:r>
          </w:p>
        </w:tc>
        <w:tc>
          <w:tcPr>
            <w:tcW w:type="dxa" w:w="1728"/>
          </w:tcPr>
          <w:p>
            <w:r>
              <w:t>واله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93*1*99440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93001*7***</w:t>
            </w:r>
          </w:p>
        </w:tc>
        <w:tc>
          <w:tcPr>
            <w:tcW w:type="dxa" w:w="1728"/>
          </w:tcPr>
          <w:p>
            <w:r>
              <w:t>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Omid66985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9113*2*190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hamednaz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9111*33432</w:t>
            </w:r>
          </w:p>
        </w:tc>
        <w:tc>
          <w:tcPr>
            <w:tcW w:type="dxa" w:w="1728"/>
          </w:tcPr>
          <w:p>
            <w:r>
              <w:t>عنایت</w:t>
            </w:r>
          </w:p>
        </w:tc>
        <w:tc>
          <w:tcPr>
            <w:tcW w:type="dxa" w:w="1728"/>
          </w:tcPr>
          <w:p>
            <w:r>
              <w:t>غفاری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9112*44100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9111*3*774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Ordooee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91217**704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Ag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9377*2*700</w:t>
            </w:r>
          </w:p>
        </w:tc>
        <w:tc>
          <w:tcPr>
            <w:tcW w:type="dxa" w:w="1728"/>
          </w:tcPr>
          <w:p>
            <w:r>
              <w:t>Soltana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Soltana1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9113**0232</w:t>
            </w:r>
          </w:p>
        </w:tc>
        <w:tc>
          <w:tcPr>
            <w:tcW w:type="dxa" w:w="1728"/>
          </w:tcPr>
          <w:p>
            <w:r>
              <w:t>عبداله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914**02*91</w:t>
            </w:r>
          </w:p>
        </w:tc>
        <w:tc>
          <w:tcPr>
            <w:tcW w:type="dxa" w:w="1728"/>
          </w:tcPr>
          <w:p>
            <w:r>
              <w:t>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Mehmetking6969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911*1*9427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Elhamord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911***23*1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9391*240*7</w:t>
            </w:r>
          </w:p>
        </w:tc>
        <w:tc>
          <w:tcPr>
            <w:tcW w:type="dxa" w:w="1728"/>
          </w:tcPr>
          <w:p>
            <w:r>
              <w:t>Yashar.m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Yasharmordadi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911*2*7049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فلاحتی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911***172*</w:t>
            </w:r>
          </w:p>
        </w:tc>
        <w:tc>
          <w:tcPr>
            <w:tcW w:type="dxa" w:w="1728"/>
          </w:tcPr>
          <w:p>
            <w:r>
              <w:t>سهیل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91047**93*</w:t>
            </w:r>
          </w:p>
        </w:tc>
        <w:tc>
          <w:tcPr>
            <w:tcW w:type="dxa" w:w="1728"/>
          </w:tcPr>
          <w:p>
            <w:r>
              <w:t>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9111*4*232</w:t>
            </w:r>
          </w:p>
        </w:tc>
        <w:tc>
          <w:tcPr>
            <w:tcW w:type="dxa" w:w="1728"/>
          </w:tcPr>
          <w:p>
            <w:r>
              <w:t>فرامرز</w:t>
            </w:r>
          </w:p>
        </w:tc>
        <w:tc>
          <w:tcPr>
            <w:tcW w:type="dxa" w:w="1728"/>
          </w:tcPr>
          <w:p>
            <w:r>
              <w:t>مرجانی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9112*333*2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Navid_Namjoo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93**93*3*2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Abasi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9391*132**</w:t>
            </w:r>
          </w:p>
        </w:tc>
        <w:tc>
          <w:tcPr>
            <w:tcW w:type="dxa" w:w="1728"/>
          </w:tcPr>
          <w:p>
            <w:r>
              <w:t>A....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9111*44*4*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>
              <w:t>نعمتی</w:t>
            </w:r>
          </w:p>
        </w:tc>
        <w:tc>
          <w:tcPr>
            <w:tcW w:type="dxa" w:w="1728"/>
          </w:tcPr>
          <w:p>
            <w:r>
              <w:t>نعمتی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911**11740</w:t>
            </w:r>
          </w:p>
        </w:tc>
        <w:tc>
          <w:tcPr>
            <w:tcW w:type="dxa" w:w="1728"/>
          </w:tcPr>
          <w:p>
            <w:r>
              <w:t>𝒯𝒜ℛ𝒜🕊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Tara_fatollahi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9113*201**</w:t>
            </w:r>
          </w:p>
        </w:tc>
        <w:tc>
          <w:tcPr>
            <w:tcW w:type="dxa" w:w="1728"/>
          </w:tcPr>
          <w:p>
            <w:r>
              <w:t>سید محمد</w:t>
            </w:r>
          </w:p>
        </w:tc>
        <w:tc>
          <w:tcPr>
            <w:tcW w:type="dxa" w:w="1728"/>
          </w:tcPr>
          <w:p>
            <w:r>
              <w:t>هاشمی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9111*1919*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Ghafari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9112*31943</w:t>
            </w:r>
          </w:p>
        </w:tc>
        <w:tc>
          <w:tcPr>
            <w:tcW w:type="dxa" w:w="1728"/>
          </w:tcPr>
          <w:p>
            <w:r>
              <w:t>˙·٠•●♥hashem 1366♥●•٠·˙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hashem6631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9119***7*4</w:t>
            </w:r>
          </w:p>
        </w:tc>
        <w:tc>
          <w:tcPr>
            <w:tcW w:type="dxa" w:w="1728"/>
          </w:tcPr>
          <w:p>
            <w:r>
              <w:t>Ghasemiyan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939****007</w:t>
            </w:r>
          </w:p>
        </w:tc>
        <w:tc>
          <w:tcPr>
            <w:tcW w:type="dxa" w:w="1728"/>
          </w:tcPr>
          <w:p>
            <w:r>
              <w:t>جاویدان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Tik_tak12345678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9111*33310</w:t>
            </w:r>
          </w:p>
        </w:tc>
        <w:tc>
          <w:tcPr>
            <w:tcW w:type="dxa" w:w="1728"/>
          </w:tcPr>
          <w:p>
            <w:r>
              <w:t>. Jamal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jamal_j700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9111*474*9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beHzadmohammadi1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9113*2*344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Nateghi🐈‍⬛</w:t>
            </w:r>
          </w:p>
        </w:tc>
        <w:tc>
          <w:tcPr>
            <w:tcW w:type="dxa" w:w="1728"/>
          </w:tcPr>
          <w:p>
            <w:r>
              <w:t>Ofoxotfwit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911*9**343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9111*1907*</w:t>
            </w:r>
          </w:p>
        </w:tc>
        <w:tc>
          <w:tcPr>
            <w:tcW w:type="dxa" w:w="1728"/>
          </w:tcPr>
          <w:p>
            <w:r>
              <w:t>حاج نصرت جعفری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91279977*3</w:t>
            </w:r>
          </w:p>
        </w:tc>
        <w:tc>
          <w:tcPr>
            <w:tcW w:type="dxa" w:w="1728"/>
          </w:tcPr>
          <w:p>
            <w:r>
              <w:t>مهندس جعفریانی 09127997763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njj123456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9119*2*9**</w:t>
            </w:r>
          </w:p>
        </w:tc>
        <w:tc>
          <w:tcPr>
            <w:tcW w:type="dxa" w:w="1728"/>
          </w:tcPr>
          <w:p>
            <w:r>
              <w:t>وحید سرخی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9113**1*24</w:t>
            </w:r>
          </w:p>
        </w:tc>
        <w:tc>
          <w:tcPr>
            <w:tcW w:type="dxa" w:w="1728"/>
          </w:tcPr>
          <w:p>
            <w:r>
              <w:t>Sajjadi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  <w:tr>
        <w:tc>
          <w:tcPr>
            <w:tcW w:type="dxa" w:w="1728"/>
          </w:tcPr>
          <w:p>
            <w:r>
              <w:t>9903**1303</w:t>
            </w:r>
          </w:p>
        </w:tc>
        <w:tc>
          <w:tcPr>
            <w:tcW w:type="dxa" w:w="1728"/>
          </w:tcPr>
          <w:p>
            <w:r>
              <w:t>V.</w:t>
            </w:r>
          </w:p>
        </w:tc>
        <w:tc>
          <w:tcPr>
            <w:tcW w:type="dxa" w:w="1728"/>
          </w:tcPr>
          <w:p>
            <w:r>
              <w:t>Skandari</w:t>
            </w:r>
          </w:p>
        </w:tc>
        <w:tc>
          <w:tcPr>
            <w:tcW w:type="dxa" w:w="1728"/>
          </w:tcPr>
          <w:p>
            <w:r>
              <w:t>V_SKANDARI</w:t>
            </w:r>
          </w:p>
        </w:tc>
        <w:tc>
          <w:tcPr>
            <w:tcW w:type="dxa" w:w="1728"/>
          </w:tcPr>
          <w:p>
            <w:r>
              <w:t>حامیان حاجیه خانم فیروزه اردوئی ناوان کد انتخاباتی (۱۲۸)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حامیان حاجیه خانم فیروزه اردوئی ناوان کد انتخاباتی (۱۲۸)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