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ترحیم آنلاین گناباد و حومه..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ترحیم آنلاین گناباد و حومه..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9014309**0</w:t>
            </w:r>
          </w:p>
        </w:tc>
        <w:tc>
          <w:tcPr>
            <w:tcW w:type="dxa" w:w="1728"/>
          </w:tcPr>
          <w:p>
            <w:r>
              <w:t>Alireza 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91*37**21*</w:t>
            </w:r>
          </w:p>
        </w:tc>
        <w:tc>
          <w:tcPr>
            <w:tcW w:type="dxa" w:w="1728"/>
          </w:tcPr>
          <w:p>
            <w:r>
              <w:t>نگار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91*7170*21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alireza_fa8013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91**9*9399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9309740*4*</w:t>
            </w:r>
          </w:p>
        </w:tc>
        <w:tc>
          <w:tcPr>
            <w:tcW w:type="dxa" w:w="1728"/>
          </w:tcPr>
          <w:p>
            <w:r>
              <w:t>خدا را شکر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91**330*02</w:t>
            </w:r>
          </w:p>
        </w:tc>
        <w:tc>
          <w:tcPr>
            <w:tcW w:type="dxa" w:w="1728"/>
          </w:tcPr>
          <w:p>
            <w:r>
              <w:t>ﾑŁɨ ＧɦσŁɨρσЯ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A_gholipoor6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91*31177**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Sotoodeh</w:t>
            </w:r>
          </w:p>
        </w:tc>
        <w:tc>
          <w:tcPr>
            <w:tcW w:type="dxa" w:w="1728"/>
          </w:tcPr>
          <w:p>
            <w:r>
              <w:t>HSotoodeh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91*11*32*1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Ali_reza1394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91**03994*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NOheart18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91*2299**9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کاظمی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91***7*023</w:t>
            </w:r>
          </w:p>
        </w:tc>
        <w:tc>
          <w:tcPr>
            <w:tcW w:type="dxa" w:w="1728"/>
          </w:tcPr>
          <w:p>
            <w:r>
              <w:t>خدایا تنهام نگذار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Rv100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93*3*1**70</w:t>
            </w:r>
          </w:p>
        </w:tc>
        <w:tc>
          <w:tcPr>
            <w:tcW w:type="dxa" w:w="1728"/>
          </w:tcPr>
          <w:p>
            <w:r>
              <w:t>Dr.Akbardoost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91*1*7*92*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Aa59265926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91270*3324</w:t>
            </w:r>
          </w:p>
        </w:tc>
        <w:tc>
          <w:tcPr>
            <w:tcW w:type="dxa" w:w="1728"/>
          </w:tcPr>
          <w:p>
            <w:r>
              <w:t>رحمت الله</w:t>
            </w:r>
          </w:p>
        </w:tc>
        <w:tc>
          <w:tcPr>
            <w:tcW w:type="dxa" w:w="1728"/>
          </w:tcPr>
          <w:p>
            <w:r>
              <w:t>آریافر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91*12*703*</w:t>
            </w:r>
          </w:p>
        </w:tc>
        <w:tc>
          <w:tcPr>
            <w:tcW w:type="dxa" w:w="1728"/>
          </w:tcPr>
          <w:p>
            <w:r>
              <w:t>Rasool.vk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Rasool_vk20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91**224*30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Nekouei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933177737*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Jaliliyan</w:t>
            </w:r>
          </w:p>
        </w:tc>
        <w:tc>
          <w:tcPr>
            <w:tcW w:type="dxa" w:w="1728"/>
          </w:tcPr>
          <w:p>
            <w:r>
              <w:t>mahdi_amir85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91**330*93</w:t>
            </w:r>
          </w:p>
        </w:tc>
        <w:tc>
          <w:tcPr>
            <w:tcW w:type="dxa" w:w="1728"/>
          </w:tcPr>
          <w:p>
            <w:r>
              <w:t>مهدی رایگان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Joosh3225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91**9**1*9</w:t>
            </w:r>
          </w:p>
        </w:tc>
        <w:tc>
          <w:tcPr>
            <w:tcW w:type="dxa" w:w="1728"/>
          </w:tcPr>
          <w:p>
            <w:r>
              <w:t>M.b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mahdiyeh_baran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91*1*22**1</w:t>
            </w:r>
          </w:p>
        </w:tc>
        <w:tc>
          <w:tcPr>
            <w:tcW w:type="dxa" w:w="1728"/>
          </w:tcPr>
          <w:p>
            <w:r>
              <w:t>مسعود</w:t>
            </w:r>
          </w:p>
        </w:tc>
        <w:tc>
          <w:tcPr>
            <w:tcW w:type="dxa" w:w="1728"/>
          </w:tcPr>
          <w:p>
            <w:r>
              <w:t>طالب الحق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91**927**0</w:t>
            </w:r>
          </w:p>
        </w:tc>
        <w:tc>
          <w:tcPr>
            <w:tcW w:type="dxa" w:w="1728"/>
          </w:tcPr>
          <w:p>
            <w:r>
              <w:t>Abbas zaree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91*7271**1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amir_masoumzadeh_66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91*177*0*3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نقوی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93*2***703</w:t>
            </w:r>
          </w:p>
        </w:tc>
        <w:tc>
          <w:tcPr>
            <w:tcW w:type="dxa" w:w="1728"/>
          </w:tcPr>
          <w:p>
            <w:r>
              <w:t>سید ابوالفضل</w:t>
            </w:r>
          </w:p>
        </w:tc>
        <w:tc>
          <w:tcPr>
            <w:tcW w:type="dxa" w:w="1728"/>
          </w:tcPr>
          <w:p>
            <w:r>
              <w:t>عباس زاده</w:t>
            </w:r>
          </w:p>
        </w:tc>
        <w:tc>
          <w:tcPr>
            <w:tcW w:type="dxa" w:w="1728"/>
          </w:tcPr>
          <w:p>
            <w:r>
              <w:t>taksabt_ir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93*3*79203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KHALEGHI</w:t>
            </w:r>
          </w:p>
        </w:tc>
        <w:tc>
          <w:tcPr>
            <w:tcW w:type="dxa" w:w="1728"/>
          </w:tcPr>
          <w:p>
            <w:r>
              <w:t>KHALEGHI_REZA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91**33974*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93*0*97*44</w:t>
            </w:r>
          </w:p>
        </w:tc>
        <w:tc>
          <w:tcPr>
            <w:tcW w:type="dxa" w:w="1728"/>
          </w:tcPr>
          <w:p>
            <w:r>
              <w:t>طیبه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T_Danaei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937*11*004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taksi3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91**0*1109</w:t>
            </w:r>
          </w:p>
        </w:tc>
        <w:tc>
          <w:tcPr>
            <w:tcW w:type="dxa" w:w="1728"/>
          </w:tcPr>
          <w:p>
            <w:r>
              <w:t>Asghar</w:t>
            </w:r>
          </w:p>
        </w:tc>
        <w:tc>
          <w:tcPr>
            <w:tcW w:type="dxa" w:w="1728"/>
          </w:tcPr>
          <w:p>
            <w:r>
              <w:t>khaligh</w:t>
            </w:r>
          </w:p>
        </w:tc>
        <w:tc>
          <w:tcPr>
            <w:tcW w:type="dxa" w:w="1728"/>
          </w:tcPr>
          <w:p>
            <w:r>
              <w:t>Asgharkhaligh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9309**0*71</w:t>
            </w:r>
          </w:p>
        </w:tc>
        <w:tc>
          <w:tcPr>
            <w:tcW w:type="dxa" w:w="1728"/>
          </w:tcPr>
          <w:p>
            <w:r>
              <w:t>M.Malaki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M_malaki1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91*4*19*1*</w:t>
            </w:r>
          </w:p>
        </w:tc>
        <w:tc>
          <w:tcPr>
            <w:tcW w:type="dxa" w:w="1728"/>
          </w:tcPr>
          <w:p>
            <w:r>
              <w:t>Mahdiye</w:t>
            </w:r>
          </w:p>
        </w:tc>
        <w:tc>
          <w:tcPr>
            <w:tcW w:type="dxa" w:w="1728"/>
          </w:tcPr>
          <w:p>
            <w:r>
              <w:t>Barmaki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91**331443</w:t>
            </w:r>
          </w:p>
        </w:tc>
        <w:tc>
          <w:tcPr>
            <w:tcW w:type="dxa" w:w="1728"/>
          </w:tcPr>
          <w:p>
            <w:r>
              <w:t>mahdi ramezani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91**1**20*</w:t>
            </w:r>
          </w:p>
        </w:tc>
        <w:tc>
          <w:tcPr>
            <w:tcW w:type="dxa" w:w="1728"/>
          </w:tcPr>
          <w:p>
            <w:r>
              <w:t>ژ.نرال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91*37730*0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91*1**9*90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زارع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93*9*4200*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.z</w:t>
            </w:r>
          </w:p>
        </w:tc>
        <w:tc>
          <w:tcPr>
            <w:tcW w:type="dxa" w:w="1728"/>
          </w:tcPr>
          <w:p>
            <w:r>
              <w:t>zirak121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91*37*3219</w:t>
            </w:r>
          </w:p>
        </w:tc>
        <w:tc>
          <w:tcPr>
            <w:tcW w:type="dxa" w:w="1728"/>
          </w:tcPr>
          <w:p>
            <w:r>
              <w:t>˙·٠•●♥️Amirhosen♥️●•٠·˙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alibik3219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91*177*72*</w:t>
            </w:r>
          </w:p>
        </w:tc>
        <w:tc>
          <w:tcPr>
            <w:tcW w:type="dxa" w:w="1728"/>
          </w:tcPr>
          <w:p>
            <w:r>
              <w:t>M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91*2091**7</w:t>
            </w:r>
          </w:p>
        </w:tc>
        <w:tc>
          <w:tcPr>
            <w:tcW w:type="dxa" w:w="1728"/>
          </w:tcPr>
          <w:p>
            <w:r>
              <w:t>أنامجنون الرقـ(س)ــێہ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re_z_b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903*042*20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93*921*010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Ghasrkoodak_admin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903*13**07</w:t>
            </w:r>
          </w:p>
        </w:tc>
        <w:tc>
          <w:tcPr>
            <w:tcW w:type="dxa" w:w="1728"/>
          </w:tcPr>
          <w:p>
            <w:r>
              <w:t>Sasan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gha19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901492**44</w:t>
            </w:r>
          </w:p>
        </w:tc>
        <w:tc>
          <w:tcPr>
            <w:tcW w:type="dxa" w:w="1728"/>
          </w:tcPr>
          <w:p>
            <w:r>
              <w:t>محمد حسین</w:t>
            </w:r>
          </w:p>
        </w:tc>
        <w:tc>
          <w:tcPr>
            <w:tcW w:type="dxa" w:w="1728"/>
          </w:tcPr>
          <w:p>
            <w:r>
              <w:t>فرهادی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91*37711*7</w:t>
            </w:r>
          </w:p>
        </w:tc>
        <w:tc>
          <w:tcPr>
            <w:tcW w:type="dxa" w:w="1728"/>
          </w:tcPr>
          <w:p>
            <w:r>
              <w:t>سید حسن مهدوی شهری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91*33**20*</w:t>
            </w:r>
          </w:p>
        </w:tc>
        <w:tc>
          <w:tcPr>
            <w:tcW w:type="dxa" w:w="1728"/>
          </w:tcPr>
          <w:p>
            <w:r>
              <w:t>کل یوم هو فی شأن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gnew02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91*377****</w:t>
            </w:r>
          </w:p>
        </w:tc>
        <w:tc>
          <w:tcPr>
            <w:tcW w:type="dxa" w:w="1728"/>
          </w:tcPr>
          <w:p>
            <w:r>
              <w:t>خوراک دام فاضل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Fazelkakhkgonabad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93*109971*</w:t>
            </w:r>
          </w:p>
        </w:tc>
        <w:tc>
          <w:tcPr>
            <w:tcW w:type="dxa" w:w="1728"/>
          </w:tcPr>
          <w:p>
            <w:r>
              <w:t>H O S S E I 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91**0*4*32</w:t>
            </w:r>
          </w:p>
        </w:tc>
        <w:tc>
          <w:tcPr>
            <w:tcW w:type="dxa" w:w="1728"/>
          </w:tcPr>
          <w:p>
            <w:r>
              <w:t>H hasanzadeh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93**117220</w:t>
            </w:r>
          </w:p>
        </w:tc>
        <w:tc>
          <w:tcPr>
            <w:tcW w:type="dxa" w:w="1728"/>
          </w:tcPr>
          <w:p>
            <w:r>
              <w:t>Mohamadsadra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Mohamadsadra7220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91**33*237</w:t>
            </w:r>
          </w:p>
        </w:tc>
        <w:tc>
          <w:tcPr>
            <w:tcW w:type="dxa" w:w="1728"/>
          </w:tcPr>
          <w:p>
            <w:r>
              <w:t>Salari-z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salari_z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91*177*002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طحان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91*37**7**</w:t>
            </w:r>
          </w:p>
        </w:tc>
        <w:tc>
          <w:tcPr>
            <w:tcW w:type="dxa" w:w="1728"/>
          </w:tcPr>
          <w:p>
            <w:r>
              <w:t>انسی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91*37*41**</w:t>
            </w:r>
          </w:p>
        </w:tc>
        <w:tc>
          <w:tcPr>
            <w:tcW w:type="dxa" w:w="1728"/>
          </w:tcPr>
          <w:p>
            <w:r>
              <w:t>MB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937912*300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912109***1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Shahrad</w:t>
            </w:r>
          </w:p>
        </w:tc>
        <w:tc>
          <w:tcPr>
            <w:tcW w:type="dxa" w:w="1728"/>
          </w:tcPr>
          <w:p>
            <w:r>
              <w:t>Hadishahrad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939*4*040*</w:t>
            </w:r>
          </w:p>
        </w:tc>
        <w:tc>
          <w:tcPr>
            <w:tcW w:type="dxa" w:w="1728"/>
          </w:tcPr>
          <w:p>
            <w:r>
              <w:t>Z.g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91*1779323</w:t>
            </w:r>
          </w:p>
        </w:tc>
        <w:tc>
          <w:tcPr>
            <w:tcW w:type="dxa" w:w="1728"/>
          </w:tcPr>
          <w:p>
            <w:r>
              <w:t>Ali asghar,h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91**33*4*1</w:t>
            </w:r>
          </w:p>
        </w:tc>
        <w:tc>
          <w:tcPr>
            <w:tcW w:type="dxa" w:w="1728"/>
          </w:tcPr>
          <w:p>
            <w:r>
              <w:t>ali.</w:t>
            </w:r>
          </w:p>
        </w:tc>
        <w:tc>
          <w:tcPr>
            <w:tcW w:type="dxa" w:w="1728"/>
          </w:tcPr>
          <w:p>
            <w:r>
              <w:t>safaiee</w:t>
            </w:r>
          </w:p>
        </w:tc>
        <w:tc>
          <w:tcPr>
            <w:tcW w:type="dxa" w:w="1728"/>
          </w:tcPr>
          <w:p>
            <w:r>
              <w:t>parealii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91**337009</w:t>
            </w:r>
          </w:p>
        </w:tc>
        <w:tc>
          <w:tcPr>
            <w:tcW w:type="dxa" w:w="1728"/>
          </w:tcPr>
          <w:p>
            <w:r>
              <w:t>Kazemi1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dkazemi1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93***2*299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Personels_249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91*44973*1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91*13**14*</w:t>
            </w:r>
          </w:p>
        </w:tc>
        <w:tc>
          <w:tcPr>
            <w:tcW w:type="dxa" w:w="1728"/>
          </w:tcPr>
          <w:p>
            <w:r>
              <w:t>Majid Aghel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DrAghel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91**33**12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پاکدل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93972*1722</w:t>
            </w:r>
          </w:p>
        </w:tc>
        <w:tc>
          <w:tcPr>
            <w:tcW w:type="dxa" w:w="1728"/>
          </w:tcPr>
          <w:p>
            <w:r>
              <w:t>Tahriran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tahriran_admin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91**74*9**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.E</w:t>
            </w:r>
          </w:p>
        </w:tc>
        <w:tc>
          <w:tcPr>
            <w:tcW w:type="dxa" w:w="1728"/>
          </w:tcPr>
          <w:p>
            <w:r>
              <w:t>GoanabdR_E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91*1**9409</w:t>
            </w:r>
          </w:p>
        </w:tc>
        <w:tc>
          <w:tcPr>
            <w:tcW w:type="dxa" w:w="1728"/>
          </w:tcPr>
          <w:p>
            <w:r>
              <w:t>GHolamzade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93972*9312</w:t>
            </w:r>
          </w:p>
        </w:tc>
        <w:tc>
          <w:tcPr>
            <w:tcW w:type="dxa" w:w="1728"/>
          </w:tcPr>
          <w:p>
            <w:r>
              <w:t>م.ک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91*93*4209</w:t>
            </w:r>
          </w:p>
        </w:tc>
        <w:tc>
          <w:tcPr>
            <w:tcW w:type="dxa" w:w="1728"/>
          </w:tcPr>
          <w:p>
            <w:r>
              <w:t>مهدی آبخفته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Abkhofte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91**33791*</w:t>
            </w:r>
          </w:p>
        </w:tc>
        <w:tc>
          <w:tcPr>
            <w:tcW w:type="dxa" w:w="1728"/>
          </w:tcPr>
          <w:p>
            <w:r>
              <w:t>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9331**9*00</w:t>
            </w:r>
          </w:p>
        </w:tc>
        <w:tc>
          <w:tcPr>
            <w:tcW w:type="dxa" w:w="1728"/>
          </w:tcPr>
          <w:p>
            <w:r>
              <w:t>Ali.Kh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Aliiiiiii97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91**334314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ط</w:t>
            </w:r>
          </w:p>
        </w:tc>
        <w:tc>
          <w:tcPr>
            <w:tcW w:type="dxa" w:w="1728"/>
          </w:tcPr>
          <w:p>
            <w:r>
              <w:t>Mt402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91*02*93**</w:t>
            </w:r>
          </w:p>
        </w:tc>
        <w:tc>
          <w:tcPr>
            <w:tcW w:type="dxa" w:w="1728"/>
          </w:tcPr>
          <w:p>
            <w:r>
              <w:t>Kosar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Kosar_Ledora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91*07*0242</w:t>
            </w:r>
          </w:p>
        </w:tc>
        <w:tc>
          <w:tcPr>
            <w:tcW w:type="dxa" w:w="1728"/>
          </w:tcPr>
          <w:p>
            <w:r>
              <w:t>مرتضی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Rismanzard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93*03***90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93*3*27110</w:t>
            </w:r>
          </w:p>
        </w:tc>
        <w:tc>
          <w:tcPr>
            <w:tcW w:type="dxa" w:w="1728"/>
          </w:tcPr>
          <w:p>
            <w:r>
              <w:t>$</w:t>
            </w:r>
          </w:p>
        </w:tc>
        <w:tc>
          <w:tcPr>
            <w:tcW w:type="dxa" w:w="1728"/>
          </w:tcPr>
          <w:p>
            <w:r>
              <w:t>Mohamd mym</w:t>
            </w:r>
          </w:p>
        </w:tc>
        <w:tc>
          <w:tcPr>
            <w:tcW w:type="dxa" w:w="1728"/>
          </w:tcPr>
          <w:p>
            <w:r>
              <w:t>Mohamdy6595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93***97*2*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91**33*144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>
              <w:t>حسن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9012*11991</w:t>
            </w:r>
          </w:p>
        </w:tc>
        <w:tc>
          <w:tcPr>
            <w:tcW w:type="dxa" w:w="1728"/>
          </w:tcPr>
          <w:p>
            <w:r>
              <w:t>🌱A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aliEshgi1991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93*99*333*</w:t>
            </w:r>
          </w:p>
        </w:tc>
        <w:tc>
          <w:tcPr>
            <w:tcW w:type="dxa" w:w="1728"/>
          </w:tcPr>
          <w:p>
            <w:r>
              <w:t>✞༒Ali Mtz73༒✞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alimtz73</w:t>
            </w:r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  <w:tr>
        <w:tc>
          <w:tcPr>
            <w:tcW w:type="dxa" w:w="1728"/>
          </w:tcPr>
          <w:p>
            <w:r>
              <w:t>91*37*440*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ترحیم آنلاین گناباد و حومه..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ترحیم آنلاین گناباد و حومه..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