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تجربه های مادرانه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تجربه های مادرانه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910*99099*</w:t>
            </w:r>
          </w:p>
        </w:tc>
        <w:tc>
          <w:tcPr>
            <w:tcW w:type="dxa" w:w="1728"/>
          </w:tcPr>
          <w:p>
            <w:r>
              <w:t>Setayesh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9392*7990*</w:t>
            </w:r>
          </w:p>
        </w:tc>
        <w:tc>
          <w:tcPr>
            <w:tcW w:type="dxa" w:w="1728"/>
          </w:tcPr>
          <w:p>
            <w:r>
              <w:t>محمدمهدی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930419*321</w:t>
            </w:r>
          </w:p>
        </w:tc>
        <w:tc>
          <w:tcPr>
            <w:tcW w:type="dxa" w:w="1728"/>
          </w:tcPr>
          <w:p>
            <w:r>
              <w:t>مامان محمد مهدی</w:t>
            </w:r>
          </w:p>
        </w:tc>
        <w:tc>
          <w:tcPr>
            <w:tcW w:type="dxa" w:w="1728"/>
          </w:tcPr>
          <w:p>
            <w:r>
              <w:t>باقری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9337741472</w:t>
            </w:r>
          </w:p>
        </w:tc>
        <w:tc>
          <w:tcPr>
            <w:tcW w:type="dxa" w:w="1728"/>
          </w:tcPr>
          <w:p>
            <w:r>
              <w:t>نظری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911440*79*</w:t>
            </w:r>
          </w:p>
        </w:tc>
        <w:tc>
          <w:tcPr>
            <w:tcW w:type="dxa" w:w="1728"/>
          </w:tcPr>
          <w:p>
            <w:r>
              <w:t>❤mahya❤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mahya13733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930**074*4</w:t>
            </w:r>
          </w:p>
        </w:tc>
        <w:tc>
          <w:tcPr>
            <w:tcW w:type="dxa" w:w="1728"/>
          </w:tcPr>
          <w:p>
            <w:r>
              <w:t>یا زینب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91723**747</w:t>
            </w:r>
          </w:p>
        </w:tc>
        <w:tc>
          <w:tcPr>
            <w:tcW w:type="dxa" w:w="1728"/>
          </w:tcPr>
          <w:p>
            <w:r>
              <w:t>عسل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93*3*043**</w:t>
            </w:r>
          </w:p>
        </w:tc>
        <w:tc>
          <w:tcPr>
            <w:tcW w:type="dxa" w:w="1728"/>
          </w:tcPr>
          <w:p>
            <w:r>
              <w:t>Alireza0_0p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Alireza0_0p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914*39***0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930*7*3*44</w:t>
            </w:r>
          </w:p>
        </w:tc>
        <w:tc>
          <w:tcPr>
            <w:tcW w:type="dxa" w:w="1728"/>
          </w:tcPr>
          <w:p>
            <w:r>
              <w:t>ایناز وایلین عشق مامان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91*2**909*</w:t>
            </w:r>
          </w:p>
        </w:tc>
        <w:tc>
          <w:tcPr>
            <w:tcW w:type="dxa" w:w="1728"/>
          </w:tcPr>
          <w:p>
            <w:r>
              <w:t>نسیم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Nasim_yekta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910193**21</w:t>
            </w:r>
          </w:p>
        </w:tc>
        <w:tc>
          <w:tcPr>
            <w:tcW w:type="dxa" w:w="1728"/>
          </w:tcPr>
          <w:p>
            <w:r>
              <w:t>دخترم= دنیام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91***41*2*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911***4291</w:t>
            </w:r>
          </w:p>
        </w:tc>
        <w:tc>
          <w:tcPr>
            <w:tcW w:type="dxa" w:w="1728"/>
          </w:tcPr>
          <w:p>
            <w:r>
              <w:t>زهره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990**29*94</w:t>
            </w:r>
          </w:p>
        </w:tc>
        <w:tc>
          <w:tcPr>
            <w:tcW w:type="dxa" w:w="1728"/>
          </w:tcPr>
          <w:p>
            <w:r>
              <w:t>¥Man o too¥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Zaz90a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91**4370*3</w:t>
            </w:r>
          </w:p>
        </w:tc>
        <w:tc>
          <w:tcPr>
            <w:tcW w:type="dxa" w:w="1728"/>
          </w:tcPr>
          <w:p>
            <w:r>
              <w:t>Zeynab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91**2*3797</w:t>
            </w:r>
          </w:p>
        </w:tc>
        <w:tc>
          <w:tcPr>
            <w:tcW w:type="dxa" w:w="1728"/>
          </w:tcPr>
          <w:p>
            <w:r>
              <w:t>Mohadese</w:t>
            </w:r>
          </w:p>
        </w:tc>
        <w:tc>
          <w:tcPr>
            <w:tcW w:type="dxa" w:w="1728"/>
          </w:tcPr>
          <w:p>
            <w:r>
              <w:t>………</w:t>
            </w:r>
          </w:p>
        </w:tc>
        <w:tc>
          <w:tcPr>
            <w:tcW w:type="dxa" w:w="1728"/>
          </w:tcPr>
          <w:p>
            <w:r>
              <w:t>Mohadesetaranom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911733**31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9027993*97</w:t>
            </w:r>
          </w:p>
        </w:tc>
        <w:tc>
          <w:tcPr>
            <w:tcW w:type="dxa" w:w="1728"/>
          </w:tcPr>
          <w:p>
            <w:r>
              <w:t>فاطمه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912**1*704</w:t>
            </w:r>
          </w:p>
        </w:tc>
        <w:tc>
          <w:tcPr>
            <w:tcW w:type="dxa" w:w="1728"/>
          </w:tcPr>
          <w:p>
            <w:r>
              <w:t>نسرین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9029127*17</w:t>
            </w:r>
          </w:p>
        </w:tc>
        <w:tc>
          <w:tcPr>
            <w:tcW w:type="dxa" w:w="1728"/>
          </w:tcPr>
          <w:p>
            <w:r>
              <w:t>زینب جان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939*9*033*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Hamin44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990224*249</w:t>
            </w:r>
          </w:p>
        </w:tc>
        <w:tc>
          <w:tcPr>
            <w:tcW w:type="dxa" w:w="1728"/>
          </w:tcPr>
          <w:p>
            <w:r>
              <w:t>استااصغر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9904343341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>
              <w:t>.Kh</w:t>
            </w:r>
          </w:p>
        </w:tc>
        <w:tc>
          <w:tcPr>
            <w:tcW w:type="dxa" w:w="1728"/>
          </w:tcPr>
          <w:p>
            <w:r>
              <w:t>Ahura9768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9397*49131</w:t>
            </w:r>
          </w:p>
        </w:tc>
        <w:tc>
          <w:tcPr>
            <w:tcW w:type="dxa" w:w="1728"/>
          </w:tcPr>
          <w:p>
            <w:r>
              <w:t>فقط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91140*473*</w:t>
            </w:r>
          </w:p>
        </w:tc>
        <w:tc>
          <w:tcPr>
            <w:tcW w:type="dxa" w:w="1728"/>
          </w:tcPr>
          <w:p>
            <w:r>
              <w:t>Aniill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910**11*0*</w:t>
            </w:r>
          </w:p>
        </w:tc>
        <w:tc>
          <w:tcPr>
            <w:tcW w:type="dxa" w:w="1728"/>
          </w:tcPr>
          <w:p>
            <w:r>
              <w:t>نفس های مامان آبتین و آرتین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9142*9393*</w:t>
            </w:r>
          </w:p>
        </w:tc>
        <w:tc>
          <w:tcPr>
            <w:tcW w:type="dxa" w:w="1728"/>
          </w:tcPr>
          <w:p>
            <w:r>
              <w:t>زهرا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Zahrag1370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919047**1*</w:t>
            </w:r>
          </w:p>
        </w:tc>
        <w:tc>
          <w:tcPr>
            <w:tcW w:type="dxa" w:w="1728"/>
          </w:tcPr>
          <w:p>
            <w:r>
              <w:t>F&amp;a&amp;s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91*0399234</w:t>
            </w:r>
          </w:p>
        </w:tc>
        <w:tc>
          <w:tcPr>
            <w:tcW w:type="dxa" w:w="1728"/>
          </w:tcPr>
          <w:p>
            <w:r>
              <w:t>الحیاه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Allah55544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9192***3**</w:t>
            </w:r>
          </w:p>
        </w:tc>
        <w:tc>
          <w:tcPr>
            <w:tcW w:type="dxa" w:w="1728"/>
          </w:tcPr>
          <w:p>
            <w:r>
              <w:t>⚘🍃@G@🍃⚘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933977*723</w:t>
            </w:r>
          </w:p>
        </w:tc>
        <w:tc>
          <w:tcPr>
            <w:tcW w:type="dxa" w:w="1728"/>
          </w:tcPr>
          <w:p>
            <w:r>
              <w:t>شیلا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9190*3*441</w:t>
            </w:r>
          </w:p>
        </w:tc>
        <w:tc>
          <w:tcPr>
            <w:tcW w:type="dxa" w:w="1728"/>
          </w:tcPr>
          <w:p>
            <w:r>
              <w:t>∙∙∙∙∙·▫▫ᵒᴼᵒ Taranoomᵒᴼᵒ▫▫·∙∙∙∙∙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93*414*191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914*073041</w:t>
            </w:r>
          </w:p>
        </w:tc>
        <w:tc>
          <w:tcPr>
            <w:tcW w:type="dxa" w:w="1728"/>
          </w:tcPr>
          <w:p>
            <w:r>
              <w:t>Bahar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93***1017*</w:t>
            </w:r>
          </w:p>
        </w:tc>
        <w:tc>
          <w:tcPr>
            <w:tcW w:type="dxa" w:w="1728"/>
          </w:tcPr>
          <w:p>
            <w:r>
              <w:t>👑Neda👑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neda_daliri96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93*34499*1</w:t>
            </w:r>
          </w:p>
        </w:tc>
        <w:tc>
          <w:tcPr>
            <w:tcW w:type="dxa" w:w="1728"/>
          </w:tcPr>
          <w:p>
            <w:r>
              <w:t>.soha.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Soohaa74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91993*7**1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91**01**1*</w:t>
            </w:r>
          </w:p>
        </w:tc>
        <w:tc>
          <w:tcPr>
            <w:tcW w:type="dxa" w:w="1728"/>
          </w:tcPr>
          <w:p>
            <w:r>
              <w:t>???Mom</w:t>
            </w:r>
          </w:p>
        </w:tc>
        <w:tc>
          <w:tcPr>
            <w:tcW w:type="dxa" w:w="1728"/>
          </w:tcPr>
          <w:p>
            <w:r>
              <w:t>Tarane....Tiara</w:t>
            </w:r>
          </w:p>
        </w:tc>
        <w:tc>
          <w:tcPr>
            <w:tcW w:type="dxa" w:w="1728"/>
          </w:tcPr>
          <w:p>
            <w:r>
              <w:t>Gandom117moj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910439901*</w:t>
            </w:r>
          </w:p>
        </w:tc>
        <w:tc>
          <w:tcPr>
            <w:tcW w:type="dxa" w:w="1728"/>
          </w:tcPr>
          <w:p>
            <w:r>
              <w:t>S.a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Somayeh_A1368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9374139*34</w:t>
            </w:r>
          </w:p>
        </w:tc>
        <w:tc>
          <w:tcPr>
            <w:tcW w:type="dxa" w:w="1728"/>
          </w:tcPr>
          <w:p>
            <w:r>
              <w:t>▂▃▄▅▆▇█▓▒░Sepideh 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Ms7774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91*74070*7</w:t>
            </w:r>
          </w:p>
        </w:tc>
        <w:tc>
          <w:tcPr>
            <w:tcW w:type="dxa" w:w="1728"/>
          </w:tcPr>
          <w:p>
            <w:r>
              <w:t>Solaale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fateme_nail_tato_bir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933*723941</w:t>
            </w:r>
          </w:p>
        </w:tc>
        <w:tc>
          <w:tcPr>
            <w:tcW w:type="dxa" w:w="1728"/>
          </w:tcPr>
          <w:p>
            <w:r>
              <w:t>H.mah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Raha54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937*202279</w:t>
            </w:r>
          </w:p>
        </w:tc>
        <w:tc>
          <w:tcPr>
            <w:tcW w:type="dxa" w:w="1728"/>
          </w:tcPr>
          <w:p>
            <w:r>
              <w:t>Parvaneh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991****39*</w:t>
            </w:r>
          </w:p>
        </w:tc>
        <w:tc>
          <w:tcPr>
            <w:tcW w:type="dxa" w:w="1728"/>
          </w:tcPr>
          <w:p>
            <w:r>
              <w:t>Zendegim❤SH❤h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93740070**</w:t>
            </w:r>
          </w:p>
        </w:tc>
        <w:tc>
          <w:tcPr>
            <w:tcW w:type="dxa" w:w="1728"/>
          </w:tcPr>
          <w:p>
            <w:r>
              <w:t>"Nafas"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91**00*9**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Hidari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92273901*4</w:t>
            </w:r>
          </w:p>
        </w:tc>
        <w:tc>
          <w:tcPr>
            <w:tcW w:type="dxa" w:w="1728"/>
          </w:tcPr>
          <w:p>
            <w:r>
              <w:t>Mohadeseh.kh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9130013***</w:t>
            </w:r>
          </w:p>
        </w:tc>
        <w:tc>
          <w:tcPr>
            <w:tcW w:type="dxa" w:w="1728"/>
          </w:tcPr>
          <w:p>
            <w:r>
              <w:t>A&amp;t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93*1*4**03</w:t>
            </w:r>
          </w:p>
        </w:tc>
        <w:tc>
          <w:tcPr>
            <w:tcW w:type="dxa" w:w="1728"/>
          </w:tcPr>
          <w:p>
            <w:r>
              <w:t>یزدان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91991*20*2</w:t>
            </w:r>
          </w:p>
        </w:tc>
        <w:tc>
          <w:tcPr>
            <w:tcW w:type="dxa" w:w="1728"/>
          </w:tcPr>
          <w:p>
            <w:r>
              <w:t>Baran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91397972*2</w:t>
            </w:r>
          </w:p>
        </w:tc>
        <w:tc>
          <w:tcPr>
            <w:tcW w:type="dxa" w:w="1728"/>
          </w:tcPr>
          <w:p>
            <w:r>
              <w:t>M.E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91*711****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Moh@m@d ReZ@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9014*141*1</w:t>
            </w:r>
          </w:p>
        </w:tc>
        <w:tc>
          <w:tcPr>
            <w:tcW w:type="dxa" w:w="1728"/>
          </w:tcPr>
          <w:p>
            <w:r>
              <w:t>*¨*•.¸¸❤ݦځݦد طاها ❤¸¸.•*¨*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91322**09*</w:t>
            </w:r>
          </w:p>
        </w:tc>
        <w:tc>
          <w:tcPr>
            <w:tcW w:type="dxa" w:w="1728"/>
          </w:tcPr>
          <w:p>
            <w:r>
              <w:t>?Parsa?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nazemi1991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92231*3**9</w:t>
            </w:r>
          </w:p>
        </w:tc>
        <w:tc>
          <w:tcPr>
            <w:tcW w:type="dxa" w:w="1728"/>
          </w:tcPr>
          <w:p>
            <w:r>
              <w:t>Mahan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Mmz31296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93**1199*9</w:t>
            </w:r>
          </w:p>
        </w:tc>
        <w:tc>
          <w:tcPr>
            <w:tcW w:type="dxa" w:w="1728"/>
          </w:tcPr>
          <w:p>
            <w:r>
              <w:t>raha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93*24*031*</w:t>
            </w:r>
          </w:p>
        </w:tc>
        <w:tc>
          <w:tcPr>
            <w:tcW w:type="dxa" w:w="1728"/>
          </w:tcPr>
          <w:p>
            <w:r>
              <w:t>فقط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9307*7**92</w:t>
            </w:r>
          </w:p>
        </w:tc>
        <w:tc>
          <w:tcPr>
            <w:tcW w:type="dxa" w:w="1728"/>
          </w:tcPr>
          <w:p>
            <w:r>
              <w:t>Delaram</w:t>
            </w:r>
          </w:p>
        </w:tc>
        <w:tc>
          <w:tcPr>
            <w:tcW w:type="dxa" w:w="1728"/>
          </w:tcPr>
          <w:p>
            <w:r>
              <w:t>Shahrokhian</w:t>
            </w:r>
          </w:p>
        </w:tc>
        <w:tc>
          <w:tcPr>
            <w:tcW w:type="dxa" w:w="1728"/>
          </w:tcPr>
          <w:p>
            <w:r>
              <w:t>delaram_sh73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91**47*740</w:t>
            </w:r>
          </w:p>
        </w:tc>
        <w:tc>
          <w:tcPr>
            <w:tcW w:type="dxa" w:w="1728"/>
          </w:tcPr>
          <w:p>
            <w:r>
              <w:t>F.jafari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91**9*793*</w:t>
            </w:r>
          </w:p>
        </w:tc>
        <w:tc>
          <w:tcPr>
            <w:tcW w:type="dxa" w:w="1728"/>
          </w:tcPr>
          <w:p>
            <w:r>
              <w:t>M-H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93****42*3</w:t>
            </w:r>
          </w:p>
        </w:tc>
        <w:tc>
          <w:tcPr>
            <w:tcW w:type="dxa" w:w="1728"/>
          </w:tcPr>
          <w:p>
            <w:r>
              <w:t>S♡S~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90107307**</w:t>
            </w:r>
          </w:p>
        </w:tc>
        <w:tc>
          <w:tcPr>
            <w:tcW w:type="dxa" w:w="1728"/>
          </w:tcPr>
          <w:p>
            <w:r>
              <w:t>*S¡^^@*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93***94104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Nazan21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91112**91*</w:t>
            </w:r>
          </w:p>
        </w:tc>
        <w:tc>
          <w:tcPr>
            <w:tcW w:type="dxa" w:w="1728"/>
          </w:tcPr>
          <w:p>
            <w:r>
              <w:t>Roja</w:t>
            </w:r>
          </w:p>
        </w:tc>
        <w:tc>
          <w:tcPr>
            <w:tcW w:type="dxa" w:w="1728"/>
          </w:tcPr>
          <w:p>
            <w:r>
              <w:t>Yousefi</w:t>
            </w:r>
          </w:p>
        </w:tc>
        <w:tc>
          <w:tcPr>
            <w:tcW w:type="dxa" w:w="1728"/>
          </w:tcPr>
          <w:p>
            <w:r>
              <w:t>Roja_ysf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93*90*4**7</w:t>
            </w:r>
          </w:p>
        </w:tc>
        <w:tc>
          <w:tcPr>
            <w:tcW w:type="dxa" w:w="1728"/>
          </w:tcPr>
          <w:p>
            <w:r>
              <w:t>Ultra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hesam94yas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9017*7***1</w:t>
            </w:r>
          </w:p>
        </w:tc>
        <w:tc>
          <w:tcPr>
            <w:tcW w:type="dxa" w:w="1728"/>
          </w:tcPr>
          <w:p>
            <w:r>
              <w:t>barana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93***13*30</w:t>
            </w:r>
          </w:p>
        </w:tc>
        <w:tc>
          <w:tcPr>
            <w:tcW w:type="dxa" w:w="1728"/>
          </w:tcPr>
          <w:p>
            <w:r>
              <w:t>یاضامن آهو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Mh2091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911**71*97</w:t>
            </w:r>
          </w:p>
        </w:tc>
        <w:tc>
          <w:tcPr>
            <w:tcW w:type="dxa" w:w="1728"/>
          </w:tcPr>
          <w:p>
            <w:r>
              <w:t>arezooo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Arezomee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91993221**</w:t>
            </w:r>
          </w:p>
        </w:tc>
        <w:tc>
          <w:tcPr>
            <w:tcW w:type="dxa" w:w="1728"/>
          </w:tcPr>
          <w:p>
            <w:r>
              <w:t>Shiiiiba?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>
              <w:t>Asma3460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9301***109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90324*****</w:t>
            </w:r>
          </w:p>
        </w:tc>
        <w:tc>
          <w:tcPr>
            <w:tcW w:type="dxa" w:w="1728"/>
          </w:tcPr>
          <w:p>
            <w:r>
              <w:t>❤ďøőņýą❤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doonya12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914214909*</w:t>
            </w:r>
          </w:p>
        </w:tc>
        <w:tc>
          <w:tcPr>
            <w:tcW w:type="dxa" w:w="1728"/>
          </w:tcPr>
          <w:p>
            <w:r>
              <w:t>سعید اباذری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90133*0309</w:t>
            </w:r>
          </w:p>
        </w:tc>
        <w:tc>
          <w:tcPr>
            <w:tcW w:type="dxa" w:w="1728"/>
          </w:tcPr>
          <w:p>
            <w:r>
              <w:t>♠maryam♠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m13744a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990**32*7*</w:t>
            </w:r>
          </w:p>
        </w:tc>
        <w:tc>
          <w:tcPr>
            <w:tcW w:type="dxa" w:w="1728"/>
          </w:tcPr>
          <w:p>
            <w:r>
              <w:t>◦•●◉✿سمیرا✿◉●•◦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9193*37**7</w:t>
            </w:r>
          </w:p>
        </w:tc>
        <w:tc>
          <w:tcPr>
            <w:tcW w:type="dxa" w:w="1728"/>
          </w:tcPr>
          <w:p>
            <w:r>
              <w:t>امیرعلی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93341*0**3</w:t>
            </w:r>
          </w:p>
        </w:tc>
        <w:tc>
          <w:tcPr>
            <w:tcW w:type="dxa" w:w="1728"/>
          </w:tcPr>
          <w:p>
            <w:r>
              <w:t>آل یاسین❤️مدیر❤️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91049*301*</w:t>
            </w:r>
          </w:p>
        </w:tc>
        <w:tc>
          <w:tcPr>
            <w:tcW w:type="dxa" w:w="1728"/>
          </w:tcPr>
          <w:p>
            <w:r>
              <w:t>shadi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Shadis19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939*39*7**</w:t>
            </w:r>
          </w:p>
        </w:tc>
        <w:tc>
          <w:tcPr>
            <w:tcW w:type="dxa" w:w="1728"/>
          </w:tcPr>
          <w:p>
            <w:r>
              <w:t>جواد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  <w:tr>
        <w:tc>
          <w:tcPr>
            <w:tcW w:type="dxa" w:w="1728"/>
          </w:tcPr>
          <w:p>
            <w:r>
              <w:t>91*7*49*97</w:t>
            </w:r>
          </w:p>
        </w:tc>
        <w:tc>
          <w:tcPr>
            <w:tcW w:type="dxa" w:w="1728"/>
          </w:tcPr>
          <w:p>
            <w:r>
              <w:t>Zohre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ZO_ohre</w:t>
            </w:r>
          </w:p>
        </w:tc>
        <w:tc>
          <w:tcPr>
            <w:tcW w:type="dxa" w:w="1728"/>
          </w:tcPr>
          <w:p>
            <w:r>
              <w:t>😍👶تجربه های مادرانه👶😍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تجربه های مادرانه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