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تجارت تاجیکستان ترکمنستان بلاروس ارمنستان قزاقستان بلغارستان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تجارت تاجیکستان ترکمنستان بلاروس ارمنستان قزاقستان بلغارستان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93*40**0*1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93*4127*31</w:t>
            </w:r>
          </w:p>
        </w:tc>
        <w:tc>
          <w:tcPr>
            <w:tcW w:type="dxa" w:w="1728"/>
          </w:tcPr>
          <w:p>
            <w:r>
              <w:t>TRIPEX ADS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tripexads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9139*2*993</w:t>
            </w:r>
          </w:p>
        </w:tc>
        <w:tc>
          <w:tcPr>
            <w:tcW w:type="dxa" w:w="1728"/>
          </w:tcPr>
          <w:p>
            <w:r>
              <w:t>آشنا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ILIN2021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91372477**</w:t>
            </w:r>
          </w:p>
        </w:tc>
        <w:tc>
          <w:tcPr>
            <w:tcW w:type="dxa" w:w="1728"/>
          </w:tcPr>
          <w:p>
            <w:r>
              <w:t>محمدم</w:t>
            </w:r>
          </w:p>
        </w:tc>
        <w:tc>
          <w:tcPr>
            <w:tcW w:type="dxa" w:w="1728"/>
          </w:tcPr>
          <w:p>
            <w:r>
              <w:t>طالبی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93994*3**7</w:t>
            </w:r>
          </w:p>
        </w:tc>
        <w:tc>
          <w:tcPr>
            <w:tcW w:type="dxa" w:w="1728"/>
          </w:tcPr>
          <w:p>
            <w:r>
              <w:t>.:**:.☆*.:｡.✿ṓṃḯḓ ✿.｡.:* ☆:**:.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Omidabbasi2371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91*73*9297</w:t>
            </w:r>
          </w:p>
        </w:tc>
        <w:tc>
          <w:tcPr>
            <w:tcW w:type="dxa" w:w="1728"/>
          </w:tcPr>
          <w:p>
            <w:r>
              <w:t>I v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im62an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9392*944*2</w:t>
            </w:r>
          </w:p>
        </w:tc>
        <w:tc>
          <w:tcPr>
            <w:tcW w:type="dxa" w:w="1728"/>
          </w:tcPr>
          <w:p>
            <w:r>
              <w:t>Aqil sakeni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Sakeni_aqil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937*41207*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912422930*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Ferdosibarthava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9131**4201</w:t>
            </w:r>
          </w:p>
        </w:tc>
        <w:tc>
          <w:tcPr>
            <w:tcW w:type="dxa" w:w="1728"/>
          </w:tcPr>
          <w:p>
            <w:r>
              <w:t>♪♫•*¨*•.¸¸❤ ❤¸¸.•*¨*•♫♪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91274*3034</w:t>
            </w:r>
          </w:p>
        </w:tc>
        <w:tc>
          <w:tcPr>
            <w:tcW w:type="dxa" w:w="1728"/>
          </w:tcPr>
          <w:p>
            <w:r>
              <w:t>محسن صالحی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Mohsensalehi_hidaji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93*1*12730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>
              <w:t>Sadeghi</w:t>
            </w:r>
          </w:p>
        </w:tc>
        <w:tc>
          <w:tcPr>
            <w:tcW w:type="dxa" w:w="1728"/>
          </w:tcPr>
          <w:p>
            <w:r>
              <w:t>yrt_8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917***2**0</w:t>
            </w:r>
          </w:p>
        </w:tc>
        <w:tc>
          <w:tcPr>
            <w:tcW w:type="dxa" w:w="1728"/>
          </w:tcPr>
          <w:p>
            <w:r>
              <w:t>Abdoreza Bolvardi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Arvincaexport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91221**232</w:t>
            </w:r>
          </w:p>
        </w:tc>
        <w:tc>
          <w:tcPr>
            <w:tcW w:type="dxa" w:w="1728"/>
          </w:tcPr>
          <w:p>
            <w:r>
              <w:t>Soroush</w:t>
            </w:r>
          </w:p>
        </w:tc>
        <w:tc>
          <w:tcPr>
            <w:tcW w:type="dxa" w:w="1728"/>
          </w:tcPr>
          <w:p>
            <w:r>
              <w:t>Aein</w:t>
            </w:r>
          </w:p>
        </w:tc>
        <w:tc>
          <w:tcPr>
            <w:tcW w:type="dxa" w:w="1728"/>
          </w:tcPr>
          <w:p>
            <w:r>
              <w:t>ssaein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91220*3310</w:t>
            </w:r>
          </w:p>
        </w:tc>
        <w:tc>
          <w:tcPr>
            <w:tcW w:type="dxa" w:w="1728"/>
          </w:tcPr>
          <w:p>
            <w:r>
              <w:t>Mohamadali</w:t>
            </w:r>
          </w:p>
        </w:tc>
        <w:tc>
          <w:tcPr>
            <w:tcW w:type="dxa" w:w="1728"/>
          </w:tcPr>
          <w:p>
            <w:r>
              <w:t>Jadidi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91403*2242</w:t>
            </w:r>
          </w:p>
        </w:tc>
        <w:tc>
          <w:tcPr>
            <w:tcW w:type="dxa" w:w="1728"/>
          </w:tcPr>
          <w:p>
            <w:r>
              <w:t>MT.Trade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Bazargani_mohamadlou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9133*91449</w:t>
            </w:r>
          </w:p>
        </w:tc>
        <w:tc>
          <w:tcPr>
            <w:tcW w:type="dxa" w:w="1728"/>
          </w:tcPr>
          <w:p>
            <w:r>
              <w:t>🄰🄻🄸🅁🄴🅉🄰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Alirezanext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90**2332*9</w:t>
            </w:r>
          </w:p>
        </w:tc>
        <w:tc>
          <w:tcPr>
            <w:tcW w:type="dxa" w:w="1728"/>
          </w:tcPr>
          <w:p>
            <w:r>
              <w:t>باران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93779193**</w:t>
            </w:r>
          </w:p>
        </w:tc>
        <w:tc>
          <w:tcPr>
            <w:tcW w:type="dxa" w:w="1728"/>
          </w:tcPr>
          <w:p>
            <w:r>
              <w:t>شبنم(کارآفرین .نماینده)</w:t>
            </w:r>
          </w:p>
        </w:tc>
        <w:tc>
          <w:tcPr>
            <w:tcW w:type="dxa" w:w="1728"/>
          </w:tcPr>
          <w:p>
            <w:r>
              <w:t>محصولات سلامت محور(پوست ومو مکمل پروبیوتیک )</w:t>
            </w:r>
          </w:p>
        </w:tc>
        <w:tc>
          <w:tcPr>
            <w:tcW w:type="dxa" w:w="1728"/>
          </w:tcPr>
          <w:p>
            <w:r>
              <w:t>faghat_khoda9365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902*390**0</w:t>
            </w:r>
          </w:p>
        </w:tc>
        <w:tc>
          <w:tcPr>
            <w:tcW w:type="dxa" w:w="1728"/>
          </w:tcPr>
          <w:p>
            <w:r>
              <w:t>امیرعلی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91*414**00</w:t>
            </w:r>
          </w:p>
        </w:tc>
        <w:tc>
          <w:tcPr>
            <w:tcW w:type="dxa" w:w="1728"/>
          </w:tcPr>
          <w:p>
            <w:r>
              <w:t>Mehdi</w:t>
            </w:r>
          </w:p>
        </w:tc>
        <w:tc>
          <w:tcPr>
            <w:tcW w:type="dxa" w:w="1728"/>
          </w:tcPr>
          <w:p>
            <w:r>
              <w:t>Shams</w:t>
            </w:r>
          </w:p>
        </w:tc>
        <w:tc>
          <w:tcPr>
            <w:tcW w:type="dxa" w:w="1728"/>
          </w:tcPr>
          <w:p>
            <w:r>
              <w:t>M_shams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91*3*20**9</w:t>
            </w:r>
          </w:p>
        </w:tc>
        <w:tc>
          <w:tcPr>
            <w:tcW w:type="dxa" w:w="1728"/>
          </w:tcPr>
          <w:p>
            <w:r>
              <w:t>Hassan</w:t>
            </w:r>
          </w:p>
        </w:tc>
        <w:tc>
          <w:tcPr>
            <w:tcW w:type="dxa" w:w="1728"/>
          </w:tcPr>
          <w:p>
            <w:r>
              <w:t>Aliabadi</w:t>
            </w:r>
          </w:p>
        </w:tc>
        <w:tc>
          <w:tcPr>
            <w:tcW w:type="dxa" w:w="1728"/>
          </w:tcPr>
          <w:p>
            <w:r>
              <w:t>hassanaliabadijolgehdairy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9392732710</w:t>
            </w:r>
          </w:p>
        </w:tc>
        <w:tc>
          <w:tcPr>
            <w:tcW w:type="dxa" w:w="1728"/>
          </w:tcPr>
          <w:p>
            <w:r>
              <w:t>🅰🅻🅸🆁🅴🆉🅰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i_alirezaam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9397**30**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درویشی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91*7***2*0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91**0*7*3*</w:t>
            </w:r>
          </w:p>
        </w:tc>
        <w:tc>
          <w:tcPr>
            <w:tcW w:type="dxa" w:w="1728"/>
          </w:tcPr>
          <w:p>
            <w:r>
              <w:t>Somaye ansari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Somaye_Ansari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9191**241*</w:t>
            </w:r>
          </w:p>
        </w:tc>
        <w:tc>
          <w:tcPr>
            <w:tcW w:type="dxa" w:w="1728"/>
          </w:tcPr>
          <w:p>
            <w:r>
              <w:t>LTA</w:t>
            </w:r>
          </w:p>
        </w:tc>
        <w:tc>
          <w:tcPr>
            <w:tcW w:type="dxa" w:w="1728"/>
          </w:tcPr>
          <w:p>
            <w:r>
              <w:t>Holding</w:t>
            </w:r>
          </w:p>
        </w:tc>
        <w:tc>
          <w:tcPr>
            <w:tcW w:type="dxa" w:w="1728"/>
          </w:tcPr>
          <w:p>
            <w:r>
              <w:t>Lavincrew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9102141*90</w:t>
            </w:r>
          </w:p>
        </w:tc>
        <w:tc>
          <w:tcPr>
            <w:tcW w:type="dxa" w:w="1728"/>
          </w:tcPr>
          <w:p>
            <w:r>
              <w:t>Mahan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91*9409*79</w:t>
            </w:r>
          </w:p>
        </w:tc>
        <w:tc>
          <w:tcPr>
            <w:tcW w:type="dxa" w:w="1728"/>
          </w:tcPr>
          <w:p>
            <w:r>
              <w:t>Qasem hag nowrzi,1979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Hagnorwzi1979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912407*422</w:t>
            </w:r>
          </w:p>
        </w:tc>
        <w:tc>
          <w:tcPr>
            <w:tcW w:type="dxa" w:w="1728"/>
          </w:tcPr>
          <w:p>
            <w:r>
              <w:t>Camran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Reza53asadpooR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937*2***4*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☺☺☺☺☺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91234*1*3*</w:t>
            </w:r>
          </w:p>
        </w:tc>
        <w:tc>
          <w:tcPr>
            <w:tcW w:type="dxa" w:w="1728"/>
          </w:tcPr>
          <w:p>
            <w:r>
              <w:t>🔱H-E</w:t>
            </w:r>
          </w:p>
        </w:tc>
        <w:tc>
          <w:tcPr>
            <w:tcW w:type="dxa" w:w="1728"/>
          </w:tcPr>
          <w:p>
            <w:r>
              <w:t>🔱</w:t>
            </w:r>
          </w:p>
        </w:tc>
        <w:tc>
          <w:tcPr>
            <w:tcW w:type="dxa" w:w="1728"/>
          </w:tcPr>
          <w:p>
            <w:r>
              <w:t>Hassanzillion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91*742**30</w:t>
            </w:r>
          </w:p>
        </w:tc>
        <w:tc>
          <w:tcPr>
            <w:tcW w:type="dxa" w:w="1728"/>
          </w:tcPr>
          <w:p>
            <w:r>
              <w:t>خانم</w:t>
            </w:r>
          </w:p>
        </w:tc>
        <w:tc>
          <w:tcPr>
            <w:tcW w:type="dxa" w:w="1728"/>
          </w:tcPr>
          <w:p>
            <w:r>
              <w:t>نژادعلی</w:t>
            </w:r>
          </w:p>
        </w:tc>
        <w:tc>
          <w:tcPr>
            <w:tcW w:type="dxa" w:w="1728"/>
          </w:tcPr>
          <w:p>
            <w:r>
              <w:t>Fahimehnezhadali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91*44*473*</w:t>
            </w:r>
          </w:p>
        </w:tc>
        <w:tc>
          <w:tcPr>
            <w:tcW w:type="dxa" w:w="1728"/>
          </w:tcPr>
          <w:p>
            <w:r>
              <w:t>Humer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93071**121</w:t>
            </w:r>
          </w:p>
        </w:tc>
        <w:tc>
          <w:tcPr>
            <w:tcW w:type="dxa" w:w="1728"/>
          </w:tcPr>
          <w:p>
            <w:r>
              <w:t>^-^🖤{RAHA}🖤^-^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Raha945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917077**1*</w:t>
            </w:r>
          </w:p>
        </w:tc>
        <w:tc>
          <w:tcPr>
            <w:tcW w:type="dxa" w:w="1728"/>
          </w:tcPr>
          <w:p>
            <w:r>
              <w:t>زندگی همچون گل میروید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ESLAMI_TGO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9194*000**</w:t>
            </w:r>
          </w:p>
        </w:tc>
        <w:tc>
          <w:tcPr>
            <w:tcW w:type="dxa" w:w="1728"/>
          </w:tcPr>
          <w:p>
            <w:r>
              <w:t>علی</w:t>
            </w:r>
          </w:p>
        </w:tc>
        <w:tc>
          <w:tcPr>
            <w:tcW w:type="dxa" w:w="1728"/>
          </w:tcPr>
          <w:p>
            <w:r>
              <w:t>جعفرنژاد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91*41*1439</w:t>
            </w:r>
          </w:p>
        </w:tc>
        <w:tc>
          <w:tcPr>
            <w:tcW w:type="dxa" w:w="1728"/>
          </w:tcPr>
          <w:p>
            <w:r>
              <w:t>😋Fariba🎊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Faryiba53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93312*1990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912**240**</w:t>
            </w:r>
          </w:p>
        </w:tc>
        <w:tc>
          <w:tcPr>
            <w:tcW w:type="dxa" w:w="1728"/>
          </w:tcPr>
          <w:p>
            <w:r>
              <w:t>●▬▬๑۩۩๑ḧ .a ch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9114390*37</w:t>
            </w:r>
          </w:p>
        </w:tc>
        <w:tc>
          <w:tcPr>
            <w:tcW w:type="dxa" w:w="1728"/>
          </w:tcPr>
          <w:p>
            <w:r>
              <w:t>$#!¥@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shiva_kbl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91*9242*11</w:t>
            </w:r>
          </w:p>
        </w:tc>
        <w:tc>
          <w:tcPr>
            <w:tcW w:type="dxa" w:w="1728"/>
          </w:tcPr>
          <w:p>
            <w:r>
              <w:t>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hasantaghipoor1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912**1*00*</w:t>
            </w:r>
          </w:p>
        </w:tc>
        <w:tc>
          <w:tcPr>
            <w:tcW w:type="dxa" w:w="1728"/>
          </w:tcPr>
          <w:p>
            <w:r>
              <w:t>F 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fa800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93071*7997</w:t>
            </w:r>
          </w:p>
        </w:tc>
        <w:tc>
          <w:tcPr>
            <w:tcW w:type="dxa" w:w="1728"/>
          </w:tcPr>
          <w:p>
            <w:r>
              <w:t>dayanplast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dayanplastpashaei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91209*3*79</w:t>
            </w:r>
          </w:p>
        </w:tc>
        <w:tc>
          <w:tcPr>
            <w:tcW w:type="dxa" w:w="1728"/>
          </w:tcPr>
          <w:p>
            <w:r>
              <w:t>احسان ربانی تاجر سیفی جات.بادمجان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RabbaniDaltaExport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91**0*0113</w:t>
            </w:r>
          </w:p>
        </w:tc>
        <w:tc>
          <w:tcPr>
            <w:tcW w:type="dxa" w:w="1728"/>
          </w:tcPr>
          <w:p>
            <w:r>
              <w:t>Mahdi Babori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Mahdi_babori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913*299024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Razavi</w:t>
            </w:r>
          </w:p>
        </w:tc>
        <w:tc>
          <w:tcPr>
            <w:tcW w:type="dxa" w:w="1728"/>
          </w:tcPr>
          <w:p>
            <w:r>
              <w:t>razavipmlm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991074*791</w:t>
            </w:r>
          </w:p>
        </w:tc>
        <w:tc>
          <w:tcPr>
            <w:tcW w:type="dxa" w:w="1728"/>
          </w:tcPr>
          <w:p>
            <w:r>
              <w:t>💗💗💗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912172*712</w:t>
            </w:r>
          </w:p>
        </w:tc>
        <w:tc>
          <w:tcPr>
            <w:tcW w:type="dxa" w:w="1728"/>
          </w:tcPr>
          <w:p>
            <w:r>
              <w:t>Reza.</w:t>
            </w:r>
          </w:p>
        </w:tc>
        <w:tc>
          <w:tcPr>
            <w:tcW w:type="dxa" w:w="1728"/>
          </w:tcPr>
          <w:p>
            <w:r>
              <w:t>بال سبز پارس</w:t>
            </w:r>
          </w:p>
        </w:tc>
        <w:tc>
          <w:tcPr>
            <w:tcW w:type="dxa" w:w="1728"/>
          </w:tcPr>
          <w:p>
            <w:r>
              <w:t>rh1323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91210*30*7</w:t>
            </w:r>
          </w:p>
        </w:tc>
        <w:tc>
          <w:tcPr>
            <w:tcW w:type="dxa" w:w="1728"/>
          </w:tcPr>
          <w:p>
            <w:r>
              <w:t>🇮🇷محمدرضا</w:t>
            </w:r>
          </w:p>
        </w:tc>
        <w:tc>
          <w:tcPr>
            <w:tcW w:type="dxa" w:w="1728"/>
          </w:tcPr>
          <w:p>
            <w:r>
              <w:t>طهماسبی</w:t>
            </w:r>
          </w:p>
        </w:tc>
        <w:tc>
          <w:tcPr>
            <w:tcW w:type="dxa" w:w="1728"/>
          </w:tcPr>
          <w:p>
            <w:r>
              <w:t>m_r_tahmasebi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913*1*2*17</w:t>
            </w:r>
          </w:p>
        </w:tc>
        <w:tc>
          <w:tcPr>
            <w:tcW w:type="dxa" w:w="1728"/>
          </w:tcPr>
          <w:p>
            <w:r>
              <w:t>MohammadReza</w:t>
            </w:r>
          </w:p>
        </w:tc>
        <w:tc>
          <w:tcPr>
            <w:tcW w:type="dxa" w:w="1728"/>
          </w:tcPr>
          <w:p>
            <w:r>
              <w:t>Roghangar</w:t>
            </w:r>
          </w:p>
        </w:tc>
        <w:tc>
          <w:tcPr>
            <w:tcW w:type="dxa" w:w="1728"/>
          </w:tcPr>
          <w:p>
            <w:r>
              <w:t>mOrero78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93**1*02**</w:t>
            </w:r>
          </w:p>
        </w:tc>
        <w:tc>
          <w:tcPr>
            <w:tcW w:type="dxa" w:w="1728"/>
          </w:tcPr>
          <w:p>
            <w:r>
              <w:t>Razi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Raziabdolahi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93094**070</w:t>
            </w:r>
          </w:p>
        </w:tc>
        <w:tc>
          <w:tcPr>
            <w:tcW w:type="dxa" w:w="1728"/>
          </w:tcPr>
          <w:p>
            <w:r>
              <w:t>٠•●♥️ ƸӜ̵̨Ʒ ♥️●•٠h٠•●♥️ ƸӜ̵̨Ʒ ♥️●•٠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tolidi_bahar20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93022*100*</w:t>
            </w:r>
          </w:p>
        </w:tc>
        <w:tc>
          <w:tcPr>
            <w:tcW w:type="dxa" w:w="1728"/>
          </w:tcPr>
          <w:p>
            <w:r>
              <w:t>Mohsen Sohrabi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mohsen_shrb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9300***10*</w:t>
            </w:r>
          </w:p>
        </w:tc>
        <w:tc>
          <w:tcPr>
            <w:tcW w:type="dxa" w:w="1728"/>
          </w:tcPr>
          <w:p>
            <w:r>
              <w:t>💙B. 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Garmsiri_6108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9120*09322</w:t>
            </w:r>
          </w:p>
        </w:tc>
        <w:tc>
          <w:tcPr>
            <w:tcW w:type="dxa" w:w="1728"/>
          </w:tcPr>
          <w:p>
            <w:r>
              <w:t>علی هاشم بیکی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takmilsazan_ceo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911*12*7*7</w:t>
            </w:r>
          </w:p>
        </w:tc>
        <w:tc>
          <w:tcPr>
            <w:tcW w:type="dxa" w:w="1728"/>
          </w:tcPr>
          <w:p>
            <w:r>
              <w:t>اسماعیل ابراهیمی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esmaeil_ebrahimii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9194941*1*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Yagob13698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914910*1**</w:t>
            </w:r>
          </w:p>
        </w:tc>
        <w:tc>
          <w:tcPr>
            <w:tcW w:type="dxa" w:w="1728"/>
          </w:tcPr>
          <w:p>
            <w:r>
              <w:t>Seyed</w:t>
            </w:r>
          </w:p>
        </w:tc>
        <w:tc>
          <w:tcPr>
            <w:tcW w:type="dxa" w:w="1728"/>
          </w:tcPr>
          <w:p>
            <w:r>
              <w:t>Mahdi</w:t>
            </w:r>
          </w:p>
        </w:tc>
        <w:tc>
          <w:tcPr>
            <w:tcW w:type="dxa" w:w="1728"/>
          </w:tcPr>
          <w:p>
            <w:r>
              <w:t>seyedmahdi116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919*9****0</w:t>
            </w:r>
          </w:p>
        </w:tc>
        <w:tc>
          <w:tcPr>
            <w:tcW w:type="dxa" w:w="1728"/>
          </w:tcPr>
          <w:p>
            <w:r>
              <w:t>saba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SabaS2016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91*110907*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Mohammadtaghiabadi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9199*24479</w:t>
            </w:r>
          </w:p>
        </w:tc>
        <w:tc>
          <w:tcPr>
            <w:tcW w:type="dxa" w:w="1728"/>
          </w:tcPr>
          <w:p>
            <w:r>
              <w:t>Soltani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GGT_PETROCHEMICAL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910**9*911</w:t>
            </w:r>
          </w:p>
        </w:tc>
        <w:tc>
          <w:tcPr>
            <w:tcW w:type="dxa" w:w="1728"/>
          </w:tcPr>
          <w:p>
            <w:r>
              <w:t>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yasin_a_m2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911**737*1</w:t>
            </w:r>
          </w:p>
        </w:tc>
        <w:tc>
          <w:tcPr>
            <w:tcW w:type="dxa" w:w="1728"/>
          </w:tcPr>
          <w:p>
            <w:r>
              <w:t>Amin Rasoulnia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aminrasoulnia1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9013*71*17</w:t>
            </w:r>
          </w:p>
        </w:tc>
        <w:tc>
          <w:tcPr>
            <w:tcW w:type="dxa" w:w="1728"/>
          </w:tcPr>
          <w:p>
            <w:r>
              <w:t>azad.f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A_1967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91277**720</w:t>
            </w:r>
          </w:p>
        </w:tc>
        <w:tc>
          <w:tcPr>
            <w:tcW w:type="dxa" w:w="1728"/>
          </w:tcPr>
          <w:p>
            <w:r>
              <w:t>Saeed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Mo_Saeed7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9122310329</w:t>
            </w:r>
          </w:p>
        </w:tc>
        <w:tc>
          <w:tcPr>
            <w:tcW w:type="dxa" w:w="1728"/>
          </w:tcPr>
          <w:p>
            <w:r>
              <w:t>Bahareh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Bahareh71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914971*01*</w:t>
            </w:r>
          </w:p>
        </w:tc>
        <w:tc>
          <w:tcPr>
            <w:tcW w:type="dxa" w:w="1728"/>
          </w:tcPr>
          <w:p>
            <w:r>
              <w:t>Msh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9302243**2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journalist63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93342*4*9*</w:t>
            </w:r>
          </w:p>
        </w:tc>
        <w:tc>
          <w:tcPr>
            <w:tcW w:type="dxa" w:w="1728"/>
          </w:tcPr>
          <w:p>
            <w:r>
              <w:t>Esfandiyar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9131*2977*</w:t>
            </w:r>
          </w:p>
        </w:tc>
        <w:tc>
          <w:tcPr>
            <w:tcW w:type="dxa" w:w="1728"/>
          </w:tcPr>
          <w:p>
            <w:r>
              <w:t>𝑀𝑒𝑦𝑠𝑎𝑚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meysam9776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91*414423*</w:t>
            </w:r>
          </w:p>
        </w:tc>
        <w:tc>
          <w:tcPr>
            <w:tcW w:type="dxa" w:w="1728"/>
          </w:tcPr>
          <w:p>
            <w:r>
              <w:t>Madmazl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91137***3*</w:t>
            </w:r>
          </w:p>
        </w:tc>
        <w:tc>
          <w:tcPr>
            <w:tcW w:type="dxa" w:w="1728"/>
          </w:tcPr>
          <w:p>
            <w:r>
              <w:t>بازرگانی کنجاله داتیس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datiskonajeleh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93*37**412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>
              <w:t>Riasati</w:t>
            </w:r>
          </w:p>
        </w:tc>
        <w:tc>
          <w:tcPr>
            <w:tcW w:type="dxa" w:w="1728"/>
          </w:tcPr>
          <w:p>
            <w:r>
              <w:t>iranfly_geo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9123939**4</w:t>
            </w:r>
          </w:p>
        </w:tc>
        <w:tc>
          <w:tcPr>
            <w:tcW w:type="dxa" w:w="1728"/>
          </w:tcPr>
          <w:p>
            <w:r>
              <w:t>Behzad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b4495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911*97**2*</w:t>
            </w:r>
          </w:p>
        </w:tc>
        <w:tc>
          <w:tcPr>
            <w:tcW w:type="dxa" w:w="1728"/>
          </w:tcPr>
          <w:p>
            <w:r>
              <w:t>Roksana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asdf1415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912093019*</w:t>
            </w:r>
          </w:p>
        </w:tc>
        <w:tc>
          <w:tcPr>
            <w:tcW w:type="dxa" w:w="1728"/>
          </w:tcPr>
          <w:p>
            <w:r>
              <w:t>......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9370001300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>
              <w:t>Ekrami</w:t>
            </w:r>
          </w:p>
        </w:tc>
        <w:tc>
          <w:tcPr>
            <w:tcW w:type="dxa" w:w="1728"/>
          </w:tcPr>
          <w:p>
            <w:r>
              <w:t>Alirezaekrami_adalanco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91*3**4*30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>
              <w:t>حسن‌زاده</w:t>
            </w:r>
          </w:p>
        </w:tc>
        <w:tc>
          <w:tcPr>
            <w:tcW w:type="dxa" w:w="1728"/>
          </w:tcPr>
          <w:p>
            <w:r>
              <w:t>Mehdihasanzade_zirejam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  <w:tr>
        <w:tc>
          <w:tcPr>
            <w:tcW w:type="dxa" w:w="1728"/>
          </w:tcPr>
          <w:p>
            <w:r>
              <w:t>902*100**0</w:t>
            </w:r>
          </w:p>
        </w:tc>
        <w:tc>
          <w:tcPr>
            <w:tcW w:type="dxa" w:w="1728"/>
          </w:tcPr>
          <w:p>
            <w:r>
              <w:t>بابک</w:t>
            </w:r>
          </w:p>
        </w:tc>
        <w:tc>
          <w:tcPr>
            <w:tcW w:type="dxa" w:w="1728"/>
          </w:tcPr>
          <w:p>
            <w:r>
              <w:t>شرکت پولاد</w:t>
            </w:r>
          </w:p>
        </w:tc>
        <w:tc>
          <w:tcPr>
            <w:tcW w:type="dxa" w:w="1728"/>
          </w:tcPr>
          <w:p>
            <w:r>
              <w:t>babakara09026100650</w:t>
            </w:r>
          </w:p>
        </w:tc>
        <w:tc>
          <w:tcPr>
            <w:tcW w:type="dxa" w:w="1728"/>
          </w:tcPr>
          <w:p>
            <w:r>
              <w:t>تجارت تاجیکستان ترکمنستان بلاروس ارمنستان قزاقستان بلغارستان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تجارت تاجیکستان ترکمنستان بلاروس ارمنستان قزاقستان بلغارستان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