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تبلیغات ازادلینکدونی رایگان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تبلیغات ازادلینکدونی رایگان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9142324**1</w:t>
            </w:r>
          </w:p>
        </w:tc>
        <w:tc>
          <w:tcPr>
            <w:tcW w:type="dxa" w:w="1728"/>
          </w:tcPr>
          <w:p>
            <w:r>
              <w:t>shaian_kord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9301002***</w:t>
            </w:r>
          </w:p>
        </w:tc>
        <w:tc>
          <w:tcPr>
            <w:tcW w:type="dxa" w:w="1728"/>
          </w:tcPr>
          <w:p>
            <w:r>
              <w:t>55454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914*349040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diako_381441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93***3**4*</w:t>
            </w:r>
          </w:p>
        </w:tc>
        <w:tc>
          <w:tcPr>
            <w:tcW w:type="dxa" w:w="1728"/>
          </w:tcPr>
          <w:p>
            <w:r>
              <w:t>•¤»((¯♥¯))«¤•mohammad •¤»((¯♥¯))«¤•</w:t>
            </w:r>
          </w:p>
        </w:tc>
        <w:tc>
          <w:tcPr>
            <w:tcW w:type="dxa" w:w="1728"/>
          </w:tcPr>
          <w:p>
            <w:r>
              <w:t>مشفق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9397714*77</w:t>
            </w:r>
          </w:p>
        </w:tc>
        <w:tc>
          <w:tcPr>
            <w:tcW w:type="dxa" w:w="1728"/>
          </w:tcPr>
          <w:p>
            <w:r>
              <w:t>خاله سحر اهل سکس حضوری فقط زنگ بزن ۰۹305619477</w:t>
            </w:r>
          </w:p>
        </w:tc>
        <w:tc>
          <w:tcPr>
            <w:tcW w:type="dxa" w:w="1728"/>
          </w:tcPr>
          <w:p>
            <w:r>
              <w:t>سکس 09305619477</w:t>
            </w:r>
          </w:p>
        </w:tc>
        <w:tc>
          <w:tcPr>
            <w:tcW w:type="dxa" w:w="1728"/>
          </w:tcPr>
          <w:p>
            <w:r>
              <w:t>Asxdcfvgfdzcfxdcfvghbjh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93*74*71*1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Akbari7151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90*9499009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m4m4d69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99109*2*20</w:t>
            </w:r>
          </w:p>
        </w:tc>
        <w:tc>
          <w:tcPr>
            <w:tcW w:type="dxa" w:w="1728"/>
          </w:tcPr>
          <w:p>
            <w:r>
              <w:t>@hm@drez@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Ahmadjj4681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91309**2**</w:t>
            </w:r>
          </w:p>
        </w:tc>
        <w:tc>
          <w:tcPr>
            <w:tcW w:type="dxa" w:w="1728"/>
          </w:tcPr>
          <w:p>
            <w:r>
              <w:t>Amir yall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901**97*93</w:t>
            </w:r>
          </w:p>
        </w:tc>
        <w:tc>
          <w:tcPr>
            <w:tcW w:type="dxa" w:w="1728"/>
          </w:tcPr>
          <w:p>
            <w:r>
              <w:t>احسان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Ehsan182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90313*4792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fati3928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93*1*09704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sh_1680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919*110979</w:t>
            </w:r>
          </w:p>
        </w:tc>
        <w:tc>
          <w:tcPr>
            <w:tcW w:type="dxa" w:w="1728"/>
          </w:tcPr>
          <w:p>
            <w:r>
              <w:t>Sabredin</w:t>
            </w:r>
          </w:p>
        </w:tc>
        <w:tc>
          <w:tcPr>
            <w:tcW w:type="dxa" w:w="1728"/>
          </w:tcPr>
          <w:p>
            <w:r>
              <w:t>Azimi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9101**1017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Behmanesh</w:t>
            </w:r>
          </w:p>
        </w:tc>
        <w:tc>
          <w:tcPr>
            <w:tcW w:type="dxa" w:w="1728"/>
          </w:tcPr>
          <w:p>
            <w:r>
              <w:t>kingboy1379he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91**7**214</w:t>
            </w:r>
          </w:p>
        </w:tc>
        <w:tc>
          <w:tcPr>
            <w:tcW w:type="dxa" w:w="1728"/>
          </w:tcPr>
          <w:p>
            <w:r>
              <w:t>ساجده</w:t>
            </w:r>
          </w:p>
        </w:tc>
        <w:tc>
          <w:tcPr>
            <w:tcW w:type="dxa" w:w="1728"/>
          </w:tcPr>
          <w:p>
            <w:r>
              <w:t>پاشایی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91*72***09</w:t>
            </w:r>
          </w:p>
        </w:tc>
        <w:tc>
          <w:tcPr>
            <w:tcW w:type="dxa" w:w="1728"/>
          </w:tcPr>
          <w:p>
            <w:r>
              <w:t>Kosar_m??‍♀?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I_08_k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9901334*9*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93*2**3***</w:t>
            </w:r>
          </w:p>
        </w:tc>
        <w:tc>
          <w:tcPr>
            <w:tcW w:type="dxa" w:w="1728"/>
          </w:tcPr>
          <w:p>
            <w:r>
              <w:t>∙∙∙∙∙·▫▫ᵒᴼᵒ Amirᵒᴼᵒ▫▫·∙∙∙∙∙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939*97*772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Mom1114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937*743932</w:t>
            </w:r>
          </w:p>
        </w:tc>
        <w:tc>
          <w:tcPr>
            <w:tcW w:type="dxa" w:w="1728"/>
          </w:tcPr>
          <w:p>
            <w:r>
              <w:t>H ranjbar2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Cpck125ra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9011*04270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901274*34*</w:t>
            </w:r>
          </w:p>
        </w:tc>
        <w:tc>
          <w:tcPr>
            <w:tcW w:type="dxa" w:w="1728"/>
          </w:tcPr>
          <w:p>
            <w:r>
              <w:t>Hobgoblin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99093*20*1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91473494*7</w:t>
            </w:r>
          </w:p>
        </w:tc>
        <w:tc>
          <w:tcPr>
            <w:tcW w:type="dxa" w:w="1728"/>
          </w:tcPr>
          <w:p>
            <w:r>
              <w:t>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990242*1*9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937*334*47</w:t>
            </w:r>
          </w:p>
        </w:tc>
        <w:tc>
          <w:tcPr>
            <w:tcW w:type="dxa" w:w="1728"/>
          </w:tcPr>
          <w:p>
            <w:r>
              <w:t>بهزاد</w:t>
            </w:r>
          </w:p>
        </w:tc>
        <w:tc>
          <w:tcPr>
            <w:tcW w:type="dxa" w:w="1728"/>
          </w:tcPr>
          <w:p>
            <w:r>
              <w:t>سوری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93**472*41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9032***9**</w:t>
            </w:r>
          </w:p>
        </w:tc>
        <w:tc>
          <w:tcPr>
            <w:tcW w:type="dxa" w:w="1728"/>
          </w:tcPr>
          <w:p>
            <w:r>
              <w:t>...........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930*7121**</w:t>
            </w:r>
          </w:p>
        </w:tc>
        <w:tc>
          <w:tcPr>
            <w:tcW w:type="dxa" w:w="1728"/>
          </w:tcPr>
          <w:p>
            <w:r>
              <w:t>haa2018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haa20180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91*2*9*414</w:t>
            </w:r>
          </w:p>
        </w:tc>
        <w:tc>
          <w:tcPr>
            <w:tcW w:type="dxa" w:w="1728"/>
          </w:tcPr>
          <w:p>
            <w:r>
              <w:t>یخ فروش جهنم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9031*97049</w:t>
            </w:r>
          </w:p>
        </w:tc>
        <w:tc>
          <w:tcPr>
            <w:tcW w:type="dxa" w:w="1728"/>
          </w:tcPr>
          <w:p>
            <w:r>
              <w:t>☆ 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S_chukur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91**0*17*9</w:t>
            </w:r>
          </w:p>
        </w:tc>
        <w:tc>
          <w:tcPr>
            <w:tcW w:type="dxa" w:w="1728"/>
          </w:tcPr>
          <w:p>
            <w:r>
              <w:t>💚💛🧡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Ho214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91142*4119</w:t>
            </w:r>
          </w:p>
        </w:tc>
        <w:tc>
          <w:tcPr>
            <w:tcW w:type="dxa" w:w="1728"/>
          </w:tcPr>
          <w:p>
            <w:r>
              <w:t>گل پسر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Makhtomi1356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90*093**7*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Jan</w:t>
            </w:r>
          </w:p>
        </w:tc>
        <w:tc>
          <w:tcPr>
            <w:tcW w:type="dxa" w:w="1728"/>
          </w:tcPr>
          <w:p>
            <w:r>
              <w:t>javadjan22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91473**290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Sdrt89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93*30*9270</w:t>
            </w:r>
          </w:p>
        </w:tc>
        <w:tc>
          <w:tcPr>
            <w:tcW w:type="dxa" w:w="1728"/>
          </w:tcPr>
          <w:p>
            <w:r>
              <w:t>Eldorado</w:t>
            </w:r>
          </w:p>
        </w:tc>
        <w:tc>
          <w:tcPr>
            <w:tcW w:type="dxa" w:w="1728"/>
          </w:tcPr>
          <w:p>
            <w:r>
              <w:t>hom</w:t>
            </w:r>
          </w:p>
        </w:tc>
        <w:tc>
          <w:tcPr>
            <w:tcW w:type="dxa" w:w="1728"/>
          </w:tcPr>
          <w:p>
            <w:r>
              <w:t>Homanjan2020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911*794139</w:t>
            </w:r>
          </w:p>
        </w:tc>
        <w:tc>
          <w:tcPr>
            <w:tcW w:type="dxa" w:w="1728"/>
          </w:tcPr>
          <w:p>
            <w:r>
              <w:t>ه</w:t>
            </w:r>
          </w:p>
        </w:tc>
        <w:tc>
          <w:tcPr>
            <w:tcW w:type="dxa" w:w="1728"/>
          </w:tcPr>
          <w:p>
            <w:r>
              <w:t>پ</w:t>
            </w:r>
          </w:p>
        </w:tc>
        <w:tc>
          <w:tcPr>
            <w:tcW w:type="dxa" w:w="1728"/>
          </w:tcPr>
          <w:p>
            <w:r>
              <w:t>Hpooor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913*904*01</w:t>
            </w:r>
          </w:p>
        </w:tc>
        <w:tc>
          <w:tcPr>
            <w:tcW w:type="dxa" w:w="1728"/>
          </w:tcPr>
          <w:p>
            <w:r>
              <w:t>خدمات و تعمیرات مجازی کامپیوتر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Behfar0010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9221032117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mohammad_solo98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9193*12**3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>
              <w:t>نصری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91**7*****</w:t>
            </w:r>
          </w:p>
        </w:tc>
        <w:tc>
          <w:tcPr>
            <w:tcW w:type="dxa" w:w="1728"/>
          </w:tcPr>
          <w:p>
            <w:r>
              <w:t>JVD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Jexy_boy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9337*34323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917*24*4*2</w:t>
            </w:r>
          </w:p>
        </w:tc>
        <w:tc>
          <w:tcPr>
            <w:tcW w:type="dxa" w:w="1728"/>
          </w:tcPr>
          <w:p>
            <w:r>
              <w:t>m_moradi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iimaryammoradi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91*9*003**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9109*43*02</w:t>
            </w:r>
          </w:p>
        </w:tc>
        <w:tc>
          <w:tcPr>
            <w:tcW w:type="dxa" w:w="1728"/>
          </w:tcPr>
          <w:p>
            <w:r>
              <w:t>فرهاد</w:t>
            </w:r>
          </w:p>
        </w:tc>
        <w:tc>
          <w:tcPr>
            <w:tcW w:type="dxa" w:w="1728"/>
          </w:tcPr>
          <w:p>
            <w:r>
              <w:t>قربانی</w:t>
            </w:r>
          </w:p>
        </w:tc>
        <w:tc>
          <w:tcPr>
            <w:tcW w:type="dxa" w:w="1728"/>
          </w:tcPr>
          <w:p>
            <w:r>
              <w:t>fri60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93**12*437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MN00211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914***2*47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sooomayehhy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91*12*7*30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Ahmad13600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93773*00**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99120977*2</w:t>
            </w:r>
          </w:p>
        </w:tc>
        <w:tc>
          <w:tcPr>
            <w:tcW w:type="dxa" w:w="1728"/>
          </w:tcPr>
          <w:p>
            <w:r>
              <w:t>Amirreza.</w:t>
            </w:r>
          </w:p>
        </w:tc>
        <w:tc>
          <w:tcPr>
            <w:tcW w:type="dxa" w:w="1728"/>
          </w:tcPr>
          <w:p>
            <w:r>
              <w:t>Zarin</w:t>
            </w:r>
          </w:p>
        </w:tc>
        <w:tc>
          <w:tcPr>
            <w:tcW w:type="dxa" w:w="1728"/>
          </w:tcPr>
          <w:p>
            <w:r>
              <w:t>Amirreza_zp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937273*374</w:t>
            </w:r>
          </w:p>
        </w:tc>
        <w:tc>
          <w:tcPr>
            <w:tcW w:type="dxa" w:w="1728"/>
          </w:tcPr>
          <w:p>
            <w:r>
              <w:t>ηιмα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nimaporamiry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91***129*4</w:t>
            </w:r>
          </w:p>
        </w:tc>
        <w:tc>
          <w:tcPr>
            <w:tcW w:type="dxa" w:w="1728"/>
          </w:tcPr>
          <w:p>
            <w:r>
              <w:t>حسینوکمـ/ مخ »رد مجازی»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EBLISBALOOCH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901914**71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درودی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9331390**1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92179*3104</w:t>
            </w:r>
          </w:p>
        </w:tc>
        <w:tc>
          <w:tcPr>
            <w:tcW w:type="dxa" w:w="1728"/>
          </w:tcPr>
          <w:p>
            <w:r>
              <w:t>اسی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90374*4**0</w:t>
            </w:r>
          </w:p>
        </w:tc>
        <w:tc>
          <w:tcPr>
            <w:tcW w:type="dxa" w:w="1728"/>
          </w:tcPr>
          <w:p>
            <w:r>
              <w:t>[Amir hosein]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AmirSafayi20003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930*17242*</w:t>
            </w:r>
          </w:p>
        </w:tc>
        <w:tc>
          <w:tcPr>
            <w:tcW w:type="dxa" w:w="1728"/>
          </w:tcPr>
          <w:p>
            <w:r>
              <w:t>Mahdiar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Evil_morphine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933**9**91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9029*2170*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Binam111112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91*774*7*7</w:t>
            </w:r>
          </w:p>
        </w:tc>
        <w:tc>
          <w:tcPr>
            <w:tcW w:type="dxa" w:w="1728"/>
          </w:tcPr>
          <w:p>
            <w:r>
              <w:t>Environment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environment1367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91*04**2**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933072*1*7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91017747*0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91*03*1727</w:t>
            </w:r>
          </w:p>
        </w:tc>
        <w:tc>
          <w:tcPr>
            <w:tcW w:type="dxa" w:w="1728"/>
          </w:tcPr>
          <w:p>
            <w:r>
              <w:t>🇳 🇮 🇲 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im_nima3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91**02**1*</w:t>
            </w:r>
          </w:p>
        </w:tc>
        <w:tc>
          <w:tcPr>
            <w:tcW w:type="dxa" w:w="1728"/>
          </w:tcPr>
          <w:p>
            <w:r>
              <w:t>نام الزامی شاید اختیاری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93023*4720</w:t>
            </w:r>
          </w:p>
        </w:tc>
        <w:tc>
          <w:tcPr>
            <w:tcW w:type="dxa" w:w="1728"/>
          </w:tcPr>
          <w:p>
            <w:r>
              <w:t>حمیرا کص طلا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Homeyraa12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90292**0*9</w:t>
            </w:r>
          </w:p>
        </w:tc>
        <w:tc>
          <w:tcPr>
            <w:tcW w:type="dxa" w:w="1728"/>
          </w:tcPr>
          <w:p>
            <w:r>
              <w:t>Aref.Behdarvandi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bhd_6585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93914*4*0*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91402***10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Safari13565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93**72*3*7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atzao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991***730*</w:t>
            </w:r>
          </w:p>
        </w:tc>
        <w:tc>
          <w:tcPr>
            <w:tcW w:type="dxa" w:w="1728"/>
          </w:tcPr>
          <w:p>
            <w:r>
              <w:t>دکتر تنهایی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matin3845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91*47*4**3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milad_kamari0673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9149374232</w:t>
            </w:r>
          </w:p>
        </w:tc>
        <w:tc>
          <w:tcPr>
            <w:tcW w:type="dxa" w:w="1728"/>
          </w:tcPr>
          <w:p>
            <w:r>
              <w:t>Majed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90****0991</w:t>
            </w:r>
          </w:p>
        </w:tc>
        <w:tc>
          <w:tcPr>
            <w:tcW w:type="dxa" w:w="1728"/>
          </w:tcPr>
          <w:p>
            <w:r>
              <w:t>من یه دیووونهههه ردی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Mmmmm777777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990217**39</w:t>
            </w:r>
          </w:p>
        </w:tc>
        <w:tc>
          <w:tcPr>
            <w:tcW w:type="dxa" w:w="1728"/>
          </w:tcPr>
          <w:p>
            <w:r>
              <w:t>⁖℘༒M͎͍͐￫O͎͍͐￫S͎͍͐￫T͎͍͐￫A͎͍͐￫F͎͍͐￫A͎͍͐⁖℘❤️༒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Mostafa_1218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93**4*4*11</w:t>
            </w:r>
          </w:p>
        </w:tc>
        <w:tc>
          <w:tcPr>
            <w:tcW w:type="dxa" w:w="1728"/>
          </w:tcPr>
          <w:p>
            <w:r>
              <w:t>Ghsemi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Pghasemi68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93939*2430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Ali1380129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93*21*43*4</w:t>
            </w:r>
          </w:p>
        </w:tc>
        <w:tc>
          <w:tcPr>
            <w:tcW w:type="dxa" w:w="1728"/>
          </w:tcPr>
          <w:p>
            <w:r>
              <w:t>dost khob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ht4770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9904201072</w:t>
            </w:r>
          </w:p>
        </w:tc>
        <w:tc>
          <w:tcPr>
            <w:tcW w:type="dxa" w:w="1728"/>
          </w:tcPr>
          <w:p>
            <w:r>
              <w:t>Asmaeil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  <w:tr>
        <w:tc>
          <w:tcPr>
            <w:tcW w:type="dxa" w:w="1728"/>
          </w:tcPr>
          <w:p>
            <w:r>
              <w:t>93**32*121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ali617mohamad</w:t>
            </w:r>
          </w:p>
        </w:tc>
        <w:tc>
          <w:tcPr>
            <w:tcW w:type="dxa" w:w="1728"/>
          </w:tcPr>
          <w:p>
            <w:r>
              <w:t>💯تبلیغات ازادلینکدونی رایگان💯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تبلیغات ازادلینکدونی رایگان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