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تبلیغات آزاد : تهران و حومه و سراسری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تبلیغات آزاد : تهران و حومه و سراسری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921**227*1</w:t>
            </w:r>
          </w:p>
        </w:tc>
        <w:tc>
          <w:tcPr>
            <w:tcW w:type="dxa" w:w="1728"/>
          </w:tcPr>
          <w:p>
            <w:r>
              <w:t>شرکت جهان دارو</w:t>
            </w:r>
          </w:p>
        </w:tc>
        <w:tc>
          <w:tcPr>
            <w:tcW w:type="dxa" w:w="1728"/>
          </w:tcPr>
          <w:p>
            <w:r>
              <w:t>اوای طبیعت</w:t>
            </w:r>
          </w:p>
        </w:tc>
        <w:tc>
          <w:tcPr>
            <w:tcW w:type="dxa" w:w="1728"/>
          </w:tcPr>
          <w:p>
            <w:r>
              <w:t>ahmad_ghoreishi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91430*4201</w:t>
            </w:r>
          </w:p>
        </w:tc>
        <w:tc>
          <w:tcPr>
            <w:tcW w:type="dxa" w:w="1728"/>
          </w:tcPr>
          <w:p>
            <w:r>
              <w:t>داود</w:t>
            </w:r>
          </w:p>
        </w:tc>
        <w:tc>
          <w:tcPr>
            <w:tcW w:type="dxa" w:w="1728"/>
          </w:tcPr>
          <w:p>
            <w:r>
              <w:t>ابوطالبی</w:t>
            </w:r>
          </w:p>
        </w:tc>
        <w:tc>
          <w:tcPr>
            <w:tcW w:type="dxa" w:w="1728"/>
          </w:tcPr>
          <w:p>
            <w:r>
              <w:t>majoondaro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912709*4*2</w:t>
            </w:r>
          </w:p>
        </w:tc>
        <w:tc>
          <w:tcPr>
            <w:tcW w:type="dxa" w:w="1728"/>
          </w:tcPr>
          <w:p>
            <w:r>
              <w:t>مهدی کرمی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93**43*1**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93*47773*2</w:t>
            </w:r>
          </w:p>
        </w:tc>
        <w:tc>
          <w:tcPr>
            <w:tcW w:type="dxa" w:w="1728"/>
          </w:tcPr>
          <w:p>
            <w:r>
              <w:t>H.</w:t>
            </w:r>
          </w:p>
        </w:tc>
        <w:tc>
          <w:tcPr>
            <w:tcW w:type="dxa" w:w="1728"/>
          </w:tcPr>
          <w:p>
            <w:r>
              <w:t>P.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93*4*29709</w:t>
            </w:r>
          </w:p>
        </w:tc>
        <w:tc>
          <w:tcPr>
            <w:tcW w:type="dxa" w:w="1728"/>
          </w:tcPr>
          <w:p>
            <w:r>
              <w:t>Moghgan</w:t>
            </w:r>
          </w:p>
        </w:tc>
        <w:tc>
          <w:tcPr>
            <w:tcW w:type="dxa" w:w="1728"/>
          </w:tcPr>
          <w:p>
            <w:r>
              <w:t>Najjafi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930230*992</w:t>
            </w:r>
          </w:p>
        </w:tc>
        <w:tc>
          <w:tcPr>
            <w:tcW w:type="dxa" w:w="1728"/>
          </w:tcPr>
          <w:p>
            <w:r>
              <w:t>Amir Hosine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Majid13701374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914*91193*</w:t>
            </w:r>
          </w:p>
        </w:tc>
        <w:tc>
          <w:tcPr>
            <w:tcW w:type="dxa" w:w="1728"/>
          </w:tcPr>
          <w:p>
            <w:r>
              <w:t>Mmd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Mohammad75922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991*****70</w:t>
            </w:r>
          </w:p>
        </w:tc>
        <w:tc>
          <w:tcPr>
            <w:tcW w:type="dxa" w:w="1728"/>
          </w:tcPr>
          <w:p>
            <w:r>
              <w:t>🦄Naeim🦄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Yg658gbj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91*332142*</w:t>
            </w:r>
          </w:p>
        </w:tc>
        <w:tc>
          <w:tcPr>
            <w:tcW w:type="dxa" w:w="1728"/>
          </w:tcPr>
          <w:p>
            <w:r>
              <w:t>Ahmadniya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ahmadniya33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91*999**04</w:t>
            </w:r>
          </w:p>
        </w:tc>
        <w:tc>
          <w:tcPr>
            <w:tcW w:type="dxa" w:w="1728"/>
          </w:tcPr>
          <w:p>
            <w:r>
              <w:t>🤘ahwan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Zahr137000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9907*4*042</w:t>
            </w:r>
          </w:p>
        </w:tc>
        <w:tc>
          <w:tcPr>
            <w:tcW w:type="dxa" w:w="1728"/>
          </w:tcPr>
          <w:p>
            <w:r>
              <w:t>S.D@shti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DaShti15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913***013*</w:t>
            </w:r>
          </w:p>
        </w:tc>
        <w:tc>
          <w:tcPr>
            <w:tcW w:type="dxa" w:w="1728"/>
          </w:tcPr>
          <w:p>
            <w:r>
              <w:t>زهرا</w:t>
            </w:r>
          </w:p>
        </w:tc>
        <w:tc>
          <w:tcPr>
            <w:tcW w:type="dxa" w:w="1728"/>
          </w:tcPr>
          <w:p>
            <w:r>
              <w:t>خاشعی</w:t>
            </w:r>
          </w:p>
        </w:tc>
        <w:tc>
          <w:tcPr>
            <w:tcW w:type="dxa" w:w="1728"/>
          </w:tcPr>
          <w:p>
            <w:r>
              <w:t>Zkhashei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933*9***91</w:t>
            </w:r>
          </w:p>
        </w:tc>
        <w:tc>
          <w:tcPr>
            <w:tcW w:type="dxa" w:w="1728"/>
          </w:tcPr>
          <w:p>
            <w:r>
              <w:t>سعیدمصطفی سعیدی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91442*****</w:t>
            </w:r>
          </w:p>
        </w:tc>
        <w:tc>
          <w:tcPr>
            <w:tcW w:type="dxa" w:w="1728"/>
          </w:tcPr>
          <w:p>
            <w:r>
              <w:t>فرامرز امیدی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Faramarz_omidi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9119*419*3</w:t>
            </w:r>
          </w:p>
        </w:tc>
        <w:tc>
          <w:tcPr>
            <w:tcW w:type="dxa" w:w="1728"/>
          </w:tcPr>
          <w:p>
            <w:r>
              <w:t>God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91202721*1</w:t>
            </w:r>
          </w:p>
        </w:tc>
        <w:tc>
          <w:tcPr>
            <w:tcW w:type="dxa" w:w="1728"/>
          </w:tcPr>
          <w:p>
            <w:r>
              <w:t>کفش پادورا</w:t>
            </w:r>
          </w:p>
        </w:tc>
        <w:tc>
          <w:tcPr>
            <w:tcW w:type="dxa" w:w="1728"/>
          </w:tcPr>
          <w:p>
            <w:r>
              <w:t>حسابدار احمدی</w:t>
            </w:r>
          </w:p>
        </w:tc>
        <w:tc>
          <w:tcPr>
            <w:tcW w:type="dxa" w:w="1728"/>
          </w:tcPr>
          <w:p>
            <w:r>
              <w:t>Majidkhaksari00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9103*0**9*</w:t>
            </w:r>
          </w:p>
        </w:tc>
        <w:tc>
          <w:tcPr>
            <w:tcW w:type="dxa" w:w="1728"/>
          </w:tcPr>
          <w:p>
            <w:r>
              <w:t>Mehrdad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MEHRDAD_ki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91*1411*7*</w:t>
            </w:r>
          </w:p>
        </w:tc>
        <w:tc>
          <w:tcPr>
            <w:tcW w:type="dxa" w:w="1728"/>
          </w:tcPr>
          <w:p>
            <w:r>
              <w:t>MAH ASA</w:t>
            </w:r>
          </w:p>
        </w:tc>
        <w:tc>
          <w:tcPr>
            <w:tcW w:type="dxa" w:w="1728"/>
          </w:tcPr>
          <w:p>
            <w:r>
              <w:t>مه آسا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9121**2*29</w:t>
            </w:r>
          </w:p>
        </w:tc>
        <w:tc>
          <w:tcPr>
            <w:tcW w:type="dxa" w:w="1728"/>
          </w:tcPr>
          <w:p>
            <w:r>
              <w:t>امیر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93*0100770</w:t>
            </w:r>
          </w:p>
        </w:tc>
        <w:tc>
          <w:tcPr>
            <w:tcW w:type="dxa" w:w="1728"/>
          </w:tcPr>
          <w:p>
            <w:r>
              <w:t>SAREH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Admiin_panda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92279*7429</w:t>
            </w:r>
          </w:p>
        </w:tc>
        <w:tc>
          <w:tcPr>
            <w:tcW w:type="dxa" w:w="1728"/>
          </w:tcPr>
          <w:p>
            <w:r>
              <w:t>دفترخانه 946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912*010933</w:t>
            </w:r>
          </w:p>
        </w:tc>
        <w:tc>
          <w:tcPr>
            <w:tcW w:type="dxa" w:w="1728"/>
          </w:tcPr>
          <w:p>
            <w:r>
              <w:t>karimi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kambizkarimi67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93*9*42*7*</w:t>
            </w:r>
          </w:p>
        </w:tc>
        <w:tc>
          <w:tcPr>
            <w:tcW w:type="dxa" w:w="1728"/>
          </w:tcPr>
          <w:p>
            <w:r>
              <w:t>تنها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masood14322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9114*4*2**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912397*232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mehdiakbari51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9132700*1*</w:t>
            </w:r>
          </w:p>
        </w:tc>
        <w:tc>
          <w:tcPr>
            <w:tcW w:type="dxa" w:w="1728"/>
          </w:tcPr>
          <w:p>
            <w:r>
              <w:t>Fataneh</w:t>
            </w:r>
          </w:p>
        </w:tc>
        <w:tc>
          <w:tcPr>
            <w:tcW w:type="dxa" w:w="1728"/>
          </w:tcPr>
          <w:p>
            <w:r>
              <w:t>Yousefi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914073**34</w:t>
            </w:r>
          </w:p>
        </w:tc>
        <w:tc>
          <w:tcPr>
            <w:tcW w:type="dxa" w:w="1728"/>
          </w:tcPr>
          <w:p>
            <w:r>
              <w:t>bahar</w:t>
            </w:r>
          </w:p>
        </w:tc>
        <w:tc>
          <w:tcPr>
            <w:tcW w:type="dxa" w:w="1728"/>
          </w:tcPr>
          <w:p>
            <w:r>
              <w:t>ghadimi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9193000*79</w:t>
            </w:r>
          </w:p>
        </w:tc>
        <w:tc>
          <w:tcPr>
            <w:tcW w:type="dxa" w:w="1728"/>
          </w:tcPr>
          <w:p>
            <w:r>
              <w:t>پریسا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912*93*239</w:t>
            </w:r>
          </w:p>
        </w:tc>
        <w:tc>
          <w:tcPr>
            <w:tcW w:type="dxa" w:w="1728"/>
          </w:tcPr>
          <w:p>
            <w:r>
              <w:t>Jalal abbasi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912*43141*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>
              <w:t>Shokravi</w:t>
            </w:r>
          </w:p>
        </w:tc>
        <w:tc>
          <w:tcPr>
            <w:tcW w:type="dxa" w:w="1728"/>
          </w:tcPr>
          <w:p>
            <w:r>
              <w:t>Miladshokravi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937370***3</w:t>
            </w:r>
          </w:p>
        </w:tc>
        <w:tc>
          <w:tcPr>
            <w:tcW w:type="dxa" w:w="1728"/>
          </w:tcPr>
          <w:p>
            <w:r>
              <w:t>ابوالفضل</w:t>
            </w:r>
          </w:p>
        </w:tc>
        <w:tc>
          <w:tcPr>
            <w:tcW w:type="dxa" w:w="1728"/>
          </w:tcPr>
          <w:p>
            <w:r>
              <w:t>کوچکی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91*21*743*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نازنین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933279304*</w:t>
            </w:r>
          </w:p>
        </w:tc>
        <w:tc>
          <w:tcPr>
            <w:tcW w:type="dxa" w:w="1728"/>
          </w:tcPr>
          <w:p>
            <w:r>
              <w:t>Eli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Eliiiiiiieee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9331177947</w:t>
            </w:r>
          </w:p>
        </w:tc>
        <w:tc>
          <w:tcPr>
            <w:tcW w:type="dxa" w:w="1728"/>
          </w:tcPr>
          <w:p>
            <w:r>
              <w:t>"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91390913**</w:t>
            </w:r>
          </w:p>
        </w:tc>
        <w:tc>
          <w:tcPr>
            <w:tcW w:type="dxa" w:w="1728"/>
          </w:tcPr>
          <w:p>
            <w:r>
              <w:t>masih</w:t>
            </w:r>
          </w:p>
        </w:tc>
        <w:tc>
          <w:tcPr>
            <w:tcW w:type="dxa" w:w="1728"/>
          </w:tcPr>
          <w:p>
            <w:r>
              <w:t>aghajani</w:t>
            </w:r>
          </w:p>
        </w:tc>
        <w:tc>
          <w:tcPr>
            <w:tcW w:type="dxa" w:w="1728"/>
          </w:tcPr>
          <w:p>
            <w:r>
              <w:t>jobmasih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91*427297*</w:t>
            </w:r>
          </w:p>
        </w:tc>
        <w:tc>
          <w:tcPr>
            <w:tcW w:type="dxa" w:w="1728"/>
          </w:tcPr>
          <w:p>
            <w:r>
              <w:t>،بازرگانی تولیدپخشUSA)AVON,ANEW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Fon123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93**019*1*</w:t>
            </w:r>
          </w:p>
        </w:tc>
        <w:tc>
          <w:tcPr>
            <w:tcW w:type="dxa" w:w="1728"/>
          </w:tcPr>
          <w:p>
            <w:r>
              <w:t>H@§€!n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9333091**1</w:t>
            </w:r>
          </w:p>
        </w:tc>
        <w:tc>
          <w:tcPr>
            <w:tcW w:type="dxa" w:w="1728"/>
          </w:tcPr>
          <w:p>
            <w:r>
              <w:t>Masoumeh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Masoum_2020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913*11**91</w:t>
            </w:r>
          </w:p>
        </w:tc>
        <w:tc>
          <w:tcPr>
            <w:tcW w:type="dxa" w:w="1728"/>
          </w:tcPr>
          <w:p>
            <w:r>
              <w:t>امیر 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93*0042372</w:t>
            </w:r>
          </w:p>
        </w:tc>
        <w:tc>
          <w:tcPr>
            <w:tcW w:type="dxa" w:w="1728"/>
          </w:tcPr>
          <w:p>
            <w:r>
              <w:t>E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90*9034*0*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90317*33*1</w:t>
            </w:r>
          </w:p>
        </w:tc>
        <w:tc>
          <w:tcPr>
            <w:tcW w:type="dxa" w:w="1728"/>
          </w:tcPr>
          <w:p>
            <w:r>
              <w:t>mahi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Moon_rt1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91*0***10*</w:t>
            </w:r>
          </w:p>
        </w:tc>
        <w:tc>
          <w:tcPr>
            <w:tcW w:type="dxa" w:w="1728"/>
          </w:tcPr>
          <w:p>
            <w:r>
              <w:t>𝕱𝖆𝖍𝖎𝖒𝖊𝖍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9124*924*7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91271222*1</w:t>
            </w:r>
          </w:p>
        </w:tc>
        <w:tc>
          <w:tcPr>
            <w:tcW w:type="dxa" w:w="1728"/>
          </w:tcPr>
          <w:p>
            <w:r>
              <w:t>مریم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mryhoseini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9121270724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zamani</w:t>
            </w:r>
          </w:p>
        </w:tc>
        <w:tc>
          <w:tcPr>
            <w:tcW w:type="dxa" w:w="1728"/>
          </w:tcPr>
          <w:p>
            <w:r>
              <w:t>alirezza_zamani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9399**9*7*</w:t>
            </w:r>
          </w:p>
        </w:tc>
        <w:tc>
          <w:tcPr>
            <w:tcW w:type="dxa" w:w="1728"/>
          </w:tcPr>
          <w:p>
            <w:r>
              <w:t>وحید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Vahid9898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990*719220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Amirarsalanra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903**03**0</w:t>
            </w:r>
          </w:p>
        </w:tc>
        <w:tc>
          <w:tcPr>
            <w:tcW w:type="dxa" w:w="1728"/>
          </w:tcPr>
          <w:p>
            <w:r>
              <w:t>مملی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Mohamadalibakhshkon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93*739*721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990*2**00*</w:t>
            </w:r>
          </w:p>
        </w:tc>
        <w:tc>
          <w:tcPr>
            <w:tcW w:type="dxa" w:w="1728"/>
          </w:tcPr>
          <w:p>
            <w:r>
              <w:t>👁️👁️🪷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912**29171</w:t>
            </w:r>
          </w:p>
        </w:tc>
        <w:tc>
          <w:tcPr>
            <w:tcW w:type="dxa" w:w="1728"/>
          </w:tcPr>
          <w:p>
            <w:r>
              <w:t>Sadri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9100222*4*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ILove1373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912**90*44</w:t>
            </w:r>
          </w:p>
        </w:tc>
        <w:tc>
          <w:tcPr>
            <w:tcW w:type="dxa" w:w="1728"/>
          </w:tcPr>
          <w:p>
            <w:r>
              <w:t>ali ghorbani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9122970*90</w:t>
            </w:r>
          </w:p>
        </w:tc>
        <w:tc>
          <w:tcPr>
            <w:tcW w:type="dxa" w:w="1728"/>
          </w:tcPr>
          <w:p>
            <w:r>
              <w:t>SN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DSN677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93*4097**7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Z_B_0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93*737*02*</w:t>
            </w:r>
          </w:p>
        </w:tc>
        <w:tc>
          <w:tcPr>
            <w:tcW w:type="dxa" w:w="1728"/>
          </w:tcPr>
          <w:p>
            <w:r>
              <w:t>پیرایش کلاسیک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91210*7210</w:t>
            </w:r>
          </w:p>
        </w:tc>
        <w:tc>
          <w:tcPr>
            <w:tcW w:type="dxa" w:w="1728"/>
          </w:tcPr>
          <w:p>
            <w:r>
              <w:t>M.S.Mahmoudi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Elmasad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9191*03041</w:t>
            </w:r>
          </w:p>
        </w:tc>
        <w:tc>
          <w:tcPr>
            <w:tcW w:type="dxa" w:w="1728"/>
          </w:tcPr>
          <w:p>
            <w:r>
              <w:t>السون</w:t>
            </w:r>
          </w:p>
        </w:tc>
        <w:tc>
          <w:tcPr>
            <w:tcW w:type="dxa" w:w="1728"/>
          </w:tcPr>
          <w:p>
            <w:r>
              <w:t>Kami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9141*009*2</w:t>
            </w:r>
          </w:p>
        </w:tc>
        <w:tc>
          <w:tcPr>
            <w:tcW w:type="dxa" w:w="1728"/>
          </w:tcPr>
          <w:p>
            <w:r>
              <w:t>اسعد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9379*2*390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9213*29*31</w:t>
            </w:r>
          </w:p>
        </w:tc>
        <w:tc>
          <w:tcPr>
            <w:tcW w:type="dxa" w:w="1728"/>
          </w:tcPr>
          <w:p>
            <w:r>
              <w:t>H-p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H_P1378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93**9321*2</w:t>
            </w:r>
          </w:p>
        </w:tc>
        <w:tc>
          <w:tcPr>
            <w:tcW w:type="dxa" w:w="1728"/>
          </w:tcPr>
          <w:p>
            <w:r>
              <w:t>وفا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937*4*7***</w:t>
            </w:r>
          </w:p>
        </w:tc>
        <w:tc>
          <w:tcPr>
            <w:tcW w:type="dxa" w:w="1728"/>
          </w:tcPr>
          <w:p>
            <w:r>
              <w:t>@</w:t>
            </w:r>
          </w:p>
        </w:tc>
        <w:tc>
          <w:tcPr>
            <w:tcW w:type="dxa" w:w="1728"/>
          </w:tcPr>
          <w:p>
            <w:r>
              <w:t>دریای دل ها#</w:t>
            </w:r>
          </w:p>
        </w:tc>
        <w:tc>
          <w:tcPr>
            <w:tcW w:type="dxa" w:w="1728"/>
          </w:tcPr>
          <w:p>
            <w:r>
              <w:t>Esmnegli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933*444729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mx1124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991990*0**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aseman7770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9131**172*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Amirshahkarami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91292*32*4</w:t>
            </w:r>
          </w:p>
        </w:tc>
        <w:tc>
          <w:tcPr>
            <w:tcW w:type="dxa" w:w="1728"/>
          </w:tcPr>
          <w:p>
            <w:r>
              <w:t>علی امینی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ali26amini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914940**97</w:t>
            </w:r>
          </w:p>
        </w:tc>
        <w:tc>
          <w:tcPr>
            <w:tcW w:type="dxa" w:w="1728"/>
          </w:tcPr>
          <w:p>
            <w:r>
              <w:t>محمدباقرمظلومی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9*901*49172*</w:t>
            </w:r>
          </w:p>
        </w:tc>
        <w:tc>
          <w:tcPr>
            <w:tcW w:type="dxa" w:w="1728"/>
          </w:tcPr>
          <w:p>
            <w:r>
              <w:t>♪♫•*¨*•.¸¸❤ṃḁṝẏḁṃ ❤¸¸.•*¨*•♫♪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MAAARRYAA57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917*92**01</w:t>
            </w:r>
          </w:p>
        </w:tc>
        <w:tc>
          <w:tcPr>
            <w:tcW w:type="dxa" w:w="1728"/>
          </w:tcPr>
          <w:p>
            <w:r>
              <w:t>محمود راستین</w:t>
            </w:r>
          </w:p>
        </w:tc>
        <w:tc>
          <w:tcPr>
            <w:tcW w:type="dxa" w:w="1728"/>
          </w:tcPr>
          <w:p>
            <w:r>
              <w:t>راستین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903*422*1*</w:t>
            </w:r>
          </w:p>
        </w:tc>
        <w:tc>
          <w:tcPr>
            <w:tcW w:type="dxa" w:w="1728"/>
          </w:tcPr>
          <w:p>
            <w:r>
              <w:t>💔👈حـــمـــیــــد👉💔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hamidkargari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91*71*2*33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>
              <w:t>kivanepanahy1983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91***117*7</w:t>
            </w:r>
          </w:p>
        </w:tc>
        <w:tc>
          <w:tcPr>
            <w:tcW w:type="dxa" w:w="1728"/>
          </w:tcPr>
          <w:p>
            <w:r>
              <w:t>65625</w:t>
            </w:r>
          </w:p>
        </w:tc>
        <w:tc>
          <w:tcPr>
            <w:tcW w:type="dxa" w:w="1728"/>
          </w:tcPr>
          <w:p>
            <w:r>
              <w:t>فاطمه زهرا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91**342*3*</w:t>
            </w:r>
          </w:p>
        </w:tc>
        <w:tc>
          <w:tcPr>
            <w:tcW w:type="dxa" w:w="1728"/>
          </w:tcPr>
          <w:p>
            <w:r>
              <w:t>YAHIA-NAZARI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mohandes_yahya_nazary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9132194194</w:t>
            </w:r>
          </w:p>
        </w:tc>
        <w:tc>
          <w:tcPr>
            <w:tcW w:type="dxa" w:w="1728"/>
          </w:tcPr>
          <w:p>
            <w:r>
              <w:t>خانم هارونی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nbharroni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91313*4*4*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Samimi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912029**77</w:t>
            </w:r>
          </w:p>
        </w:tc>
        <w:tc>
          <w:tcPr>
            <w:tcW w:type="dxa" w:w="1728"/>
          </w:tcPr>
          <w:p>
            <w:r>
              <w:t>شکوفه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Shshww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  <w:tr>
        <w:tc>
          <w:tcPr>
            <w:tcW w:type="dxa" w:w="1728"/>
          </w:tcPr>
          <w:p>
            <w:r>
              <w:t>9137429*04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Masoudmaha</w:t>
            </w:r>
          </w:p>
        </w:tc>
        <w:tc>
          <w:tcPr>
            <w:tcW w:type="dxa" w:w="1728"/>
          </w:tcPr>
          <w:p>
            <w:r>
              <w:t>تبلیغات آزاد : تهران و حومه و سراسری🌸🌸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تبلیغات آزاد : تهران و حومه و سراسری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