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بورس پیشرو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بورس پیشرو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93**433912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912429140*</w:t>
            </w:r>
          </w:p>
        </w:tc>
        <w:tc>
          <w:tcPr>
            <w:tcW w:type="dxa" w:w="1728"/>
          </w:tcPr>
          <w:p>
            <w:r>
              <w:t>alom.</w:t>
            </w:r>
          </w:p>
        </w:tc>
        <w:tc>
          <w:tcPr>
            <w:tcW w:type="dxa" w:w="1728"/>
          </w:tcPr>
          <w:p>
            <w:r>
              <w:t>Mahtab.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917344**22</w:t>
            </w:r>
          </w:p>
        </w:tc>
        <w:tc>
          <w:tcPr>
            <w:tcW w:type="dxa" w:w="1728"/>
          </w:tcPr>
          <w:p>
            <w:r>
              <w:t>Tealgram</w:t>
            </w:r>
          </w:p>
        </w:tc>
        <w:tc>
          <w:tcPr>
            <w:tcW w:type="dxa" w:w="1728"/>
          </w:tcPr>
          <w:p>
            <w:r>
              <w:t>Ja</w:t>
            </w:r>
          </w:p>
        </w:tc>
        <w:tc>
          <w:tcPr>
            <w:tcW w:type="dxa" w:w="1728"/>
          </w:tcPr>
          <w:p>
            <w:r>
              <w:t>ajtelgr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9014*02202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910**11343</w:t>
            </w:r>
          </w:p>
        </w:tc>
        <w:tc>
          <w:tcPr>
            <w:tcW w:type="dxa" w:w="1728"/>
          </w:tcPr>
          <w:p>
            <w:r>
              <w:t>Mobin</w:t>
            </w:r>
          </w:p>
        </w:tc>
        <w:tc>
          <w:tcPr>
            <w:tcW w:type="dxa" w:w="1728"/>
          </w:tcPr>
          <w:p>
            <w:r>
              <w:t>Taheri</w:t>
            </w:r>
          </w:p>
        </w:tc>
        <w:tc>
          <w:tcPr>
            <w:tcW w:type="dxa" w:w="1728"/>
          </w:tcPr>
          <w:p>
            <w:r>
              <w:t>mobintaheri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914090303*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tmmttl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93*0*270*7</w:t>
            </w:r>
          </w:p>
        </w:tc>
        <w:tc>
          <w:tcPr>
            <w:tcW w:type="dxa" w:w="1728"/>
          </w:tcPr>
          <w:p>
            <w:r>
              <w:t>Samaneh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samaneh_malek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93*34*99**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Shahram9965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91**0*2*43</w:t>
            </w:r>
          </w:p>
        </w:tc>
        <w:tc>
          <w:tcPr>
            <w:tcW w:type="dxa" w:w="1728"/>
          </w:tcPr>
          <w:p>
            <w:r>
              <w:t>mostafa2843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mostafa2843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930*07*4*4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mah_fai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912***93*7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93*920307*</w:t>
            </w:r>
          </w:p>
        </w:tc>
        <w:tc>
          <w:tcPr>
            <w:tcW w:type="dxa" w:w="1728"/>
          </w:tcPr>
          <w:p>
            <w:r>
              <w:t>mhmd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ericmmd9570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92104177*2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mehdi3tm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9032372*19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Als_999999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9121902713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>
              <w:t>Akherati</w:t>
            </w:r>
          </w:p>
        </w:tc>
        <w:tc>
          <w:tcPr>
            <w:tcW w:type="dxa" w:w="1728"/>
          </w:tcPr>
          <w:p>
            <w:r>
              <w:t>akherati_m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93*22*7**3</w:t>
            </w:r>
          </w:p>
        </w:tc>
        <w:tc>
          <w:tcPr>
            <w:tcW w:type="dxa" w:w="1728"/>
          </w:tcPr>
          <w:p>
            <w:r>
              <w:t>Sohrab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Sohrabi77IKiu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911414112*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wolfr49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93**9*7044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Massnf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917*2**14*</w:t>
            </w:r>
          </w:p>
        </w:tc>
        <w:tc>
          <w:tcPr>
            <w:tcW w:type="dxa" w:w="1728"/>
          </w:tcPr>
          <w:p>
            <w:r>
              <w:t>Mahmood</w:t>
            </w:r>
          </w:p>
        </w:tc>
        <w:tc>
          <w:tcPr>
            <w:tcW w:type="dxa" w:w="1728"/>
          </w:tcPr>
          <w:p>
            <w:r>
              <w:t>ℳ</w:t>
            </w:r>
          </w:p>
        </w:tc>
        <w:tc>
          <w:tcPr>
            <w:tcW w:type="dxa" w:w="1728"/>
          </w:tcPr>
          <w:p>
            <w:r>
              <w:t>mahmood8146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937331**97</w:t>
            </w:r>
          </w:p>
        </w:tc>
        <w:tc>
          <w:tcPr>
            <w:tcW w:type="dxa" w:w="1728"/>
          </w:tcPr>
          <w:p>
            <w:r>
              <w:t>Meydo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meydo1853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912734*10*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Haebra1358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91229*0922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Amin_admin99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9904*41*02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فروتنی</w:t>
            </w:r>
          </w:p>
        </w:tc>
        <w:tc>
          <w:tcPr>
            <w:tcW w:type="dxa" w:w="1728"/>
          </w:tcPr>
          <w:p>
            <w:r>
              <w:t>mahdialibaba0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912*492*3*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H.Raad</w:t>
            </w:r>
          </w:p>
        </w:tc>
        <w:tc>
          <w:tcPr>
            <w:tcW w:type="dxa" w:w="1728"/>
          </w:tcPr>
          <w:p>
            <w:r>
              <w:t>ehraad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912*232***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leilaleyli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91*9**4903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Saiedmaroufi43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91*3*12931</w:t>
            </w:r>
          </w:p>
        </w:tc>
        <w:tc>
          <w:tcPr>
            <w:tcW w:type="dxa" w:w="1728"/>
          </w:tcPr>
          <w:p>
            <w:r>
              <w:t>پیام</w:t>
            </w:r>
          </w:p>
        </w:tc>
        <w:tc>
          <w:tcPr>
            <w:tcW w:type="dxa" w:w="1728"/>
          </w:tcPr>
          <w:p>
            <w:r>
              <w:t>مهاجرانی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937*0*12*7</w:t>
            </w:r>
          </w:p>
        </w:tc>
        <w:tc>
          <w:tcPr>
            <w:tcW w:type="dxa" w:w="1728"/>
          </w:tcPr>
          <w:p>
            <w:r>
              <w:t>ارسلان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Mostafa68tir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937427*349</w:t>
            </w:r>
          </w:p>
        </w:tc>
        <w:tc>
          <w:tcPr>
            <w:tcW w:type="dxa" w:w="1728"/>
          </w:tcPr>
          <w:p>
            <w:r>
              <w:t>Hedy</w:t>
            </w:r>
          </w:p>
        </w:tc>
        <w:tc>
          <w:tcPr>
            <w:tcW w:type="dxa" w:w="1728"/>
          </w:tcPr>
          <w:p>
            <w:r>
              <w:t>Shazaman</w:t>
            </w:r>
          </w:p>
        </w:tc>
        <w:tc>
          <w:tcPr>
            <w:tcW w:type="dxa" w:w="1728"/>
          </w:tcPr>
          <w:p>
            <w:r>
              <w:t>hedy13662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92132**991</w:t>
            </w:r>
          </w:p>
        </w:tc>
        <w:tc>
          <w:tcPr>
            <w:tcW w:type="dxa" w:w="1728"/>
          </w:tcPr>
          <w:p>
            <w:r>
              <w:t>Vahid vahid2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93****0102</w:t>
            </w:r>
          </w:p>
        </w:tc>
        <w:tc>
          <w:tcPr>
            <w:tcW w:type="dxa" w:w="1728"/>
          </w:tcPr>
          <w:p>
            <w:r>
              <w:t>🐾▪️ 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Bankc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914110123*</w:t>
            </w:r>
          </w:p>
        </w:tc>
        <w:tc>
          <w:tcPr>
            <w:tcW w:type="dxa" w:w="1728"/>
          </w:tcPr>
          <w:p>
            <w:r>
              <w:t>Afshin amirzadeh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afshin_amirzadeh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912217117*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Amini4472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9144924291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>
              <w:t>قاسمی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9143920027</w:t>
            </w:r>
          </w:p>
        </w:tc>
        <w:tc>
          <w:tcPr>
            <w:tcW w:type="dxa" w:w="1728"/>
          </w:tcPr>
          <w:p>
            <w:r>
              <w:t>𝓨𝓸𝓾𝓷𝓮𝓼</w:t>
            </w:r>
          </w:p>
        </w:tc>
        <w:tc>
          <w:tcPr>
            <w:tcW w:type="dxa" w:w="1728"/>
          </w:tcPr>
          <w:p>
            <w:r>
              <w:t>𝓔𝓼𝓶𝓪𝓮𝓲𝓵𝓲</w:t>
            </w:r>
          </w:p>
        </w:tc>
        <w:tc>
          <w:tcPr>
            <w:tcW w:type="dxa" w:w="1728"/>
          </w:tcPr>
          <w:p>
            <w:r>
              <w:t>Unes_es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9132*73*14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Masoud6542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912**44*70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Iranipour</w:t>
            </w:r>
          </w:p>
        </w:tc>
        <w:tc>
          <w:tcPr>
            <w:tcW w:type="dxa" w:w="1728"/>
          </w:tcPr>
          <w:p>
            <w:r>
              <w:t>Mehdi_iranipour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91*1*114**</w:t>
            </w:r>
          </w:p>
        </w:tc>
        <w:tc>
          <w:tcPr>
            <w:tcW w:type="dxa" w:w="1728"/>
          </w:tcPr>
          <w:p>
            <w:r>
              <w:t>M.reza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Mamali1488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91**00*313</w:t>
            </w:r>
          </w:p>
        </w:tc>
        <w:tc>
          <w:tcPr>
            <w:tcW w:type="dxa" w:w="1728"/>
          </w:tcPr>
          <w:p>
            <w:r>
              <w:t>Jahadi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99179*0337</w:t>
            </w:r>
          </w:p>
        </w:tc>
        <w:tc>
          <w:tcPr>
            <w:tcW w:type="dxa" w:w="1728"/>
          </w:tcPr>
          <w:p>
            <w:r>
              <w:t>:/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9019*22477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Arashkarimi31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93**309*04</w:t>
            </w:r>
          </w:p>
        </w:tc>
        <w:tc>
          <w:tcPr>
            <w:tcW w:type="dxa" w:w="1728"/>
          </w:tcPr>
          <w:p>
            <w:r>
              <w:t>ریحان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ef1r2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9144*31290</w:t>
            </w:r>
          </w:p>
        </w:tc>
        <w:tc>
          <w:tcPr>
            <w:tcW w:type="dxa" w:w="1728"/>
          </w:tcPr>
          <w:p>
            <w:r>
              <w:t>لطف اله</w:t>
            </w:r>
          </w:p>
        </w:tc>
        <w:tc>
          <w:tcPr>
            <w:tcW w:type="dxa" w:w="1728"/>
          </w:tcPr>
          <w:p>
            <w:r>
              <w:t>روحی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937430*033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Z.k</w:t>
            </w:r>
          </w:p>
        </w:tc>
        <w:tc>
          <w:tcPr>
            <w:tcW w:type="dxa" w:w="1728"/>
          </w:tcPr>
          <w:p>
            <w:r>
              <w:t>saeezk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91**130713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Mirazi</w:t>
            </w:r>
          </w:p>
        </w:tc>
        <w:tc>
          <w:tcPr>
            <w:tcW w:type="dxa" w:w="1728"/>
          </w:tcPr>
          <w:p>
            <w:r>
              <w:t>fmirazi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9104**94*0</w:t>
            </w:r>
          </w:p>
        </w:tc>
        <w:tc>
          <w:tcPr>
            <w:tcW w:type="dxa" w:w="1728"/>
          </w:tcPr>
          <w:p>
            <w:r>
              <w:t>M.haghighirad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MohammadHR2508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912*009***</w:t>
            </w:r>
          </w:p>
        </w:tc>
        <w:tc>
          <w:tcPr>
            <w:tcW w:type="dxa" w:w="1728"/>
          </w:tcPr>
          <w:p>
            <w:r>
              <w:t>خادم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9132*02123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ahmad2123h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93**72*91*</w:t>
            </w:r>
          </w:p>
        </w:tc>
        <w:tc>
          <w:tcPr>
            <w:tcW w:type="dxa" w:w="1728"/>
          </w:tcPr>
          <w:p>
            <w:r>
              <w:t>M.R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9392941990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Wakka2022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9147*07001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Jahandideh</w:t>
            </w:r>
          </w:p>
        </w:tc>
        <w:tc>
          <w:tcPr>
            <w:tcW w:type="dxa" w:w="1728"/>
          </w:tcPr>
          <w:p>
            <w:r>
              <w:t>MJahandideh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9029140**0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914119*142</w:t>
            </w:r>
          </w:p>
        </w:tc>
        <w:tc>
          <w:tcPr>
            <w:tcW w:type="dxa" w:w="1728"/>
          </w:tcPr>
          <w:p>
            <w:r>
              <w:t>(✿◠‿◠♥)ݦځڛڽ 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901322*249</w:t>
            </w:r>
          </w:p>
        </w:tc>
        <w:tc>
          <w:tcPr>
            <w:tcW w:type="dxa" w:w="1728"/>
          </w:tcPr>
          <w:p>
            <w:r>
              <w:t>الـف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Amir_honar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93*920*1*1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invisiblepers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912*9*7*19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amirmazs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9147*37113</w:t>
            </w:r>
          </w:p>
        </w:tc>
        <w:tc>
          <w:tcPr>
            <w:tcW w:type="dxa" w:w="1728"/>
          </w:tcPr>
          <w:p>
            <w:r>
              <w:t>𝓐𝓶𝓲𝓷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A2min3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91**174*00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9119**4232</w:t>
            </w:r>
          </w:p>
        </w:tc>
        <w:tc>
          <w:tcPr>
            <w:tcW w:type="dxa" w:w="1728"/>
          </w:tcPr>
          <w:p>
            <w:r>
              <w:t>mona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914944494*</w:t>
            </w:r>
          </w:p>
        </w:tc>
        <w:tc>
          <w:tcPr>
            <w:tcW w:type="dxa" w:w="1728"/>
          </w:tcPr>
          <w:p>
            <w:r>
              <w:t>.....@@@.....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ahmadhasanzade22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912***337*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Nirani</w:t>
            </w:r>
          </w:p>
        </w:tc>
        <w:tc>
          <w:tcPr>
            <w:tcW w:type="dxa" w:w="1728"/>
          </w:tcPr>
          <w:p>
            <w:r>
              <w:t>Nirani95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9213*239**</w:t>
            </w:r>
          </w:p>
        </w:tc>
        <w:tc>
          <w:tcPr>
            <w:tcW w:type="dxa" w:w="1728"/>
          </w:tcPr>
          <w:p>
            <w:r>
              <w:t>دهکده هنری اترین</w:t>
            </w:r>
          </w:p>
        </w:tc>
        <w:tc>
          <w:tcPr>
            <w:tcW w:type="dxa" w:w="1728"/>
          </w:tcPr>
          <w:p>
            <w:r>
              <w:t>❤❤</w:t>
            </w:r>
          </w:p>
        </w:tc>
        <w:tc>
          <w:tcPr>
            <w:tcW w:type="dxa" w:w="1728"/>
          </w:tcPr>
          <w:p>
            <w:r>
              <w:t>Pmc60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93*1333072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Ameri</w:t>
            </w:r>
          </w:p>
        </w:tc>
        <w:tc>
          <w:tcPr>
            <w:tcW w:type="dxa" w:w="1728"/>
          </w:tcPr>
          <w:p>
            <w:r>
              <w:t>MohammadAmeri8311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9127*17*4*</w:t>
            </w:r>
          </w:p>
        </w:tc>
        <w:tc>
          <w:tcPr>
            <w:tcW w:type="dxa" w:w="1728"/>
          </w:tcPr>
          <w:p>
            <w:r>
              <w:t>Seyyed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9100**7*02</w:t>
            </w:r>
          </w:p>
        </w:tc>
        <w:tc>
          <w:tcPr>
            <w:tcW w:type="dxa" w:w="1728"/>
          </w:tcPr>
          <w:p>
            <w:r>
              <w:t>Hadi maleki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Hadimaleki79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912**013**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Masmohamadi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9192*177*7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Gholizadeh</w:t>
            </w:r>
          </w:p>
        </w:tc>
        <w:tc>
          <w:tcPr>
            <w:tcW w:type="dxa" w:w="1728"/>
          </w:tcPr>
          <w:p>
            <w:r>
              <w:t>Thlilgare_Bourse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9031233734</w:t>
            </w:r>
          </w:p>
        </w:tc>
        <w:tc>
          <w:tcPr>
            <w:tcW w:type="dxa" w:w="1728"/>
          </w:tcPr>
          <w:p>
            <w:r>
              <w:t>💫 O~A</w:t>
            </w:r>
          </w:p>
        </w:tc>
        <w:tc>
          <w:tcPr>
            <w:tcW w:type="dxa" w:w="1728"/>
          </w:tcPr>
          <w:p>
            <w:r>
              <w:t>💫</w:t>
            </w:r>
          </w:p>
        </w:tc>
        <w:tc>
          <w:tcPr>
            <w:tcW w:type="dxa" w:w="1728"/>
          </w:tcPr>
          <w:p>
            <w:r>
              <w:t>Om_ah71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91037*732*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99312**7*1</w:t>
            </w:r>
          </w:p>
        </w:tc>
        <w:tc>
          <w:tcPr>
            <w:tcW w:type="dxa" w:w="1728"/>
          </w:tcPr>
          <w:p>
            <w:r>
              <w:t>Sami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samiyarhana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91270**140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Mehrafarin7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9121127790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Sohani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91**313029</w:t>
            </w:r>
          </w:p>
        </w:tc>
        <w:tc>
          <w:tcPr>
            <w:tcW w:type="dxa" w:w="1728"/>
          </w:tcPr>
          <w:p>
            <w:r>
              <w:t>behzad noori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9307*70017</w:t>
            </w:r>
          </w:p>
        </w:tc>
        <w:tc>
          <w:tcPr>
            <w:tcW w:type="dxa" w:w="1728"/>
          </w:tcPr>
          <w:p>
            <w:r>
              <w:t>◔͜͡◔ Omid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Omid600069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93*33*20**</w:t>
            </w:r>
          </w:p>
        </w:tc>
        <w:tc>
          <w:tcPr>
            <w:tcW w:type="dxa" w:w="1728"/>
          </w:tcPr>
          <w:p>
            <w:r>
              <w:t>Deleted</w:t>
            </w:r>
          </w:p>
        </w:tc>
        <w:tc>
          <w:tcPr>
            <w:tcW w:type="dxa" w:w="1728"/>
          </w:tcPr>
          <w:p>
            <w:r>
              <w:t>Account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9144211*2*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9132*14103</w:t>
            </w:r>
          </w:p>
        </w:tc>
        <w:tc>
          <w:tcPr>
            <w:tcW w:type="dxa" w:w="1728"/>
          </w:tcPr>
          <w:p>
            <w:r>
              <w:t>یا 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Karami1336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9173*70724</w:t>
            </w:r>
          </w:p>
        </w:tc>
        <w:tc>
          <w:tcPr>
            <w:tcW w:type="dxa" w:w="1728"/>
          </w:tcPr>
          <w:p>
            <w:r>
              <w:t>Rooli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Roolidonya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911903**03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Ma22096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  <w:tr>
        <w:tc>
          <w:tcPr>
            <w:tcW w:type="dxa" w:w="1728"/>
          </w:tcPr>
          <w:p>
            <w:r>
              <w:t>9129723*11</w:t>
            </w:r>
          </w:p>
        </w:tc>
        <w:tc>
          <w:tcPr>
            <w:tcW w:type="dxa" w:w="1728"/>
          </w:tcPr>
          <w:p>
            <w:r>
              <w:t>•Farhad•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farhad2yes</w:t>
            </w:r>
          </w:p>
        </w:tc>
        <w:tc>
          <w:tcPr>
            <w:tcW w:type="dxa" w:w="1728"/>
          </w:tcPr>
          <w:p>
            <w:r>
              <w:t>بورس پیشرو⚡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بورس پیشرو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